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5276D" w14:textId="77777777" w:rsidR="00FA738D" w:rsidRPr="00120917" w:rsidRDefault="00000000">
      <w:pPr>
        <w:spacing w:before="80" w:after="60" w:line="240" w:lineRule="auto"/>
        <w:jc w:val="center"/>
        <w:rPr>
          <w:sz w:val="28"/>
          <w:szCs w:val="28"/>
          <w:lang w:val="ro-RO"/>
        </w:rPr>
      </w:pPr>
      <w:r w:rsidRPr="00120917">
        <w:rPr>
          <w:rFonts w:ascii="Times New Roman" w:hAnsi="Times New Roman"/>
          <w:b/>
          <w:sz w:val="32"/>
          <w:szCs w:val="28"/>
          <w:lang w:val="ro-RO"/>
        </w:rPr>
        <w:t>CERERE</w:t>
      </w:r>
    </w:p>
    <w:tbl>
      <w:tblPr>
        <w:tblW w:w="10336" w:type="dxa"/>
        <w:jc w:val="center"/>
        <w:tblLayout w:type="fixed"/>
        <w:tblLook w:val="04A0" w:firstRow="1" w:lastRow="0" w:firstColumn="1" w:lastColumn="0" w:noHBand="0" w:noVBand="1"/>
      </w:tblPr>
      <w:tblGrid>
        <w:gridCol w:w="10336"/>
      </w:tblGrid>
      <w:tr w:rsidR="00FA738D" w:rsidRPr="00120917" w14:paraId="5C4EE1B2" w14:textId="77777777" w:rsidTr="00295345">
        <w:trPr>
          <w:jc w:val="center"/>
        </w:trPr>
        <w:tc>
          <w:tcPr>
            <w:tcW w:w="10336" w:type="dxa"/>
            <w:tcBorders>
              <w:top w:val="single" w:sz="4" w:space="0" w:color="808080"/>
              <w:left w:val="single" w:sz="4" w:space="0" w:color="808080"/>
              <w:bottom w:val="single" w:sz="4" w:space="0" w:color="808080"/>
              <w:right w:val="single" w:sz="4" w:space="0" w:color="808080"/>
            </w:tcBorders>
            <w:shd w:val="clear" w:color="auto" w:fill="EBEBEB"/>
            <w:tcMar>
              <w:top w:w="20" w:type="dxa"/>
              <w:left w:w="50" w:type="dxa"/>
              <w:bottom w:w="20" w:type="dxa"/>
              <w:right w:w="50" w:type="dxa"/>
            </w:tcMar>
          </w:tcPr>
          <w:p w14:paraId="0FB63654" w14:textId="77777777" w:rsidR="00FA738D" w:rsidRPr="00120917" w:rsidRDefault="00000000">
            <w:pPr>
              <w:spacing w:before="20" w:after="20" w:line="240" w:lineRule="auto"/>
              <w:rPr>
                <w:sz w:val="28"/>
                <w:szCs w:val="28"/>
                <w:lang w:val="ro-RO"/>
              </w:rPr>
            </w:pPr>
            <w:r w:rsidRPr="00120917">
              <w:rPr>
                <w:rFonts w:ascii="Times New Roman" w:hAnsi="Times New Roman"/>
                <w:b/>
                <w:sz w:val="20"/>
                <w:szCs w:val="28"/>
                <w:lang w:val="ro-RO"/>
              </w:rPr>
              <w:t>1. CĂTRE</w:t>
            </w:r>
          </w:p>
        </w:tc>
      </w:tr>
      <w:tr w:rsidR="00540D18" w:rsidRPr="00120917" w14:paraId="3B43CBBA" w14:textId="77777777" w:rsidTr="00295345">
        <w:trPr>
          <w:jc w:val="center"/>
        </w:trPr>
        <w:tc>
          <w:tcPr>
            <w:tcW w:w="10336" w:type="dxa"/>
            <w:tcBorders>
              <w:top w:val="single" w:sz="4" w:space="0" w:color="808080"/>
              <w:left w:val="single" w:sz="4" w:space="0" w:color="808080"/>
              <w:bottom w:val="single" w:sz="4" w:space="0" w:color="808080"/>
              <w:right w:val="single" w:sz="4" w:space="0" w:color="808080"/>
            </w:tcBorders>
            <w:tcMar>
              <w:top w:w="20" w:type="dxa"/>
              <w:left w:w="50" w:type="dxa"/>
              <w:bottom w:w="20" w:type="dxa"/>
              <w:right w:w="50" w:type="dxa"/>
            </w:tcMar>
          </w:tcPr>
          <w:p w14:paraId="292994F2" w14:textId="2C09D0E3" w:rsidR="00540D18" w:rsidRPr="00120917" w:rsidRDefault="00540D18">
            <w:pPr>
              <w:spacing w:after="20" w:line="240" w:lineRule="auto"/>
              <w:rPr>
                <w:rFonts w:ascii="Times New Roman" w:hAnsi="Times New Roman"/>
                <w:b/>
                <w:i/>
                <w:iCs/>
                <w:color w:val="004682"/>
                <w:sz w:val="20"/>
                <w:szCs w:val="28"/>
                <w:lang w:val="ro-RO"/>
              </w:rPr>
            </w:pPr>
            <w:r w:rsidRPr="00120917">
              <w:rPr>
                <w:rFonts w:ascii="Times New Roman" w:hAnsi="Times New Roman"/>
                <w:b/>
                <w:i/>
                <w:iCs/>
                <w:color w:val="004682"/>
                <w:sz w:val="20"/>
                <w:szCs w:val="28"/>
                <w:lang w:val="ro-RO"/>
              </w:rPr>
              <w:t>PRIMARUL MUNICIPIULUI ARAD</w:t>
            </w:r>
          </w:p>
        </w:tc>
      </w:tr>
    </w:tbl>
    <w:p w14:paraId="2FDD4F03" w14:textId="77777777" w:rsidR="00FA738D" w:rsidRPr="00120917" w:rsidRDefault="00FA738D">
      <w:pPr>
        <w:spacing w:before="40" w:after="0"/>
        <w:rPr>
          <w:sz w:val="10"/>
          <w:szCs w:val="10"/>
          <w:lang w:val="ro-RO"/>
        </w:rPr>
      </w:pPr>
    </w:p>
    <w:tbl>
      <w:tblPr>
        <w:tblW w:w="10407" w:type="dxa"/>
        <w:jc w:val="center"/>
        <w:tblLayout w:type="fixed"/>
        <w:tblLook w:val="04A0" w:firstRow="1" w:lastRow="0" w:firstColumn="1" w:lastColumn="0" w:noHBand="0" w:noVBand="1"/>
      </w:tblPr>
      <w:tblGrid>
        <w:gridCol w:w="1407"/>
        <w:gridCol w:w="998"/>
        <w:gridCol w:w="992"/>
        <w:gridCol w:w="709"/>
        <w:gridCol w:w="567"/>
        <w:gridCol w:w="334"/>
        <w:gridCol w:w="375"/>
        <w:gridCol w:w="992"/>
        <w:gridCol w:w="567"/>
        <w:gridCol w:w="766"/>
        <w:gridCol w:w="900"/>
        <w:gridCol w:w="1800"/>
      </w:tblGrid>
      <w:tr w:rsidR="00FA738D" w:rsidRPr="00120917" w14:paraId="51DBD9B3" w14:textId="77777777" w:rsidTr="00295345">
        <w:trPr>
          <w:jc w:val="center"/>
        </w:trPr>
        <w:tc>
          <w:tcPr>
            <w:tcW w:w="10407" w:type="dxa"/>
            <w:gridSpan w:val="12"/>
            <w:tcBorders>
              <w:top w:val="single" w:sz="4" w:space="0" w:color="808080"/>
              <w:left w:val="single" w:sz="4" w:space="0" w:color="808080"/>
              <w:bottom w:val="single" w:sz="4" w:space="0" w:color="808080"/>
              <w:right w:val="single" w:sz="4" w:space="0" w:color="808080"/>
            </w:tcBorders>
            <w:shd w:val="clear" w:color="auto" w:fill="EBEBEB"/>
            <w:tcMar>
              <w:top w:w="20" w:type="dxa"/>
              <w:left w:w="40" w:type="dxa"/>
              <w:bottom w:w="20" w:type="dxa"/>
              <w:right w:w="40" w:type="dxa"/>
            </w:tcMar>
          </w:tcPr>
          <w:p w14:paraId="582D0313" w14:textId="77777777" w:rsidR="00FA738D" w:rsidRPr="00120917" w:rsidRDefault="00000000">
            <w:pPr>
              <w:spacing w:before="20" w:after="20" w:line="240" w:lineRule="auto"/>
              <w:rPr>
                <w:sz w:val="28"/>
                <w:szCs w:val="28"/>
                <w:lang w:val="ro-RO"/>
              </w:rPr>
            </w:pPr>
            <w:r w:rsidRPr="00120917">
              <w:rPr>
                <w:rFonts w:ascii="Times New Roman" w:hAnsi="Times New Roman"/>
                <w:b/>
                <w:sz w:val="20"/>
                <w:szCs w:val="28"/>
                <w:lang w:val="ro-RO"/>
              </w:rPr>
              <w:t>2. SOLICITANTUL</w:t>
            </w:r>
          </w:p>
        </w:tc>
      </w:tr>
      <w:tr w:rsidR="00FA738D" w:rsidRPr="00120917" w14:paraId="132D57A7" w14:textId="77777777" w:rsidTr="00497FA7">
        <w:trPr>
          <w:jc w:val="center"/>
        </w:trPr>
        <w:tc>
          <w:tcPr>
            <w:tcW w:w="6941" w:type="dxa"/>
            <w:gridSpan w:val="9"/>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7A3B9425"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Nume și prenume</w:t>
            </w:r>
          </w:p>
        </w:tc>
        <w:tc>
          <w:tcPr>
            <w:tcW w:w="3466" w:type="dxa"/>
            <w:gridSpan w:val="3"/>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AAF53C3"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CNP</w:t>
            </w:r>
          </w:p>
        </w:tc>
      </w:tr>
      <w:tr w:rsidR="00FA738D" w:rsidRPr="00120917" w14:paraId="04C3C0C3" w14:textId="77777777" w:rsidTr="00295345">
        <w:trPr>
          <w:jc w:val="center"/>
        </w:trPr>
        <w:tc>
          <w:tcPr>
            <w:tcW w:w="10407" w:type="dxa"/>
            <w:gridSpan w:val="1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4D886627" w14:textId="77777777" w:rsidR="00FA738D" w:rsidRPr="00120917" w:rsidRDefault="00000000">
            <w:pPr>
              <w:spacing w:after="20" w:line="240" w:lineRule="auto"/>
              <w:rPr>
                <w:sz w:val="28"/>
                <w:szCs w:val="28"/>
                <w:lang w:val="ro-RO"/>
              </w:rPr>
            </w:pPr>
            <w:r w:rsidRPr="00120917">
              <w:rPr>
                <w:rFonts w:ascii="Times New Roman" w:hAnsi="Times New Roman"/>
                <w:color w:val="000000"/>
                <w:sz w:val="18"/>
                <w:szCs w:val="28"/>
                <w:lang w:val="ro-RO"/>
              </w:rPr>
              <w:t>Act de identitate</w:t>
            </w:r>
          </w:p>
        </w:tc>
      </w:tr>
      <w:tr w:rsidR="00FA738D" w:rsidRPr="00120917" w14:paraId="5EF0CBEB" w14:textId="77777777" w:rsidTr="00497FA7">
        <w:trPr>
          <w:jc w:val="center"/>
        </w:trPr>
        <w:tc>
          <w:tcPr>
            <w:tcW w:w="1407"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64C69D1A"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Seria</w:t>
            </w:r>
          </w:p>
        </w:tc>
        <w:tc>
          <w:tcPr>
            <w:tcW w:w="998"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3285EB5A"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Numărul</w:t>
            </w:r>
          </w:p>
        </w:tc>
        <w:tc>
          <w:tcPr>
            <w:tcW w:w="5302" w:type="dxa"/>
            <w:gridSpan w:val="8"/>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6A2ADAA"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Eliberat de</w:t>
            </w:r>
          </w:p>
        </w:tc>
        <w:tc>
          <w:tcPr>
            <w:tcW w:w="2700" w:type="dxa"/>
            <w:gridSpan w:val="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39ED4805"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La data</w:t>
            </w:r>
          </w:p>
        </w:tc>
      </w:tr>
      <w:tr w:rsidR="00FA738D" w:rsidRPr="00120917" w14:paraId="67DC4CCC" w14:textId="77777777" w:rsidTr="00295345">
        <w:trPr>
          <w:jc w:val="center"/>
        </w:trPr>
        <w:tc>
          <w:tcPr>
            <w:tcW w:w="10407" w:type="dxa"/>
            <w:gridSpan w:val="1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6CBE9FC" w14:textId="77777777" w:rsidR="00FA738D" w:rsidRPr="00120917" w:rsidRDefault="00000000">
            <w:pPr>
              <w:spacing w:after="20" w:line="240" w:lineRule="auto"/>
              <w:rPr>
                <w:sz w:val="28"/>
                <w:szCs w:val="28"/>
                <w:lang w:val="ro-RO"/>
              </w:rPr>
            </w:pPr>
            <w:r w:rsidRPr="00120917">
              <w:rPr>
                <w:rFonts w:ascii="Times New Roman" w:hAnsi="Times New Roman"/>
                <w:color w:val="000000"/>
                <w:sz w:val="18"/>
                <w:szCs w:val="28"/>
                <w:lang w:val="ro-RO"/>
              </w:rPr>
              <w:t>Domiciliul</w:t>
            </w:r>
          </w:p>
        </w:tc>
      </w:tr>
      <w:tr w:rsidR="00FA738D" w:rsidRPr="00120917" w14:paraId="691146CF" w14:textId="77777777" w:rsidTr="00497FA7">
        <w:trPr>
          <w:jc w:val="center"/>
        </w:trPr>
        <w:tc>
          <w:tcPr>
            <w:tcW w:w="2405" w:type="dxa"/>
            <w:gridSpan w:val="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097B2FAA"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Județul</w:t>
            </w:r>
          </w:p>
        </w:tc>
        <w:tc>
          <w:tcPr>
            <w:tcW w:w="4536" w:type="dxa"/>
            <w:gridSpan w:val="7"/>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5E04268"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Municipiul / orașul / comuna</w:t>
            </w:r>
          </w:p>
        </w:tc>
        <w:tc>
          <w:tcPr>
            <w:tcW w:w="3466" w:type="dxa"/>
            <w:gridSpan w:val="3"/>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17606BB9"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Satul / sectorul</w:t>
            </w:r>
          </w:p>
        </w:tc>
      </w:tr>
      <w:tr w:rsidR="00FA738D" w:rsidRPr="00120917" w14:paraId="71A883FE" w14:textId="77777777" w:rsidTr="00497FA7">
        <w:trPr>
          <w:jc w:val="center"/>
        </w:trPr>
        <w:tc>
          <w:tcPr>
            <w:tcW w:w="3397" w:type="dxa"/>
            <w:gridSpan w:val="3"/>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6D672A7"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Strada</w:t>
            </w:r>
          </w:p>
        </w:tc>
        <w:tc>
          <w:tcPr>
            <w:tcW w:w="709"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7BF94961"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Nr.</w:t>
            </w:r>
          </w:p>
        </w:tc>
        <w:tc>
          <w:tcPr>
            <w:tcW w:w="567"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58110D7"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Sc.</w:t>
            </w:r>
          </w:p>
        </w:tc>
        <w:tc>
          <w:tcPr>
            <w:tcW w:w="709" w:type="dxa"/>
            <w:gridSpan w:val="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636FD2A8"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Et.</w:t>
            </w:r>
          </w:p>
        </w:tc>
        <w:tc>
          <w:tcPr>
            <w:tcW w:w="992"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3F16CF8"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Ap.</w:t>
            </w:r>
          </w:p>
        </w:tc>
        <w:tc>
          <w:tcPr>
            <w:tcW w:w="2233" w:type="dxa"/>
            <w:gridSpan w:val="3"/>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6FEE3C2F"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Cod poștal</w:t>
            </w:r>
          </w:p>
        </w:tc>
        <w:tc>
          <w:tcPr>
            <w:tcW w:w="1800"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187CBF7"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Țara</w:t>
            </w:r>
          </w:p>
        </w:tc>
      </w:tr>
      <w:tr w:rsidR="00FA738D" w:rsidRPr="00120917" w14:paraId="6F859984" w14:textId="77777777" w:rsidTr="00295345">
        <w:trPr>
          <w:jc w:val="center"/>
        </w:trPr>
        <w:tc>
          <w:tcPr>
            <w:tcW w:w="10407" w:type="dxa"/>
            <w:gridSpan w:val="1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68DC8921" w14:textId="77777777" w:rsidR="00FA738D" w:rsidRPr="00120917" w:rsidRDefault="00000000">
            <w:pPr>
              <w:spacing w:after="20" w:line="240" w:lineRule="auto"/>
              <w:rPr>
                <w:sz w:val="28"/>
                <w:szCs w:val="28"/>
                <w:lang w:val="ro-RO"/>
              </w:rPr>
            </w:pPr>
            <w:r w:rsidRPr="00120917">
              <w:rPr>
                <w:rFonts w:ascii="Times New Roman" w:hAnsi="Times New Roman"/>
                <w:color w:val="000000"/>
                <w:sz w:val="18"/>
                <w:szCs w:val="28"/>
                <w:lang w:val="ro-RO"/>
              </w:rPr>
              <w:t>Date de contact</w:t>
            </w:r>
          </w:p>
        </w:tc>
      </w:tr>
      <w:tr w:rsidR="00FA738D" w:rsidRPr="00120917" w14:paraId="2A44C714" w14:textId="77777777" w:rsidTr="00295345">
        <w:trPr>
          <w:jc w:val="center"/>
        </w:trPr>
        <w:tc>
          <w:tcPr>
            <w:tcW w:w="5007" w:type="dxa"/>
            <w:gridSpan w:val="6"/>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735F57AF"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Telefon / fax</w:t>
            </w:r>
          </w:p>
        </w:tc>
        <w:tc>
          <w:tcPr>
            <w:tcW w:w="5400" w:type="dxa"/>
            <w:gridSpan w:val="6"/>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BB3C2CC"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E-mail</w:t>
            </w:r>
          </w:p>
        </w:tc>
      </w:tr>
      <w:tr w:rsidR="00FA738D" w:rsidRPr="00120917" w14:paraId="39AC14B7" w14:textId="77777777" w:rsidTr="00295345">
        <w:trPr>
          <w:jc w:val="center"/>
        </w:trPr>
        <w:tc>
          <w:tcPr>
            <w:tcW w:w="10407" w:type="dxa"/>
            <w:gridSpan w:val="1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B96223C" w14:textId="77777777" w:rsidR="00FA738D" w:rsidRPr="00120917" w:rsidRDefault="00000000">
            <w:pPr>
              <w:spacing w:after="20" w:line="240" w:lineRule="auto"/>
              <w:rPr>
                <w:sz w:val="28"/>
                <w:szCs w:val="28"/>
                <w:lang w:val="ro-RO"/>
              </w:rPr>
            </w:pPr>
            <w:r w:rsidRPr="00120917">
              <w:rPr>
                <w:rFonts w:ascii="Times New Roman" w:hAnsi="Times New Roman"/>
                <w:color w:val="000000"/>
                <w:sz w:val="18"/>
                <w:szCs w:val="28"/>
                <w:lang w:val="ro-RO"/>
              </w:rPr>
              <w:t>Reprezentare</w:t>
            </w:r>
          </w:p>
        </w:tc>
      </w:tr>
      <w:tr w:rsidR="00FA738D" w:rsidRPr="00120917" w14:paraId="11999D85" w14:textId="77777777" w:rsidTr="00497FA7">
        <w:trPr>
          <w:jc w:val="center"/>
        </w:trPr>
        <w:tc>
          <w:tcPr>
            <w:tcW w:w="6941" w:type="dxa"/>
            <w:gridSpan w:val="9"/>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19A37DCF"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În calitate de reprezentant al</w:t>
            </w:r>
          </w:p>
        </w:tc>
        <w:tc>
          <w:tcPr>
            <w:tcW w:w="3466" w:type="dxa"/>
            <w:gridSpan w:val="3"/>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301E330F"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CUI / CIF</w:t>
            </w:r>
          </w:p>
        </w:tc>
      </w:tr>
    </w:tbl>
    <w:p w14:paraId="4D3CAD57" w14:textId="77777777" w:rsidR="00FA738D" w:rsidRPr="00120917" w:rsidRDefault="00000000">
      <w:pPr>
        <w:spacing w:before="80" w:after="60" w:line="240" w:lineRule="auto"/>
        <w:jc w:val="center"/>
        <w:rPr>
          <w:sz w:val="28"/>
          <w:szCs w:val="28"/>
          <w:lang w:val="ro-RO"/>
        </w:rPr>
      </w:pPr>
      <w:r w:rsidRPr="00120917">
        <w:rPr>
          <w:rFonts w:ascii="Times New Roman" w:hAnsi="Times New Roman"/>
          <w:sz w:val="20"/>
          <w:szCs w:val="28"/>
          <w:lang w:val="ro-RO"/>
        </w:rPr>
        <w:t>în conformitate cu prevederile Legii nr. 169/2026 privind Codul amenajării teritoriului, urbanismului și construcțiilor,</w:t>
      </w:r>
      <w:r w:rsidRPr="00120917">
        <w:rPr>
          <w:rFonts w:ascii="Times New Roman" w:hAnsi="Times New Roman"/>
          <w:sz w:val="20"/>
          <w:szCs w:val="28"/>
          <w:lang w:val="ro-RO"/>
        </w:rPr>
        <w:br/>
      </w:r>
      <w:r w:rsidRPr="00120917">
        <w:rPr>
          <w:rFonts w:ascii="Times New Roman" w:hAnsi="Times New Roman"/>
          <w:b/>
          <w:bCs/>
          <w:szCs w:val="32"/>
          <w:lang w:val="ro-RO"/>
        </w:rPr>
        <w:t>solicit emiterea</w:t>
      </w:r>
      <w:r w:rsidRPr="00120917">
        <w:rPr>
          <w:rFonts w:ascii="Times New Roman" w:hAnsi="Times New Roman"/>
          <w:b/>
          <w:bCs/>
          <w:sz w:val="20"/>
          <w:szCs w:val="28"/>
          <w:lang w:val="ro-RO"/>
        </w:rPr>
        <w:br/>
      </w:r>
      <w:r w:rsidRPr="00120917">
        <w:rPr>
          <w:rFonts w:ascii="Times New Roman" w:hAnsi="Times New Roman"/>
          <w:b/>
          <w:sz w:val="24"/>
          <w:szCs w:val="28"/>
          <w:lang w:val="ro-RO"/>
        </w:rPr>
        <w:t>CERTIFICATULUI DE URBANISM DE INFORMARE</w:t>
      </w:r>
    </w:p>
    <w:tbl>
      <w:tblPr>
        <w:tblW w:w="10507" w:type="dxa"/>
        <w:jc w:val="center"/>
        <w:tblLayout w:type="fixed"/>
        <w:tblLook w:val="04A0" w:firstRow="1" w:lastRow="0" w:firstColumn="1" w:lastColumn="0" w:noHBand="0" w:noVBand="1"/>
      </w:tblPr>
      <w:tblGrid>
        <w:gridCol w:w="2406"/>
        <w:gridCol w:w="3599"/>
        <w:gridCol w:w="902"/>
        <w:gridCol w:w="318"/>
        <w:gridCol w:w="992"/>
        <w:gridCol w:w="2290"/>
      </w:tblGrid>
      <w:tr w:rsidR="00FA738D" w:rsidRPr="00120917" w14:paraId="4E5D958B" w14:textId="77777777" w:rsidTr="00295345">
        <w:trPr>
          <w:jc w:val="center"/>
        </w:trPr>
        <w:tc>
          <w:tcPr>
            <w:tcW w:w="10507" w:type="dxa"/>
            <w:gridSpan w:val="6"/>
            <w:tcBorders>
              <w:top w:val="single" w:sz="4" w:space="0" w:color="808080"/>
              <w:left w:val="single" w:sz="4" w:space="0" w:color="808080"/>
              <w:bottom w:val="single" w:sz="4" w:space="0" w:color="808080"/>
              <w:right w:val="single" w:sz="4" w:space="0" w:color="808080"/>
            </w:tcBorders>
            <w:shd w:val="clear" w:color="auto" w:fill="EBEBEB"/>
            <w:tcMar>
              <w:top w:w="20" w:type="dxa"/>
              <w:left w:w="40" w:type="dxa"/>
              <w:bottom w:w="20" w:type="dxa"/>
              <w:right w:w="40" w:type="dxa"/>
            </w:tcMar>
          </w:tcPr>
          <w:p w14:paraId="2BD2BB06" w14:textId="77777777" w:rsidR="00FA738D" w:rsidRPr="00120917" w:rsidRDefault="00000000">
            <w:pPr>
              <w:spacing w:before="20" w:after="20" w:line="240" w:lineRule="auto"/>
              <w:rPr>
                <w:sz w:val="28"/>
                <w:szCs w:val="28"/>
                <w:lang w:val="ro-RO"/>
              </w:rPr>
            </w:pPr>
            <w:r w:rsidRPr="00120917">
              <w:rPr>
                <w:rFonts w:ascii="Times New Roman" w:hAnsi="Times New Roman"/>
                <w:b/>
                <w:sz w:val="20"/>
                <w:szCs w:val="28"/>
                <w:lang w:val="ro-RO"/>
              </w:rPr>
              <w:t>3. IMOBILUL</w:t>
            </w:r>
          </w:p>
        </w:tc>
      </w:tr>
      <w:tr w:rsidR="00FA738D" w:rsidRPr="00120917" w14:paraId="3FD005F9" w14:textId="77777777" w:rsidTr="00295345">
        <w:trPr>
          <w:jc w:val="center"/>
        </w:trPr>
        <w:tc>
          <w:tcPr>
            <w:tcW w:w="10507" w:type="dxa"/>
            <w:gridSpan w:val="6"/>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773ED075" w14:textId="77777777" w:rsidR="00FA738D" w:rsidRPr="00120917" w:rsidRDefault="00000000">
            <w:pPr>
              <w:spacing w:after="20" w:line="240" w:lineRule="auto"/>
              <w:rPr>
                <w:sz w:val="28"/>
                <w:szCs w:val="28"/>
                <w:lang w:val="ro-RO"/>
              </w:rPr>
            </w:pPr>
            <w:r w:rsidRPr="00120917">
              <w:rPr>
                <w:rFonts w:ascii="Times New Roman" w:hAnsi="Times New Roman"/>
                <w:sz w:val="20"/>
                <w:szCs w:val="28"/>
                <w:lang w:val="ro-RO"/>
              </w:rPr>
              <w:t>☐ teren     ☐ construcții</w:t>
            </w:r>
          </w:p>
        </w:tc>
      </w:tr>
      <w:tr w:rsidR="00FA738D" w:rsidRPr="00120917" w14:paraId="66834B6B" w14:textId="77777777" w:rsidTr="00497FA7">
        <w:trPr>
          <w:jc w:val="center"/>
        </w:trPr>
        <w:tc>
          <w:tcPr>
            <w:tcW w:w="2406"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A8209D5"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Județ</w:t>
            </w:r>
          </w:p>
        </w:tc>
        <w:tc>
          <w:tcPr>
            <w:tcW w:w="4501" w:type="dxa"/>
            <w:gridSpan w:val="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9C00B31"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Municipiu / oraș / comună</w:t>
            </w:r>
          </w:p>
        </w:tc>
        <w:tc>
          <w:tcPr>
            <w:tcW w:w="3600" w:type="dxa"/>
            <w:gridSpan w:val="3"/>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377A3656"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Sat / sector</w:t>
            </w:r>
          </w:p>
        </w:tc>
      </w:tr>
      <w:tr w:rsidR="00FA738D" w:rsidRPr="00120917" w14:paraId="5DA41400" w14:textId="77777777" w:rsidTr="00497FA7">
        <w:trPr>
          <w:jc w:val="center"/>
        </w:trPr>
        <w:tc>
          <w:tcPr>
            <w:tcW w:w="2406"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5F14154"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Cod poștal</w:t>
            </w:r>
          </w:p>
        </w:tc>
        <w:tc>
          <w:tcPr>
            <w:tcW w:w="4819" w:type="dxa"/>
            <w:gridSpan w:val="3"/>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3641E37"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Strada</w:t>
            </w:r>
          </w:p>
        </w:tc>
        <w:tc>
          <w:tcPr>
            <w:tcW w:w="992"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2E7F0A2"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Nr.</w:t>
            </w:r>
          </w:p>
        </w:tc>
        <w:tc>
          <w:tcPr>
            <w:tcW w:w="2290" w:type="dxa"/>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70749B9"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Bl. / sc. / et. / ap.</w:t>
            </w:r>
          </w:p>
        </w:tc>
      </w:tr>
      <w:tr w:rsidR="00FA738D" w:rsidRPr="00120917" w14:paraId="6B85F433" w14:textId="77777777" w:rsidTr="00295345">
        <w:trPr>
          <w:jc w:val="center"/>
        </w:trPr>
        <w:tc>
          <w:tcPr>
            <w:tcW w:w="10507" w:type="dxa"/>
            <w:gridSpan w:val="6"/>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7AA01D03"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Suprafața terenului (m²)</w:t>
            </w:r>
          </w:p>
        </w:tc>
      </w:tr>
      <w:tr w:rsidR="00FA738D" w:rsidRPr="00120917" w14:paraId="1CCE34EE" w14:textId="77777777" w:rsidTr="00497FA7">
        <w:trPr>
          <w:jc w:val="center"/>
        </w:trPr>
        <w:tc>
          <w:tcPr>
            <w:tcW w:w="6005" w:type="dxa"/>
            <w:gridSpan w:val="2"/>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0CF628F7"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Număr cadastral</w:t>
            </w:r>
            <w:r w:rsidRPr="00120917">
              <w:rPr>
                <w:rFonts w:ascii="Times New Roman" w:hAnsi="Times New Roman"/>
                <w:b/>
                <w:color w:val="004682"/>
                <w:sz w:val="20"/>
                <w:szCs w:val="28"/>
                <w:lang w:val="ro-RO"/>
              </w:rPr>
              <w:br/>
            </w:r>
            <w:r w:rsidRPr="00120917">
              <w:rPr>
                <w:rFonts w:ascii="Times New Roman" w:hAnsi="Times New Roman"/>
                <w:i/>
                <w:color w:val="787878"/>
                <w:sz w:val="18"/>
                <w:szCs w:val="28"/>
                <w:lang w:val="ro-RO"/>
              </w:rPr>
              <w:t>dacă imobilul e înscris în e-Terra</w:t>
            </w:r>
          </w:p>
        </w:tc>
        <w:tc>
          <w:tcPr>
            <w:tcW w:w="4502" w:type="dxa"/>
            <w:gridSpan w:val="4"/>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5A8E3683"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Carte funciară nr.</w:t>
            </w:r>
          </w:p>
        </w:tc>
      </w:tr>
      <w:tr w:rsidR="00FA738D" w:rsidRPr="00120917" w14:paraId="5270881D" w14:textId="77777777" w:rsidTr="00295345">
        <w:trPr>
          <w:jc w:val="center"/>
        </w:trPr>
        <w:tc>
          <w:tcPr>
            <w:tcW w:w="10507" w:type="dxa"/>
            <w:gridSpan w:val="6"/>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2DD1532C" w14:textId="77777777" w:rsidR="00FA738D" w:rsidRPr="00120917" w:rsidRDefault="00000000">
            <w:pPr>
              <w:spacing w:after="20" w:line="240" w:lineRule="auto"/>
              <w:rPr>
                <w:sz w:val="28"/>
                <w:szCs w:val="28"/>
                <w:lang w:val="ro-RO"/>
              </w:rPr>
            </w:pPr>
            <w:r w:rsidRPr="00120917">
              <w:rPr>
                <w:rFonts w:ascii="Times New Roman" w:hAnsi="Times New Roman"/>
                <w:sz w:val="20"/>
                <w:szCs w:val="28"/>
                <w:lang w:val="ro-RO"/>
              </w:rPr>
              <w:t>☐  extras de carte funciară actualizat, anexat</w:t>
            </w:r>
          </w:p>
        </w:tc>
      </w:tr>
      <w:tr w:rsidR="00FA738D" w:rsidRPr="00120917" w14:paraId="462713ED" w14:textId="77777777" w:rsidTr="00295345">
        <w:trPr>
          <w:jc w:val="center"/>
        </w:trPr>
        <w:tc>
          <w:tcPr>
            <w:tcW w:w="10507" w:type="dxa"/>
            <w:gridSpan w:val="6"/>
            <w:tcBorders>
              <w:top w:val="single" w:sz="4" w:space="0" w:color="808080"/>
              <w:left w:val="single" w:sz="4" w:space="0" w:color="808080"/>
              <w:bottom w:val="single" w:sz="4" w:space="0" w:color="808080"/>
              <w:right w:val="single" w:sz="4" w:space="0" w:color="808080"/>
            </w:tcBorders>
            <w:tcMar>
              <w:top w:w="20" w:type="dxa"/>
              <w:left w:w="40" w:type="dxa"/>
              <w:bottom w:w="20" w:type="dxa"/>
              <w:right w:w="40" w:type="dxa"/>
            </w:tcMar>
          </w:tcPr>
          <w:p w14:paraId="4222A52A" w14:textId="77777777" w:rsidR="00FA738D" w:rsidRPr="00120917" w:rsidRDefault="00000000">
            <w:pPr>
              <w:spacing w:after="20" w:line="240" w:lineRule="auto"/>
              <w:rPr>
                <w:sz w:val="28"/>
                <w:szCs w:val="28"/>
                <w:lang w:val="ro-RO"/>
              </w:rPr>
            </w:pPr>
            <w:r w:rsidRPr="00120917">
              <w:rPr>
                <w:rFonts w:ascii="Times New Roman" w:hAnsi="Times New Roman"/>
                <w:sz w:val="20"/>
                <w:szCs w:val="28"/>
                <w:lang w:val="ro-RO"/>
              </w:rPr>
              <w:t>☐  plan de încadrare în zonă în sistem Stereo 70, anexat eliberat, la cerere, de către Agenția Națională de Cadastru și Publicitate Imobiliară</w:t>
            </w:r>
          </w:p>
        </w:tc>
      </w:tr>
    </w:tbl>
    <w:p w14:paraId="64343281" w14:textId="77777777" w:rsidR="00FA738D" w:rsidRPr="00120917" w:rsidRDefault="00FA738D">
      <w:pPr>
        <w:spacing w:before="40" w:after="0"/>
        <w:rPr>
          <w:lang w:val="ro-RO"/>
        </w:rPr>
      </w:pPr>
    </w:p>
    <w:tbl>
      <w:tblPr>
        <w:tblW w:w="10549" w:type="dxa"/>
        <w:jc w:val="center"/>
        <w:tblLayout w:type="fixed"/>
        <w:tblLook w:val="04A0" w:firstRow="1" w:lastRow="0" w:firstColumn="1" w:lastColumn="0" w:noHBand="0" w:noVBand="1"/>
      </w:tblPr>
      <w:tblGrid>
        <w:gridCol w:w="10549"/>
      </w:tblGrid>
      <w:tr w:rsidR="00FA738D" w:rsidRPr="00120917" w14:paraId="412A1C35" w14:textId="77777777" w:rsidTr="00295345">
        <w:trPr>
          <w:jc w:val="center"/>
        </w:trPr>
        <w:tc>
          <w:tcPr>
            <w:tcW w:w="10549" w:type="dxa"/>
            <w:tcBorders>
              <w:top w:val="single" w:sz="4" w:space="0" w:color="808080"/>
              <w:left w:val="single" w:sz="4" w:space="0" w:color="808080"/>
              <w:bottom w:val="single" w:sz="4" w:space="0" w:color="808080"/>
              <w:right w:val="single" w:sz="4" w:space="0" w:color="808080"/>
            </w:tcBorders>
            <w:shd w:val="clear" w:color="auto" w:fill="EBEBEB"/>
            <w:tcMar>
              <w:top w:w="20" w:type="dxa"/>
              <w:left w:w="50" w:type="dxa"/>
              <w:bottom w:w="20" w:type="dxa"/>
              <w:right w:w="50" w:type="dxa"/>
            </w:tcMar>
          </w:tcPr>
          <w:p w14:paraId="41825CAC" w14:textId="77777777" w:rsidR="00FA738D" w:rsidRPr="00120917" w:rsidRDefault="00000000">
            <w:pPr>
              <w:spacing w:before="20" w:after="20" w:line="240" w:lineRule="auto"/>
              <w:rPr>
                <w:sz w:val="28"/>
                <w:szCs w:val="28"/>
                <w:lang w:val="ro-RO"/>
              </w:rPr>
            </w:pPr>
            <w:r w:rsidRPr="00120917">
              <w:rPr>
                <w:rFonts w:ascii="Times New Roman" w:hAnsi="Times New Roman"/>
                <w:b/>
                <w:sz w:val="20"/>
                <w:szCs w:val="28"/>
                <w:lang w:val="ro-RO"/>
              </w:rPr>
              <w:t>4. COMUNICAREA RĂSPUNSULUI</w:t>
            </w:r>
          </w:p>
        </w:tc>
      </w:tr>
      <w:tr w:rsidR="00FA738D" w:rsidRPr="00120917" w14:paraId="2E2E31DD" w14:textId="77777777" w:rsidTr="00295345">
        <w:trPr>
          <w:jc w:val="center"/>
        </w:trPr>
        <w:tc>
          <w:tcPr>
            <w:tcW w:w="10549" w:type="dxa"/>
            <w:tcBorders>
              <w:top w:val="single" w:sz="4" w:space="0" w:color="808080"/>
              <w:left w:val="single" w:sz="4" w:space="0" w:color="808080"/>
              <w:bottom w:val="single" w:sz="4" w:space="0" w:color="808080"/>
              <w:right w:val="single" w:sz="4" w:space="0" w:color="808080"/>
            </w:tcBorders>
            <w:tcMar>
              <w:top w:w="20" w:type="dxa"/>
              <w:left w:w="50" w:type="dxa"/>
              <w:bottom w:w="20" w:type="dxa"/>
              <w:right w:w="50" w:type="dxa"/>
            </w:tcMar>
          </w:tcPr>
          <w:p w14:paraId="07890269" w14:textId="77777777" w:rsidR="00FA738D" w:rsidRPr="00120917" w:rsidRDefault="00000000">
            <w:pPr>
              <w:spacing w:after="20" w:line="240" w:lineRule="auto"/>
              <w:rPr>
                <w:sz w:val="28"/>
                <w:szCs w:val="28"/>
                <w:lang w:val="ro-RO"/>
              </w:rPr>
            </w:pPr>
            <w:r w:rsidRPr="00120917">
              <w:rPr>
                <w:rFonts w:ascii="Times New Roman" w:hAnsi="Times New Roman"/>
                <w:sz w:val="20"/>
                <w:szCs w:val="28"/>
                <w:lang w:val="ro-RO"/>
              </w:rPr>
              <w:t>☐ în format scris, prin poștă     ☐ în format digital, la adresa de e-mail indicată     ☐ ridicare de la sediul autorității</w:t>
            </w:r>
          </w:p>
        </w:tc>
      </w:tr>
    </w:tbl>
    <w:p w14:paraId="3D3BBC35" w14:textId="77777777" w:rsidR="00FA738D" w:rsidRPr="00120917" w:rsidRDefault="00FA738D">
      <w:pPr>
        <w:spacing w:before="40" w:after="0"/>
        <w:rPr>
          <w:sz w:val="28"/>
          <w:szCs w:val="28"/>
          <w:lang w:val="ro-RO"/>
        </w:rPr>
      </w:pPr>
    </w:p>
    <w:tbl>
      <w:tblPr>
        <w:tblW w:w="10549" w:type="dxa"/>
        <w:jc w:val="center"/>
        <w:tblLayout w:type="fixed"/>
        <w:tblLook w:val="04A0" w:firstRow="1" w:lastRow="0" w:firstColumn="1" w:lastColumn="0" w:noHBand="0" w:noVBand="1"/>
      </w:tblPr>
      <w:tblGrid>
        <w:gridCol w:w="3349"/>
        <w:gridCol w:w="3600"/>
        <w:gridCol w:w="3600"/>
      </w:tblGrid>
      <w:tr w:rsidR="00FA738D" w:rsidRPr="00120917" w14:paraId="7A6FBA02" w14:textId="77777777" w:rsidTr="00295345">
        <w:trPr>
          <w:jc w:val="center"/>
        </w:trPr>
        <w:tc>
          <w:tcPr>
            <w:tcW w:w="10549" w:type="dxa"/>
            <w:gridSpan w:val="3"/>
            <w:tcBorders>
              <w:top w:val="single" w:sz="4" w:space="0" w:color="808080"/>
              <w:left w:val="single" w:sz="4" w:space="0" w:color="808080"/>
              <w:bottom w:val="single" w:sz="4" w:space="0" w:color="808080"/>
              <w:right w:val="single" w:sz="4" w:space="0" w:color="808080"/>
            </w:tcBorders>
            <w:shd w:val="clear" w:color="auto" w:fill="EBEBEB"/>
            <w:tcMar>
              <w:top w:w="20" w:type="dxa"/>
              <w:left w:w="40" w:type="dxa"/>
              <w:bottom w:w="30" w:type="dxa"/>
              <w:right w:w="40" w:type="dxa"/>
            </w:tcMar>
          </w:tcPr>
          <w:p w14:paraId="37B01DB0" w14:textId="77777777" w:rsidR="00FA738D" w:rsidRPr="00120917" w:rsidRDefault="00000000">
            <w:pPr>
              <w:spacing w:before="20" w:after="20" w:line="240" w:lineRule="auto"/>
              <w:rPr>
                <w:sz w:val="28"/>
                <w:szCs w:val="28"/>
                <w:lang w:val="ro-RO"/>
              </w:rPr>
            </w:pPr>
            <w:r w:rsidRPr="00120917">
              <w:rPr>
                <w:rFonts w:ascii="Times New Roman" w:hAnsi="Times New Roman"/>
                <w:b/>
                <w:sz w:val="20"/>
                <w:szCs w:val="28"/>
                <w:lang w:val="ro-RO"/>
              </w:rPr>
              <w:t>5. DATA ȘI SEMNĂTURA</w:t>
            </w:r>
          </w:p>
        </w:tc>
      </w:tr>
      <w:tr w:rsidR="00FA738D" w:rsidRPr="00120917" w14:paraId="58145FE1" w14:textId="77777777" w:rsidTr="00295345">
        <w:trPr>
          <w:trHeight w:val="522"/>
          <w:jc w:val="center"/>
        </w:trPr>
        <w:tc>
          <w:tcPr>
            <w:tcW w:w="3349" w:type="dxa"/>
            <w:tcBorders>
              <w:top w:val="single" w:sz="4" w:space="0" w:color="808080"/>
              <w:left w:val="single" w:sz="4" w:space="0" w:color="808080"/>
              <w:bottom w:val="single" w:sz="4" w:space="0" w:color="808080"/>
              <w:right w:val="single" w:sz="4" w:space="0" w:color="808080"/>
            </w:tcBorders>
            <w:tcMar>
              <w:top w:w="20" w:type="dxa"/>
              <w:left w:w="40" w:type="dxa"/>
              <w:bottom w:w="30" w:type="dxa"/>
              <w:right w:w="40" w:type="dxa"/>
            </w:tcMar>
          </w:tcPr>
          <w:p w14:paraId="2B3FCD19"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Data</w:t>
            </w:r>
          </w:p>
        </w:tc>
        <w:tc>
          <w:tcPr>
            <w:tcW w:w="3600" w:type="dxa"/>
            <w:tcBorders>
              <w:top w:val="single" w:sz="4" w:space="0" w:color="808080"/>
              <w:left w:val="single" w:sz="4" w:space="0" w:color="808080"/>
              <w:bottom w:val="single" w:sz="4" w:space="0" w:color="808080"/>
              <w:right w:val="single" w:sz="4" w:space="0" w:color="808080"/>
            </w:tcBorders>
            <w:tcMar>
              <w:top w:w="20" w:type="dxa"/>
              <w:left w:w="40" w:type="dxa"/>
              <w:bottom w:w="30" w:type="dxa"/>
              <w:right w:w="40" w:type="dxa"/>
            </w:tcMar>
          </w:tcPr>
          <w:p w14:paraId="49AC00FD"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Solicitantul</w:t>
            </w:r>
          </w:p>
        </w:tc>
        <w:tc>
          <w:tcPr>
            <w:tcW w:w="3600" w:type="dxa"/>
            <w:tcBorders>
              <w:top w:val="single" w:sz="4" w:space="0" w:color="808080"/>
              <w:left w:val="single" w:sz="4" w:space="0" w:color="808080"/>
              <w:bottom w:val="single" w:sz="4" w:space="0" w:color="808080"/>
              <w:right w:val="single" w:sz="4" w:space="0" w:color="808080"/>
            </w:tcBorders>
            <w:tcMar>
              <w:top w:w="20" w:type="dxa"/>
              <w:left w:w="40" w:type="dxa"/>
              <w:bottom w:w="30" w:type="dxa"/>
              <w:right w:w="40" w:type="dxa"/>
            </w:tcMar>
          </w:tcPr>
          <w:p w14:paraId="66AEB9A2" w14:textId="77777777" w:rsidR="00FA738D" w:rsidRPr="00120917" w:rsidRDefault="00000000">
            <w:pPr>
              <w:spacing w:after="20" w:line="240" w:lineRule="auto"/>
              <w:rPr>
                <w:sz w:val="28"/>
                <w:szCs w:val="28"/>
                <w:lang w:val="ro-RO"/>
              </w:rPr>
            </w:pPr>
            <w:r w:rsidRPr="00120917">
              <w:rPr>
                <w:rFonts w:ascii="Times New Roman" w:hAnsi="Times New Roman"/>
                <w:b/>
                <w:color w:val="004682"/>
                <w:sz w:val="20"/>
                <w:szCs w:val="28"/>
                <w:lang w:val="ro-RO"/>
              </w:rPr>
              <w:t>Semnătura</w:t>
            </w:r>
          </w:p>
        </w:tc>
      </w:tr>
    </w:tbl>
    <w:p w14:paraId="29F74EF2" w14:textId="702E623D" w:rsidR="00585DFB" w:rsidRPr="00120917" w:rsidRDefault="00585DFB" w:rsidP="00585DFB">
      <w:pPr>
        <w:tabs>
          <w:tab w:val="left" w:pos="7820"/>
        </w:tabs>
        <w:rPr>
          <w:sz w:val="24"/>
          <w:szCs w:val="24"/>
          <w:lang w:val="ro-RO"/>
        </w:rPr>
      </w:pPr>
    </w:p>
    <w:sectPr w:rsidR="00585DFB" w:rsidRPr="00120917" w:rsidSect="00441893">
      <w:headerReference w:type="default" r:id="rId8"/>
      <w:footerReference w:type="default" r:id="rId9"/>
      <w:headerReference w:type="first" r:id="rId10"/>
      <w:footerReference w:type="first" r:id="rId11"/>
      <w:pgSz w:w="11906" w:h="16838" w:code="9"/>
      <w:pgMar w:top="576" w:right="720" w:bottom="57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2595" w14:textId="77777777" w:rsidR="00200B6B" w:rsidRDefault="00200B6B">
      <w:pPr>
        <w:spacing w:after="0" w:line="240" w:lineRule="auto"/>
      </w:pPr>
      <w:r>
        <w:separator/>
      </w:r>
    </w:p>
  </w:endnote>
  <w:endnote w:type="continuationSeparator" w:id="0">
    <w:p w14:paraId="36D43210" w14:textId="77777777" w:rsidR="00200B6B" w:rsidRDefault="00200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1A64" w14:textId="2EE7EC9C" w:rsidR="00FA738D" w:rsidRDefault="00FA738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06F6" w14:textId="77777777" w:rsidR="004F0836" w:rsidRPr="006C2826" w:rsidRDefault="004F0836" w:rsidP="004F0836">
    <w:pPr>
      <w:spacing w:after="0" w:line="240" w:lineRule="auto"/>
      <w:jc w:val="both"/>
      <w:rPr>
        <w:rFonts w:ascii="Times New Roman" w:hAnsi="Times New Roman" w:cs="Times New Roman"/>
        <w:b/>
        <w:bCs/>
        <w:sz w:val="14"/>
        <w:szCs w:val="14"/>
        <w:u w:val="single"/>
      </w:rPr>
    </w:pPr>
    <w:r w:rsidRPr="006C2826">
      <w:rPr>
        <w:rFonts w:ascii="Times New Roman" w:hAnsi="Times New Roman" w:cs="Times New Roman"/>
        <w:b/>
        <w:bCs/>
        <w:sz w:val="14"/>
        <w:szCs w:val="14"/>
        <w:u w:val="single"/>
      </w:rPr>
      <w:t xml:space="preserve">NOTĂ DE INFORMARE PRIVIND PRELUCRAREA DATELOR CU CARACTER PERSONAL </w:t>
    </w:r>
  </w:p>
  <w:p w14:paraId="306A71E4" w14:textId="1C8B3531" w:rsidR="00203618" w:rsidRPr="00120917" w:rsidRDefault="004F0836" w:rsidP="006A7A0C">
    <w:pPr>
      <w:spacing w:after="0" w:line="240" w:lineRule="auto"/>
      <w:jc w:val="both"/>
      <w:rPr>
        <w:rFonts w:ascii="Times New Roman" w:hAnsi="Times New Roman" w:cs="Times New Roman"/>
        <w:sz w:val="14"/>
        <w:szCs w:val="14"/>
        <w:lang w:val="ro-RO"/>
      </w:rPr>
    </w:pPr>
    <w:r w:rsidRPr="00120917">
      <w:rPr>
        <w:rFonts w:ascii="Times New Roman" w:hAnsi="Times New Roman" w:cs="Times New Roman"/>
        <w:sz w:val="14"/>
        <w:szCs w:val="14"/>
        <w:lang w:val="ro-RO"/>
      </w:rPr>
      <w:t xml:space="preserve">Primăria Municipiului Arad vă informează că prelucrează prin mijloace manuale și automatizate datele cu caracter personal furnizate de dumneavoastră, în scopul soluționării cererii depuse și al îndeplinirii atribuțiilor legale ale administrației publice locale, în conformitate cu Regulamentul UE 679/2016 și legislația națională în vigoare privind protecția și securitatea datelor personale. Datele furnizate pot fi dezvăluite unor terți doar în baza unui temei justificat. În calitate de persoană vizată de operațiunile de prelucrare, beneficiați de dreptul de acces, dreptul la rectificare, dreptul la restricționarea prelucrării, dreptul la opoziție, dreptul la portabilitatea datelor, dreptul de a nu fi supus unei decizii individuale automatizate, precum și de dreptul la ștergerea datelor, în condițiile prevăzute de Regulament. Aceste drepturi le puteți exercita oricând, în baza unei cereri scrise, semnate și datate, depuse la sediul instituției ori prin email la adresa: </w:t>
    </w:r>
    <w:hyperlink r:id="rId1" w:history="1">
      <w:r w:rsidRPr="00120917">
        <w:rPr>
          <w:rStyle w:val="Hyperlink"/>
          <w:rFonts w:ascii="Times New Roman" w:hAnsi="Times New Roman" w:cs="Times New Roman"/>
          <w:b/>
          <w:bCs/>
          <w:sz w:val="14"/>
          <w:szCs w:val="14"/>
          <w:lang w:val="ro-RO"/>
        </w:rPr>
        <w:t>dpo@primariaarad.ro</w:t>
      </w:r>
    </w:hyperlink>
    <w:r w:rsidRPr="00120917">
      <w:rPr>
        <w:rFonts w:ascii="Times New Roman" w:hAnsi="Times New Roman" w:cs="Times New Roman"/>
        <w:sz w:val="14"/>
        <w:szCs w:val="14"/>
        <w:lang w:val="ro-RO"/>
      </w:rPr>
      <w:t xml:space="preserve">. Informații complete și detaliate privind prelucrarea datelor cu caracter personal, puteți afla la sediul instituției sau accesând pagina web a instituției </w:t>
    </w:r>
    <w:hyperlink r:id="rId2" w:history="1">
      <w:r w:rsidRPr="00120917">
        <w:rPr>
          <w:rStyle w:val="Hyperlink"/>
          <w:rFonts w:ascii="Times New Roman" w:hAnsi="Times New Roman" w:cs="Times New Roman"/>
          <w:b/>
          <w:bCs/>
          <w:sz w:val="14"/>
          <w:szCs w:val="14"/>
          <w:lang w:val="ro-RO"/>
        </w:rPr>
        <w:t>www.primariaarad.ro</w:t>
      </w:r>
    </w:hyperlink>
    <w:r w:rsidRPr="00120917">
      <w:rPr>
        <w:rFonts w:ascii="Times New Roman" w:hAnsi="Times New Roman" w:cs="Times New Roman"/>
        <w:sz w:val="14"/>
        <w:szCs w:val="14"/>
        <w:lang w:val="ro-RO"/>
      </w:rPr>
      <w:t>, secțiunea „Prelucrare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546AA" w14:textId="77777777" w:rsidR="00200B6B" w:rsidRDefault="00200B6B">
      <w:pPr>
        <w:spacing w:after="0" w:line="240" w:lineRule="auto"/>
      </w:pPr>
      <w:r>
        <w:separator/>
      </w:r>
    </w:p>
  </w:footnote>
  <w:footnote w:type="continuationSeparator" w:id="0">
    <w:p w14:paraId="0039F745" w14:textId="77777777" w:rsidR="00200B6B" w:rsidRDefault="00200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5373" w14:textId="55AF9A39" w:rsidR="00FA738D" w:rsidRDefault="00FA738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0"/>
      <w:tblW w:w="1053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01"/>
      <w:gridCol w:w="3828"/>
      <w:gridCol w:w="3111"/>
      <w:gridCol w:w="1891"/>
    </w:tblGrid>
    <w:tr w:rsidR="00606C87" w14:paraId="660FC32D" w14:textId="77777777" w:rsidTr="00CF49C9">
      <w:trPr>
        <w:trHeight w:val="277"/>
      </w:trPr>
      <w:tc>
        <w:tcPr>
          <w:tcW w:w="1701" w:type="dxa"/>
          <w:vMerge w:val="restart"/>
          <w:tcBorders>
            <w:top w:val="single" w:sz="12" w:space="0" w:color="auto"/>
            <w:left w:val="single" w:sz="12" w:space="0" w:color="auto"/>
            <w:bottom w:val="single" w:sz="12" w:space="0" w:color="auto"/>
            <w:right w:val="single" w:sz="12" w:space="0" w:color="auto"/>
          </w:tcBorders>
        </w:tcPr>
        <w:p w14:paraId="00B3CA04" w14:textId="2AB1E175" w:rsidR="00606C87" w:rsidRDefault="00606C87" w:rsidP="00606C87">
          <w:pPr>
            <w:pStyle w:val="TableParagraph"/>
            <w:spacing w:before="0"/>
            <w:ind w:left="0"/>
            <w:rPr>
              <w:b/>
              <w:sz w:val="18"/>
              <w:szCs w:val="28"/>
            </w:rPr>
          </w:pPr>
          <w:r>
            <w:rPr>
              <w:noProof/>
            </w:rPr>
            <w:drawing>
              <wp:anchor distT="0" distB="0" distL="114300" distR="114300" simplePos="0" relativeHeight="251659264" behindDoc="0" locked="0" layoutInCell="1" allowOverlap="1" wp14:anchorId="4ECA15A7" wp14:editId="39AD7B5D">
                <wp:simplePos x="0" y="0"/>
                <wp:positionH relativeFrom="column">
                  <wp:posOffset>17780</wp:posOffset>
                </wp:positionH>
                <wp:positionV relativeFrom="paragraph">
                  <wp:posOffset>200025</wp:posOffset>
                </wp:positionV>
                <wp:extent cx="1150620" cy="1133475"/>
                <wp:effectExtent l="0" t="0" r="0" b="9525"/>
                <wp:wrapTopAndBottom/>
                <wp:docPr id="89403957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33475"/>
                        </a:xfrm>
                        <a:prstGeom prst="rect">
                          <a:avLst/>
                        </a:prstGeom>
                        <a:noFill/>
                      </pic:spPr>
                    </pic:pic>
                  </a:graphicData>
                </a:graphic>
                <wp14:sizeRelH relativeFrom="margin">
                  <wp14:pctWidth>0</wp14:pctWidth>
                </wp14:sizeRelH>
                <wp14:sizeRelV relativeFrom="margin">
                  <wp14:pctHeight>0</wp14:pctHeight>
                </wp14:sizeRelV>
              </wp:anchor>
            </w:drawing>
          </w:r>
        </w:p>
        <w:p w14:paraId="0C59AC3C" w14:textId="77777777" w:rsidR="00606C87" w:rsidRDefault="00606C87" w:rsidP="00606C87">
          <w:pPr>
            <w:pStyle w:val="TableParagraph"/>
            <w:spacing w:before="0"/>
            <w:ind w:left="410"/>
            <w:rPr>
              <w:i/>
              <w:sz w:val="18"/>
              <w:szCs w:val="28"/>
            </w:rPr>
          </w:pPr>
        </w:p>
      </w:tc>
      <w:tc>
        <w:tcPr>
          <w:tcW w:w="8830"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673136CA" w14:textId="77777777" w:rsidR="00606C87" w:rsidRPr="00793D05" w:rsidRDefault="00606C87" w:rsidP="00606C87">
          <w:pPr>
            <w:pStyle w:val="TableParagraph"/>
            <w:rPr>
              <w:b/>
              <w:color w:val="0D5F78"/>
              <w:spacing w:val="-2"/>
              <w:w w:val="105"/>
              <w:sz w:val="18"/>
              <w:szCs w:val="28"/>
            </w:rPr>
          </w:pPr>
          <w:r>
            <w:rPr>
              <w:b/>
              <w:color w:val="0D5F78"/>
              <w:spacing w:val="-2"/>
              <w:w w:val="105"/>
              <w:sz w:val="18"/>
              <w:szCs w:val="28"/>
            </w:rPr>
            <w:t>Județul ARAD</w:t>
          </w:r>
        </w:p>
      </w:tc>
    </w:tr>
    <w:tr w:rsidR="00606C87" w14:paraId="3FA192C7" w14:textId="77777777" w:rsidTr="00CF49C9">
      <w:trPr>
        <w:trHeight w:val="303"/>
      </w:trPr>
      <w:tc>
        <w:tcPr>
          <w:tcW w:w="1701" w:type="dxa"/>
          <w:vMerge/>
          <w:tcBorders>
            <w:top w:val="single" w:sz="12" w:space="0" w:color="auto"/>
            <w:left w:val="single" w:sz="12" w:space="0" w:color="auto"/>
            <w:bottom w:val="single" w:sz="12" w:space="0" w:color="auto"/>
            <w:right w:val="single" w:sz="12" w:space="0" w:color="auto"/>
          </w:tcBorders>
          <w:vAlign w:val="center"/>
          <w:hideMark/>
        </w:tcPr>
        <w:p w14:paraId="05BF8B24" w14:textId="77777777" w:rsidR="00606C87" w:rsidRDefault="00606C87" w:rsidP="00606C87">
          <w:pPr>
            <w:rPr>
              <w:rFonts w:ascii="Times New Roman" w:eastAsia="Times New Roman" w:hAnsi="Times New Roman" w:cs="Times New Roman"/>
              <w:i/>
              <w:sz w:val="18"/>
              <w:szCs w:val="28"/>
              <w:lang w:val="ro-RO"/>
            </w:rPr>
          </w:pPr>
        </w:p>
      </w:tc>
      <w:tc>
        <w:tcPr>
          <w:tcW w:w="8830"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204985E0" w14:textId="77777777" w:rsidR="00606C87" w:rsidRDefault="00606C87" w:rsidP="00606C87">
          <w:pPr>
            <w:pStyle w:val="TableParagraph"/>
            <w:rPr>
              <w:b/>
              <w:sz w:val="18"/>
              <w:szCs w:val="28"/>
            </w:rPr>
          </w:pPr>
          <w:r>
            <w:rPr>
              <w:b/>
              <w:color w:val="0D5F78"/>
              <w:spacing w:val="-2"/>
              <w:sz w:val="18"/>
              <w:szCs w:val="28"/>
            </w:rPr>
            <w:t>PRIMĂRIA MUNICIPIULUI ARAD</w:t>
          </w:r>
        </w:p>
      </w:tc>
    </w:tr>
    <w:tr w:rsidR="00606C87" w14:paraId="0BCDF089" w14:textId="77777777" w:rsidTr="00CF49C9">
      <w:trPr>
        <w:trHeight w:val="402"/>
      </w:trPr>
      <w:tc>
        <w:tcPr>
          <w:tcW w:w="1701" w:type="dxa"/>
          <w:vMerge/>
          <w:tcBorders>
            <w:top w:val="single" w:sz="12" w:space="0" w:color="auto"/>
            <w:left w:val="single" w:sz="12" w:space="0" w:color="auto"/>
            <w:bottom w:val="single" w:sz="12" w:space="0" w:color="auto"/>
            <w:right w:val="single" w:sz="12" w:space="0" w:color="auto"/>
          </w:tcBorders>
          <w:vAlign w:val="center"/>
          <w:hideMark/>
        </w:tcPr>
        <w:p w14:paraId="3488C32C" w14:textId="77777777" w:rsidR="00606C87" w:rsidRDefault="00606C87" w:rsidP="00606C87">
          <w:pPr>
            <w:rPr>
              <w:rFonts w:ascii="Times New Roman" w:eastAsia="Times New Roman" w:hAnsi="Times New Roman" w:cs="Times New Roman"/>
              <w:i/>
              <w:sz w:val="18"/>
              <w:szCs w:val="28"/>
              <w:lang w:val="ro-RO"/>
            </w:rPr>
          </w:pPr>
        </w:p>
      </w:tc>
      <w:tc>
        <w:tcPr>
          <w:tcW w:w="3828" w:type="dxa"/>
          <w:tcBorders>
            <w:top w:val="single" w:sz="12" w:space="0" w:color="auto"/>
            <w:left w:val="single" w:sz="12" w:space="0" w:color="auto"/>
            <w:bottom w:val="single" w:sz="12" w:space="0" w:color="auto"/>
            <w:right w:val="single" w:sz="12" w:space="0" w:color="auto"/>
          </w:tcBorders>
          <w:shd w:val="clear" w:color="auto" w:fill="EFEFEF"/>
          <w:hideMark/>
        </w:tcPr>
        <w:p w14:paraId="7DB43184" w14:textId="77777777" w:rsidR="00606C87" w:rsidRDefault="00606C87" w:rsidP="00606C87">
          <w:pPr>
            <w:pStyle w:val="TableParagraph"/>
            <w:rPr>
              <w:b/>
              <w:color w:val="0D5F78"/>
              <w:spacing w:val="-2"/>
              <w:w w:val="105"/>
              <w:sz w:val="18"/>
              <w:szCs w:val="28"/>
            </w:rPr>
          </w:pPr>
          <w:r>
            <w:rPr>
              <w:b/>
              <w:color w:val="0D5F78"/>
              <w:w w:val="105"/>
              <w:sz w:val="18"/>
              <w:szCs w:val="28"/>
            </w:rPr>
            <w:t>Cod</w:t>
          </w:r>
          <w:r>
            <w:rPr>
              <w:b/>
              <w:color w:val="0D5F78"/>
              <w:spacing w:val="-10"/>
              <w:w w:val="105"/>
              <w:sz w:val="18"/>
              <w:szCs w:val="28"/>
            </w:rPr>
            <w:t xml:space="preserve"> </w:t>
          </w:r>
          <w:r>
            <w:rPr>
              <w:b/>
              <w:color w:val="0D5F78"/>
              <w:w w:val="105"/>
              <w:sz w:val="18"/>
              <w:szCs w:val="28"/>
            </w:rPr>
            <w:t>de</w:t>
          </w:r>
          <w:r>
            <w:rPr>
              <w:b/>
              <w:color w:val="0D5F78"/>
              <w:spacing w:val="-9"/>
              <w:w w:val="105"/>
              <w:sz w:val="18"/>
              <w:szCs w:val="28"/>
            </w:rPr>
            <w:t xml:space="preserve"> </w:t>
          </w:r>
          <w:r>
            <w:rPr>
              <w:b/>
              <w:color w:val="0D5F78"/>
              <w:w w:val="105"/>
              <w:sz w:val="18"/>
              <w:szCs w:val="28"/>
            </w:rPr>
            <w:t>identificare</w:t>
          </w:r>
          <w:r>
            <w:rPr>
              <w:b/>
              <w:color w:val="0D5F78"/>
              <w:spacing w:val="-9"/>
              <w:w w:val="105"/>
              <w:sz w:val="18"/>
              <w:szCs w:val="28"/>
            </w:rPr>
            <w:t xml:space="preserve"> </w:t>
          </w:r>
          <w:r>
            <w:rPr>
              <w:b/>
              <w:color w:val="0D5F78"/>
              <w:w w:val="105"/>
              <w:sz w:val="18"/>
              <w:szCs w:val="28"/>
            </w:rPr>
            <w:t>fiscală</w:t>
          </w:r>
          <w:r>
            <w:rPr>
              <w:b/>
              <w:color w:val="0D5F78"/>
              <w:spacing w:val="-9"/>
              <w:w w:val="105"/>
              <w:sz w:val="18"/>
              <w:szCs w:val="28"/>
            </w:rPr>
            <w:t xml:space="preserve"> </w:t>
          </w:r>
          <w:r>
            <w:rPr>
              <w:b/>
              <w:color w:val="0D5F78"/>
              <w:spacing w:val="-2"/>
              <w:w w:val="105"/>
              <w:sz w:val="18"/>
              <w:szCs w:val="28"/>
            </w:rPr>
            <w:t>(CIF)</w:t>
          </w:r>
        </w:p>
        <w:p w14:paraId="04DCA08C" w14:textId="77777777" w:rsidR="00606C87" w:rsidRDefault="00606C87" w:rsidP="00606C87">
          <w:pPr>
            <w:pStyle w:val="TableParagraph"/>
            <w:rPr>
              <w:b/>
              <w:sz w:val="18"/>
              <w:szCs w:val="28"/>
            </w:rPr>
          </w:pPr>
        </w:p>
      </w:tc>
      <w:tc>
        <w:tcPr>
          <w:tcW w:w="5002" w:type="dxa"/>
          <w:gridSpan w:val="2"/>
          <w:tcBorders>
            <w:top w:val="single" w:sz="12" w:space="0" w:color="auto"/>
            <w:left w:val="single" w:sz="12" w:space="0" w:color="auto"/>
            <w:bottom w:val="single" w:sz="12" w:space="0" w:color="auto"/>
            <w:right w:val="single" w:sz="12" w:space="0" w:color="auto"/>
          </w:tcBorders>
          <w:shd w:val="clear" w:color="auto" w:fill="EFEFEF"/>
          <w:hideMark/>
        </w:tcPr>
        <w:p w14:paraId="1F07DD9F" w14:textId="77777777" w:rsidR="00606C87" w:rsidRDefault="00606C87" w:rsidP="00606C87">
          <w:pPr>
            <w:pStyle w:val="TableParagraph"/>
            <w:spacing w:before="6"/>
            <w:ind w:left="103"/>
            <w:rPr>
              <w:i/>
              <w:color w:val="797979"/>
              <w:w w:val="105"/>
              <w:sz w:val="18"/>
              <w:szCs w:val="28"/>
            </w:rPr>
          </w:pPr>
          <w:r>
            <w:rPr>
              <w:b/>
              <w:color w:val="0D5F78"/>
              <w:spacing w:val="-2"/>
              <w:w w:val="105"/>
              <w:sz w:val="18"/>
              <w:szCs w:val="28"/>
            </w:rPr>
            <w:t>3519925</w:t>
          </w:r>
        </w:p>
      </w:tc>
    </w:tr>
    <w:tr w:rsidR="00606C87" w14:paraId="17F93745" w14:textId="77777777" w:rsidTr="00CF49C9">
      <w:trPr>
        <w:trHeight w:val="1027"/>
      </w:trPr>
      <w:tc>
        <w:tcPr>
          <w:tcW w:w="1701" w:type="dxa"/>
          <w:vMerge/>
          <w:tcBorders>
            <w:top w:val="single" w:sz="12" w:space="0" w:color="auto"/>
            <w:left w:val="single" w:sz="12" w:space="0" w:color="auto"/>
            <w:bottom w:val="single" w:sz="12" w:space="0" w:color="auto"/>
            <w:right w:val="single" w:sz="12" w:space="0" w:color="auto"/>
          </w:tcBorders>
          <w:vAlign w:val="center"/>
          <w:hideMark/>
        </w:tcPr>
        <w:p w14:paraId="76916E17" w14:textId="77777777" w:rsidR="00606C87" w:rsidRDefault="00606C87" w:rsidP="00606C87">
          <w:pPr>
            <w:rPr>
              <w:rFonts w:ascii="Times New Roman" w:eastAsia="Times New Roman" w:hAnsi="Times New Roman" w:cs="Times New Roman"/>
              <w:i/>
              <w:sz w:val="18"/>
              <w:szCs w:val="28"/>
              <w:lang w:val="ro-RO"/>
            </w:rPr>
          </w:pPr>
        </w:p>
      </w:tc>
      <w:tc>
        <w:tcPr>
          <w:tcW w:w="3828" w:type="dxa"/>
          <w:tcBorders>
            <w:top w:val="single" w:sz="12" w:space="0" w:color="auto"/>
            <w:left w:val="single" w:sz="12" w:space="0" w:color="auto"/>
            <w:bottom w:val="single" w:sz="12" w:space="0" w:color="auto"/>
            <w:right w:val="single" w:sz="12" w:space="0" w:color="auto"/>
          </w:tcBorders>
          <w:shd w:val="clear" w:color="auto" w:fill="EFEFEF"/>
          <w:hideMark/>
        </w:tcPr>
        <w:p w14:paraId="44395CA5" w14:textId="77777777" w:rsidR="00606C87" w:rsidRPr="00EF5937" w:rsidRDefault="00606C87" w:rsidP="00606C87">
          <w:pPr>
            <w:pStyle w:val="TableParagraph"/>
            <w:spacing w:before="6"/>
            <w:ind w:left="103"/>
            <w:rPr>
              <w:b/>
              <w:bCs/>
              <w:i/>
              <w:color w:val="1F497D" w:themeColor="text2"/>
              <w:w w:val="105"/>
              <w:sz w:val="18"/>
              <w:szCs w:val="28"/>
            </w:rPr>
          </w:pPr>
          <w:r w:rsidRPr="00EF5937">
            <w:rPr>
              <w:b/>
              <w:bCs/>
              <w:i/>
              <w:color w:val="1F497D" w:themeColor="text2"/>
              <w:w w:val="105"/>
              <w:sz w:val="18"/>
              <w:szCs w:val="28"/>
            </w:rPr>
            <w:t>ARAD, BULEVARDUL REVOLUTIEI NR. 75</w:t>
          </w:r>
        </w:p>
        <w:p w14:paraId="67A3FC2F" w14:textId="77777777" w:rsidR="00606C87" w:rsidRPr="00EF5937" w:rsidRDefault="00606C87" w:rsidP="00606C87">
          <w:pPr>
            <w:pStyle w:val="TableParagraph"/>
            <w:spacing w:before="6"/>
            <w:ind w:left="103"/>
            <w:rPr>
              <w:b/>
              <w:bCs/>
              <w:i/>
              <w:color w:val="1F497D" w:themeColor="text2"/>
              <w:w w:val="105"/>
              <w:sz w:val="18"/>
              <w:szCs w:val="28"/>
            </w:rPr>
          </w:pPr>
          <w:r w:rsidRPr="00EF5937">
            <w:rPr>
              <w:b/>
              <w:bCs/>
              <w:i/>
              <w:color w:val="1F497D" w:themeColor="text2"/>
              <w:w w:val="105"/>
              <w:sz w:val="18"/>
              <w:szCs w:val="28"/>
            </w:rPr>
            <w:t xml:space="preserve">Tel +40 257281850 Email  </w:t>
          </w:r>
          <w:hyperlink r:id="rId2" w:history="1">
            <w:r w:rsidRPr="00EF5937">
              <w:rPr>
                <w:rStyle w:val="Hyperlink"/>
                <w:rFonts w:eastAsiaTheme="majorEastAsia"/>
                <w:b/>
                <w:bCs/>
                <w:i/>
                <w:color w:val="1F497D" w:themeColor="text2"/>
                <w:w w:val="105"/>
                <w:sz w:val="18"/>
                <w:szCs w:val="28"/>
              </w:rPr>
              <w:t>pma@primariaarad.ro</w:t>
            </w:r>
          </w:hyperlink>
        </w:p>
        <w:p w14:paraId="190E738A" w14:textId="77777777" w:rsidR="00606C87" w:rsidRDefault="00606C87" w:rsidP="00606C87">
          <w:pPr>
            <w:pStyle w:val="TableParagraph"/>
            <w:rPr>
              <w:b/>
              <w:sz w:val="18"/>
              <w:szCs w:val="28"/>
            </w:rPr>
          </w:pPr>
          <w:hyperlink r:id="rId3" w:history="1">
            <w:r w:rsidRPr="00EF5937">
              <w:rPr>
                <w:rStyle w:val="Hyperlink"/>
                <w:rFonts w:eastAsiaTheme="majorEastAsia"/>
                <w:b/>
                <w:bCs/>
                <w:i/>
                <w:color w:val="1F497D" w:themeColor="text2"/>
                <w:w w:val="105"/>
                <w:sz w:val="18"/>
                <w:szCs w:val="28"/>
              </w:rPr>
              <w:t>www.primariaarad.ro</w:t>
            </w:r>
          </w:hyperlink>
        </w:p>
      </w:tc>
      <w:tc>
        <w:tcPr>
          <w:tcW w:w="3111" w:type="dxa"/>
          <w:tcBorders>
            <w:top w:val="single" w:sz="12" w:space="0" w:color="auto"/>
            <w:left w:val="single" w:sz="12" w:space="0" w:color="auto"/>
            <w:bottom w:val="single" w:sz="12" w:space="0" w:color="auto"/>
            <w:right w:val="single" w:sz="12" w:space="0" w:color="auto"/>
          </w:tcBorders>
          <w:shd w:val="clear" w:color="auto" w:fill="EFEFEF"/>
        </w:tcPr>
        <w:p w14:paraId="5A732E27" w14:textId="77777777" w:rsidR="00606C87" w:rsidRDefault="00606C87" w:rsidP="00606C87">
          <w:pPr>
            <w:pStyle w:val="TableParagraph"/>
            <w:rPr>
              <w:b/>
              <w:sz w:val="18"/>
              <w:szCs w:val="28"/>
            </w:rPr>
          </w:pPr>
          <w:r>
            <w:rPr>
              <w:b/>
              <w:color w:val="0D5F78"/>
              <w:w w:val="105"/>
              <w:sz w:val="18"/>
              <w:szCs w:val="28"/>
            </w:rPr>
            <w:t>Număr</w:t>
          </w:r>
          <w:r>
            <w:rPr>
              <w:b/>
              <w:color w:val="0D5F78"/>
              <w:spacing w:val="-7"/>
              <w:w w:val="105"/>
              <w:sz w:val="18"/>
              <w:szCs w:val="28"/>
            </w:rPr>
            <w:t xml:space="preserve"> </w:t>
          </w:r>
          <w:r>
            <w:rPr>
              <w:b/>
              <w:color w:val="0D5F78"/>
              <w:w w:val="105"/>
              <w:sz w:val="18"/>
              <w:szCs w:val="28"/>
            </w:rPr>
            <w:t>de</w:t>
          </w:r>
          <w:r>
            <w:rPr>
              <w:b/>
              <w:color w:val="0D5F78"/>
              <w:spacing w:val="-7"/>
              <w:w w:val="105"/>
              <w:sz w:val="18"/>
              <w:szCs w:val="28"/>
            </w:rPr>
            <w:t xml:space="preserve"> </w:t>
          </w:r>
          <w:r>
            <w:rPr>
              <w:b/>
              <w:color w:val="0D5F78"/>
              <w:spacing w:val="-2"/>
              <w:w w:val="105"/>
              <w:sz w:val="18"/>
              <w:szCs w:val="28"/>
            </w:rPr>
            <w:t>înregistrare</w:t>
          </w:r>
        </w:p>
      </w:tc>
      <w:tc>
        <w:tcPr>
          <w:tcW w:w="1891" w:type="dxa"/>
          <w:tcBorders>
            <w:top w:val="single" w:sz="12" w:space="0" w:color="auto"/>
            <w:left w:val="single" w:sz="12" w:space="0" w:color="auto"/>
            <w:bottom w:val="single" w:sz="12" w:space="0" w:color="auto"/>
            <w:right w:val="single" w:sz="12" w:space="0" w:color="auto"/>
          </w:tcBorders>
          <w:shd w:val="clear" w:color="auto" w:fill="EFEFEF"/>
          <w:hideMark/>
        </w:tcPr>
        <w:p w14:paraId="0FBE70C7" w14:textId="77777777" w:rsidR="00606C87" w:rsidRDefault="00606C87" w:rsidP="00606C87">
          <w:pPr>
            <w:pStyle w:val="TableParagraph"/>
            <w:rPr>
              <w:b/>
              <w:sz w:val="18"/>
              <w:szCs w:val="28"/>
            </w:rPr>
          </w:pPr>
          <w:r>
            <w:rPr>
              <w:b/>
              <w:color w:val="0D5F78"/>
              <w:spacing w:val="-4"/>
              <w:w w:val="105"/>
              <w:sz w:val="18"/>
              <w:szCs w:val="28"/>
            </w:rPr>
            <w:t>Data</w:t>
          </w:r>
        </w:p>
      </w:tc>
    </w:tr>
  </w:tbl>
  <w:p w14:paraId="20CEE1CC" w14:textId="77777777" w:rsidR="00441893" w:rsidRDefault="004418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4734535">
    <w:abstractNumId w:val="8"/>
  </w:num>
  <w:num w:numId="2" w16cid:durableId="953244979">
    <w:abstractNumId w:val="6"/>
  </w:num>
  <w:num w:numId="3" w16cid:durableId="2115707950">
    <w:abstractNumId w:val="5"/>
  </w:num>
  <w:num w:numId="4" w16cid:durableId="1319379013">
    <w:abstractNumId w:val="4"/>
  </w:num>
  <w:num w:numId="5" w16cid:durableId="1516455038">
    <w:abstractNumId w:val="7"/>
  </w:num>
  <w:num w:numId="6" w16cid:durableId="1909336764">
    <w:abstractNumId w:val="3"/>
  </w:num>
  <w:num w:numId="7" w16cid:durableId="1086732865">
    <w:abstractNumId w:val="2"/>
  </w:num>
  <w:num w:numId="8" w16cid:durableId="1749116453">
    <w:abstractNumId w:val="1"/>
  </w:num>
  <w:num w:numId="9" w16cid:durableId="89196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2DAE"/>
    <w:rsid w:val="000D431B"/>
    <w:rsid w:val="00120917"/>
    <w:rsid w:val="00121F4D"/>
    <w:rsid w:val="0015074B"/>
    <w:rsid w:val="00200B6B"/>
    <w:rsid w:val="00200FFD"/>
    <w:rsid w:val="00203618"/>
    <w:rsid w:val="00295345"/>
    <w:rsid w:val="0029639D"/>
    <w:rsid w:val="002E0F86"/>
    <w:rsid w:val="002E39B7"/>
    <w:rsid w:val="00314DCE"/>
    <w:rsid w:val="00326F90"/>
    <w:rsid w:val="00397F44"/>
    <w:rsid w:val="003A3803"/>
    <w:rsid w:val="003E462E"/>
    <w:rsid w:val="003E75BF"/>
    <w:rsid w:val="00441893"/>
    <w:rsid w:val="00471258"/>
    <w:rsid w:val="00497FA7"/>
    <w:rsid w:val="004B6FF7"/>
    <w:rsid w:val="004E6B4B"/>
    <w:rsid w:val="004F0836"/>
    <w:rsid w:val="00540D18"/>
    <w:rsid w:val="00585DFB"/>
    <w:rsid w:val="00586C7B"/>
    <w:rsid w:val="005C6F4E"/>
    <w:rsid w:val="00600A49"/>
    <w:rsid w:val="00606C87"/>
    <w:rsid w:val="00677C6E"/>
    <w:rsid w:val="006A7A0C"/>
    <w:rsid w:val="006C2826"/>
    <w:rsid w:val="006F39D8"/>
    <w:rsid w:val="007234AD"/>
    <w:rsid w:val="007352A5"/>
    <w:rsid w:val="007844EA"/>
    <w:rsid w:val="00802C69"/>
    <w:rsid w:val="008262CE"/>
    <w:rsid w:val="00840F75"/>
    <w:rsid w:val="00954082"/>
    <w:rsid w:val="009619DE"/>
    <w:rsid w:val="00994596"/>
    <w:rsid w:val="00A67F44"/>
    <w:rsid w:val="00AA1D8D"/>
    <w:rsid w:val="00AA4126"/>
    <w:rsid w:val="00B47730"/>
    <w:rsid w:val="00B61854"/>
    <w:rsid w:val="00B85B67"/>
    <w:rsid w:val="00BC56FD"/>
    <w:rsid w:val="00C425B7"/>
    <w:rsid w:val="00C450B8"/>
    <w:rsid w:val="00CA355E"/>
    <w:rsid w:val="00CA4095"/>
    <w:rsid w:val="00CB0664"/>
    <w:rsid w:val="00CC6509"/>
    <w:rsid w:val="00CF49C9"/>
    <w:rsid w:val="00D86B93"/>
    <w:rsid w:val="00E331DE"/>
    <w:rsid w:val="00F62ABA"/>
    <w:rsid w:val="00F67572"/>
    <w:rsid w:val="00FA738D"/>
    <w:rsid w:val="00FB5A8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8CEB52"/>
  <w14:defaultImageDpi w14:val="300"/>
  <w15:docId w15:val="{9F890164-E9C5-4B03-AA50-23E3591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41893"/>
    <w:rPr>
      <w:color w:val="0000FF" w:themeColor="hyperlink"/>
      <w:u w:val="single"/>
    </w:rPr>
  </w:style>
  <w:style w:type="paragraph" w:customStyle="1" w:styleId="TableParagraph">
    <w:name w:val="Table Paragraph"/>
    <w:basedOn w:val="Normal"/>
    <w:uiPriority w:val="1"/>
    <w:qFormat/>
    <w:rsid w:val="00441893"/>
    <w:pPr>
      <w:widowControl w:val="0"/>
      <w:autoSpaceDE w:val="0"/>
      <w:autoSpaceDN w:val="0"/>
      <w:spacing w:before="5" w:after="0" w:line="240" w:lineRule="auto"/>
      <w:ind w:left="104"/>
    </w:pPr>
    <w:rPr>
      <w:rFonts w:ascii="Times New Roman" w:eastAsia="Times New Roman" w:hAnsi="Times New Roman" w:cs="Times New Roman"/>
      <w:lang w:val="ro-RO"/>
    </w:rPr>
  </w:style>
  <w:style w:type="table" w:customStyle="1" w:styleId="TableNormal1">
    <w:name w:val="Table Normal1"/>
    <w:uiPriority w:val="2"/>
    <w:semiHidden/>
    <w:qFormat/>
    <w:rsid w:val="00441893"/>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 w:type="table" w:customStyle="1" w:styleId="TableNormal10">
    <w:name w:val="Table Normal1"/>
    <w:uiPriority w:val="2"/>
    <w:semiHidden/>
    <w:qFormat/>
    <w:rsid w:val="00606C87"/>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20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www.primariaarad.ro" TargetMode="External"/><Relationship Id="rId1" Type="http://schemas.openxmlformats.org/officeDocument/2006/relationships/hyperlink" Target="dpo@primariaarad.ro"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primariaarad.ro" TargetMode="External"/><Relationship Id="rId2" Type="http://schemas.openxmlformats.org/officeDocument/2006/relationships/hyperlink" Target="mailto:pma@primariaarad.ro"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170</Words>
  <Characters>975</Characters>
  <Application>Microsoft Office Word</Application>
  <DocSecurity>0</DocSecurity>
  <Lines>8</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lucaci dora</cp:lastModifiedBy>
  <cp:revision>10</cp:revision>
  <cp:lastPrinted>2026-08-27T09:48:00Z</cp:lastPrinted>
  <dcterms:created xsi:type="dcterms:W3CDTF">2026-09-02T05:26:00Z</dcterms:created>
  <dcterms:modified xsi:type="dcterms:W3CDTF">2026-09-03T11:16:00Z</dcterms:modified>
  <cp:category/>
</cp:coreProperties>
</file>