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945E" w14:textId="77777777" w:rsidR="007C1B5A" w:rsidRPr="007C1B5A" w:rsidRDefault="007C1B5A" w:rsidP="007C1B5A">
      <w:pPr>
        <w:spacing w:before="80" w:after="60" w:line="240" w:lineRule="auto"/>
        <w:jc w:val="center"/>
        <w:rPr>
          <w:sz w:val="28"/>
          <w:szCs w:val="28"/>
        </w:rPr>
      </w:pPr>
      <w:r w:rsidRPr="007C1B5A">
        <w:rPr>
          <w:rFonts w:ascii="Times New Roman" w:hAnsi="Times New Roman"/>
          <w:b/>
          <w:sz w:val="32"/>
          <w:szCs w:val="28"/>
        </w:rPr>
        <w:t>CERERE</w:t>
      </w:r>
    </w:p>
    <w:tbl>
      <w:tblPr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10491"/>
      </w:tblGrid>
      <w:tr w:rsidR="007C1B5A" w:rsidRPr="007C1B5A" w14:paraId="5B108CAB" w14:textId="77777777" w:rsidTr="008E3E7A">
        <w:trPr>
          <w:jc w:val="center"/>
        </w:trPr>
        <w:tc>
          <w:tcPr>
            <w:tcW w:w="104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8E7AE25" w14:textId="77777777" w:rsidR="007C1B5A" w:rsidRPr="007C1B5A" w:rsidRDefault="007C1B5A" w:rsidP="005A67B9">
            <w:pPr>
              <w:spacing w:before="20" w:after="20" w:line="240" w:lineRule="auto"/>
              <w:rPr>
                <w:sz w:val="28"/>
                <w:szCs w:val="28"/>
              </w:rPr>
            </w:pPr>
            <w:r w:rsidRPr="007C1B5A">
              <w:rPr>
                <w:rFonts w:ascii="Times New Roman" w:hAnsi="Times New Roman"/>
                <w:b/>
                <w:sz w:val="20"/>
                <w:szCs w:val="28"/>
              </w:rPr>
              <w:t>1. CĂTRE</w:t>
            </w:r>
          </w:p>
        </w:tc>
      </w:tr>
      <w:tr w:rsidR="00206FC6" w:rsidRPr="007C1B5A" w14:paraId="2B8C31BD" w14:textId="77777777" w:rsidTr="008E3E7A">
        <w:trPr>
          <w:jc w:val="center"/>
        </w:trPr>
        <w:tc>
          <w:tcPr>
            <w:tcW w:w="104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16A715F" w14:textId="20563570" w:rsidR="00206FC6" w:rsidRPr="00206FC6" w:rsidRDefault="00206FC6" w:rsidP="005A67B9">
            <w:pPr>
              <w:spacing w:after="20" w:line="240" w:lineRule="auto"/>
              <w:rPr>
                <w:rFonts w:ascii="Times New Roman" w:hAnsi="Times New Roman"/>
                <w:b/>
                <w:i/>
                <w:iCs/>
                <w:color w:val="004682"/>
                <w:sz w:val="20"/>
                <w:szCs w:val="28"/>
              </w:rPr>
            </w:pPr>
            <w:r w:rsidRPr="00206FC6">
              <w:rPr>
                <w:rFonts w:ascii="Times New Roman" w:hAnsi="Times New Roman"/>
                <w:b/>
                <w:i/>
                <w:iCs/>
                <w:color w:val="004682"/>
                <w:sz w:val="20"/>
                <w:szCs w:val="28"/>
              </w:rPr>
              <w:t>PRIMARUL MUNICIPIULUI ARAD</w:t>
            </w:r>
          </w:p>
        </w:tc>
      </w:tr>
    </w:tbl>
    <w:p w14:paraId="60417ECA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2195"/>
        <w:gridCol w:w="505"/>
        <w:gridCol w:w="203"/>
        <w:gridCol w:w="697"/>
        <w:gridCol w:w="900"/>
        <w:gridCol w:w="900"/>
        <w:gridCol w:w="900"/>
        <w:gridCol w:w="900"/>
        <w:gridCol w:w="1800"/>
      </w:tblGrid>
      <w:tr w:rsidR="005C3EEE" w:rsidRPr="007C1B5A" w14:paraId="53A2A126" w14:textId="77777777" w:rsidTr="008E3E7A">
        <w:trPr>
          <w:jc w:val="center"/>
        </w:trPr>
        <w:tc>
          <w:tcPr>
            <w:tcW w:w="10633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BA9FED9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5C3EEE" w:rsidRPr="007C1B5A" w14:paraId="37C2196E" w14:textId="77777777" w:rsidTr="008E3E7A">
        <w:trPr>
          <w:jc w:val="center"/>
        </w:trPr>
        <w:tc>
          <w:tcPr>
            <w:tcW w:w="703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10D123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și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prenume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D81631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5C3EEE" w:rsidRPr="007C1B5A" w14:paraId="09FE6FA4" w14:textId="77777777" w:rsidTr="008E3E7A">
        <w:trPr>
          <w:jc w:val="center"/>
        </w:trPr>
        <w:tc>
          <w:tcPr>
            <w:tcW w:w="10633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C5668C7" w14:textId="77777777" w:rsidR="005C3EEE" w:rsidRPr="00E20169" w:rsidRDefault="00000000">
            <w:pPr>
              <w:spacing w:after="20" w:line="240" w:lineRule="auto"/>
              <w:rPr>
                <w:b/>
                <w:bCs/>
                <w:sz w:val="24"/>
                <w:szCs w:val="24"/>
              </w:rPr>
            </w:pPr>
            <w:r w:rsidRPr="00E20169">
              <w:rPr>
                <w:rFonts w:ascii="Times New Roman" w:hAnsi="Times New Roman"/>
                <w:b/>
                <w:bCs/>
                <w:color w:val="000000"/>
                <w:sz w:val="16"/>
                <w:szCs w:val="24"/>
              </w:rPr>
              <w:t xml:space="preserve">Act de </w:t>
            </w:r>
            <w:proofErr w:type="spellStart"/>
            <w:r w:rsidRPr="00E20169">
              <w:rPr>
                <w:rFonts w:ascii="Times New Roman" w:hAnsi="Times New Roman"/>
                <w:b/>
                <w:bCs/>
                <w:color w:val="000000"/>
                <w:sz w:val="16"/>
                <w:szCs w:val="24"/>
              </w:rPr>
              <w:t>identitate</w:t>
            </w:r>
            <w:proofErr w:type="spellEnd"/>
          </w:p>
        </w:tc>
      </w:tr>
      <w:tr w:rsidR="005C3EEE" w:rsidRPr="007C1B5A" w14:paraId="1613E748" w14:textId="77777777" w:rsidTr="008E3E7A">
        <w:trPr>
          <w:jc w:val="center"/>
        </w:trPr>
        <w:tc>
          <w:tcPr>
            <w:tcW w:w="16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10D95CA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290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138042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  <w:proofErr w:type="spellEnd"/>
          </w:p>
        </w:tc>
        <w:tc>
          <w:tcPr>
            <w:tcW w:w="339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D03441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</w:t>
            </w:r>
          </w:p>
        </w:tc>
        <w:tc>
          <w:tcPr>
            <w:tcW w:w="2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1585DD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5C3EEE" w:rsidRPr="007C1B5A" w14:paraId="4FEDFA72" w14:textId="77777777" w:rsidTr="008E3E7A">
        <w:trPr>
          <w:jc w:val="center"/>
        </w:trPr>
        <w:tc>
          <w:tcPr>
            <w:tcW w:w="10633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49C6C28" w14:textId="77777777" w:rsidR="005C3EEE" w:rsidRPr="00E20169" w:rsidRDefault="00000000">
            <w:pPr>
              <w:spacing w:after="2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E20169">
              <w:rPr>
                <w:rFonts w:ascii="Times New Roman" w:hAnsi="Times New Roman"/>
                <w:b/>
                <w:bCs/>
                <w:color w:val="000000"/>
                <w:sz w:val="16"/>
                <w:szCs w:val="24"/>
              </w:rPr>
              <w:t>Domiciliul</w:t>
            </w:r>
            <w:proofErr w:type="spellEnd"/>
          </w:p>
        </w:tc>
      </w:tr>
      <w:tr w:rsidR="005C3EEE" w:rsidRPr="007C1B5A" w14:paraId="59E4F374" w14:textId="77777777" w:rsidTr="008E3E7A">
        <w:trPr>
          <w:jc w:val="center"/>
        </w:trPr>
        <w:tc>
          <w:tcPr>
            <w:tcW w:w="38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7ADBEE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</w:p>
        </w:tc>
        <w:tc>
          <w:tcPr>
            <w:tcW w:w="320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F82904B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orașul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comuna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2EE6736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sectorul</w:t>
            </w:r>
            <w:proofErr w:type="spellEnd"/>
          </w:p>
        </w:tc>
      </w:tr>
      <w:tr w:rsidR="005C3EEE" w:rsidRPr="007C1B5A" w14:paraId="7F14B875" w14:textId="77777777" w:rsidTr="008E3E7A">
        <w:trPr>
          <w:jc w:val="center"/>
        </w:trPr>
        <w:tc>
          <w:tcPr>
            <w:tcW w:w="38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F5C9137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D3BD04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AB24A2C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4D4690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3CE12B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3B1339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015601A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Țara</w:t>
            </w:r>
            <w:proofErr w:type="spellEnd"/>
          </w:p>
        </w:tc>
      </w:tr>
      <w:tr w:rsidR="005C3EEE" w:rsidRPr="007C1B5A" w14:paraId="57835D66" w14:textId="77777777" w:rsidTr="008E3E7A">
        <w:trPr>
          <w:jc w:val="center"/>
        </w:trPr>
        <w:tc>
          <w:tcPr>
            <w:tcW w:w="10633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8F559D0" w14:textId="77777777" w:rsidR="005C3EEE" w:rsidRPr="00E20169" w:rsidRDefault="00000000">
            <w:pPr>
              <w:spacing w:after="20" w:line="240" w:lineRule="auto"/>
              <w:rPr>
                <w:b/>
                <w:bCs/>
                <w:sz w:val="24"/>
                <w:szCs w:val="24"/>
              </w:rPr>
            </w:pPr>
            <w:r w:rsidRPr="00E20169">
              <w:rPr>
                <w:rFonts w:ascii="Times New Roman" w:hAnsi="Times New Roman"/>
                <w:b/>
                <w:bCs/>
                <w:color w:val="000000"/>
                <w:sz w:val="16"/>
                <w:szCs w:val="24"/>
              </w:rPr>
              <w:t>Date de contact</w:t>
            </w:r>
          </w:p>
        </w:tc>
      </w:tr>
      <w:tr w:rsidR="005C3EEE" w:rsidRPr="007C1B5A" w14:paraId="052FFFBA" w14:textId="77777777" w:rsidTr="008E3E7A">
        <w:trPr>
          <w:jc w:val="center"/>
        </w:trPr>
        <w:tc>
          <w:tcPr>
            <w:tcW w:w="523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5A2EDEA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fax</w:t>
            </w:r>
          </w:p>
        </w:tc>
        <w:tc>
          <w:tcPr>
            <w:tcW w:w="540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68E1E5F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  <w:tr w:rsidR="005C3EEE" w:rsidRPr="007C1B5A" w14:paraId="4156BE9E" w14:textId="77777777" w:rsidTr="008E3E7A">
        <w:trPr>
          <w:jc w:val="center"/>
        </w:trPr>
        <w:tc>
          <w:tcPr>
            <w:tcW w:w="10633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D72348D" w14:textId="77777777" w:rsidR="005C3EEE" w:rsidRPr="00E20169" w:rsidRDefault="00000000">
            <w:pPr>
              <w:spacing w:after="20"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E20169">
              <w:rPr>
                <w:rFonts w:ascii="Times New Roman" w:hAnsi="Times New Roman"/>
                <w:b/>
                <w:bCs/>
                <w:color w:val="000000"/>
                <w:sz w:val="16"/>
                <w:szCs w:val="24"/>
              </w:rPr>
              <w:t>Reprezentare</w:t>
            </w:r>
            <w:proofErr w:type="spellEnd"/>
          </w:p>
        </w:tc>
      </w:tr>
      <w:tr w:rsidR="005C3EEE" w:rsidRPr="007C1B5A" w14:paraId="01406F1E" w14:textId="77777777" w:rsidTr="008E3E7A">
        <w:trPr>
          <w:jc w:val="center"/>
        </w:trPr>
        <w:tc>
          <w:tcPr>
            <w:tcW w:w="703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7DB927C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calitate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reprezentant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al</w:t>
            </w:r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D8F65C7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CUI / CIF</w:t>
            </w:r>
          </w:p>
        </w:tc>
      </w:tr>
      <w:tr w:rsidR="005C3EEE" w:rsidRPr="007C1B5A" w14:paraId="5E83EC33" w14:textId="77777777" w:rsidTr="008E3E7A">
        <w:trPr>
          <w:jc w:val="center"/>
        </w:trPr>
        <w:tc>
          <w:tcPr>
            <w:tcW w:w="10633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FF3941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titular al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dreptului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proprietate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împuternicit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al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titularului</w:t>
            </w:r>
            <w:proofErr w:type="spellEnd"/>
          </w:p>
        </w:tc>
      </w:tr>
    </w:tbl>
    <w:p w14:paraId="06094353" w14:textId="77777777" w:rsidR="005C3EEE" w:rsidRPr="007C1B5A" w:rsidRDefault="00000000">
      <w:pPr>
        <w:spacing w:before="160" w:after="120" w:line="240" w:lineRule="auto"/>
        <w:jc w:val="center"/>
        <w:rPr>
          <w:sz w:val="24"/>
          <w:szCs w:val="24"/>
        </w:rPr>
      </w:pPr>
      <w:proofErr w:type="spellStart"/>
      <w:r w:rsidRPr="007C1B5A">
        <w:rPr>
          <w:rFonts w:ascii="Times New Roman" w:hAnsi="Times New Roman"/>
          <w:sz w:val="20"/>
          <w:szCs w:val="24"/>
        </w:rPr>
        <w:t>în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conformitate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cu </w:t>
      </w:r>
      <w:proofErr w:type="spellStart"/>
      <w:r w:rsidRPr="007C1B5A">
        <w:rPr>
          <w:rFonts w:ascii="Times New Roman" w:hAnsi="Times New Roman"/>
          <w:sz w:val="20"/>
          <w:szCs w:val="24"/>
        </w:rPr>
        <w:t>prevederile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Legii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nr. 169/2026 </w:t>
      </w:r>
      <w:proofErr w:type="spellStart"/>
      <w:r w:rsidRPr="007C1B5A">
        <w:rPr>
          <w:rFonts w:ascii="Times New Roman" w:hAnsi="Times New Roman"/>
          <w:sz w:val="20"/>
          <w:szCs w:val="24"/>
        </w:rPr>
        <w:t>privind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Codul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amenajării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teritoriului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, </w:t>
      </w:r>
      <w:proofErr w:type="spellStart"/>
      <w:r w:rsidRPr="007C1B5A">
        <w:rPr>
          <w:rFonts w:ascii="Times New Roman" w:hAnsi="Times New Roman"/>
          <w:sz w:val="20"/>
          <w:szCs w:val="24"/>
        </w:rPr>
        <w:t>urbanismului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și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construcțiilor</w:t>
      </w:r>
      <w:proofErr w:type="spellEnd"/>
      <w:r w:rsidRPr="007C1B5A">
        <w:rPr>
          <w:rFonts w:ascii="Times New Roman" w:hAnsi="Times New Roman"/>
          <w:sz w:val="20"/>
          <w:szCs w:val="24"/>
        </w:rPr>
        <w:t>,</w:t>
      </w:r>
      <w:r w:rsidRPr="007C1B5A">
        <w:rPr>
          <w:rFonts w:ascii="Times New Roman" w:hAnsi="Times New Roman"/>
          <w:sz w:val="20"/>
          <w:szCs w:val="24"/>
        </w:rPr>
        <w:br/>
      </w:r>
      <w:r w:rsidRPr="00206FC6">
        <w:rPr>
          <w:rFonts w:ascii="Times New Roman" w:hAnsi="Times New Roman"/>
          <w:b/>
          <w:bCs/>
          <w:sz w:val="24"/>
          <w:szCs w:val="32"/>
        </w:rPr>
        <w:t xml:space="preserve">solicit </w:t>
      </w:r>
      <w:proofErr w:type="spellStart"/>
      <w:r w:rsidRPr="00206FC6">
        <w:rPr>
          <w:rFonts w:ascii="Times New Roman" w:hAnsi="Times New Roman"/>
          <w:b/>
          <w:bCs/>
          <w:sz w:val="24"/>
          <w:szCs w:val="32"/>
        </w:rPr>
        <w:t>emiterea</w:t>
      </w:r>
      <w:proofErr w:type="spellEnd"/>
      <w:r w:rsidRPr="00206FC6">
        <w:rPr>
          <w:rFonts w:ascii="Times New Roman" w:hAnsi="Times New Roman"/>
          <w:b/>
          <w:bCs/>
          <w:sz w:val="24"/>
          <w:szCs w:val="32"/>
        </w:rPr>
        <w:br/>
      </w:r>
      <w:r w:rsidRPr="007C1B5A">
        <w:rPr>
          <w:rFonts w:ascii="Times New Roman" w:hAnsi="Times New Roman"/>
          <w:b/>
          <w:sz w:val="24"/>
          <w:szCs w:val="24"/>
        </w:rPr>
        <w:t>CERTIFICATULUI DE URBANISM</w:t>
      </w:r>
      <w:r w:rsidRPr="007C1B5A">
        <w:rPr>
          <w:rFonts w:ascii="Times New Roman" w:hAnsi="Times New Roman"/>
          <w:b/>
          <w:sz w:val="24"/>
          <w:szCs w:val="24"/>
        </w:rPr>
        <w:br/>
        <w:t>PENTRU</w:t>
      </w:r>
      <w:r w:rsidRPr="007C1B5A">
        <w:rPr>
          <w:rFonts w:ascii="Times New Roman" w:hAnsi="Times New Roman"/>
          <w:b/>
          <w:sz w:val="24"/>
          <w:szCs w:val="24"/>
        </w:rPr>
        <w:br/>
        <w:t>☐ CONSTRUIRE / ☐ DESFIINȚARE</w:t>
      </w:r>
      <w:r w:rsidRPr="007C1B5A">
        <w:rPr>
          <w:rFonts w:ascii="Times New Roman" w:hAnsi="Times New Roman"/>
          <w:b/>
          <w:sz w:val="24"/>
          <w:szCs w:val="24"/>
        </w:rPr>
        <w:br/>
      </w:r>
      <w:r w:rsidRPr="007C1B5A">
        <w:rPr>
          <w:rFonts w:ascii="Times New Roman" w:hAnsi="Times New Roman"/>
          <w:sz w:val="20"/>
          <w:szCs w:val="24"/>
        </w:rPr>
        <w:t xml:space="preserve">☐ </w:t>
      </w:r>
      <w:proofErr w:type="spellStart"/>
      <w:r w:rsidRPr="007C1B5A">
        <w:rPr>
          <w:rFonts w:ascii="Times New Roman" w:hAnsi="Times New Roman"/>
          <w:sz w:val="20"/>
          <w:szCs w:val="24"/>
        </w:rPr>
        <w:t>pentru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clădiri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și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proofErr w:type="gramStart"/>
      <w:r w:rsidRPr="007C1B5A">
        <w:rPr>
          <w:rFonts w:ascii="Times New Roman" w:hAnsi="Times New Roman"/>
          <w:sz w:val="20"/>
          <w:szCs w:val="24"/>
        </w:rPr>
        <w:t>amenajări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 /</w:t>
      </w:r>
      <w:proofErr w:type="gramEnd"/>
      <w:r w:rsidRPr="007C1B5A">
        <w:rPr>
          <w:rFonts w:ascii="Times New Roman" w:hAnsi="Times New Roman"/>
          <w:sz w:val="20"/>
          <w:szCs w:val="24"/>
        </w:rPr>
        <w:t xml:space="preserve">   ☐ </w:t>
      </w:r>
      <w:proofErr w:type="spellStart"/>
      <w:r w:rsidRPr="007C1B5A">
        <w:rPr>
          <w:rFonts w:ascii="Times New Roman" w:hAnsi="Times New Roman"/>
          <w:sz w:val="20"/>
          <w:szCs w:val="24"/>
        </w:rPr>
        <w:t>lucrări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proofErr w:type="gramStart"/>
      <w:r w:rsidRPr="007C1B5A">
        <w:rPr>
          <w:rFonts w:ascii="Times New Roman" w:hAnsi="Times New Roman"/>
          <w:sz w:val="20"/>
          <w:szCs w:val="24"/>
        </w:rPr>
        <w:t>inginerești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 /</w:t>
      </w:r>
      <w:proofErr w:type="gramEnd"/>
      <w:r w:rsidRPr="007C1B5A">
        <w:rPr>
          <w:rFonts w:ascii="Times New Roman" w:hAnsi="Times New Roman"/>
          <w:sz w:val="20"/>
          <w:szCs w:val="24"/>
        </w:rPr>
        <w:t xml:space="preserve">   ☐ </w:t>
      </w:r>
      <w:proofErr w:type="spellStart"/>
      <w:r w:rsidRPr="007C1B5A">
        <w:rPr>
          <w:rFonts w:ascii="Times New Roman" w:hAnsi="Times New Roman"/>
          <w:sz w:val="20"/>
          <w:szCs w:val="24"/>
        </w:rPr>
        <w:t>pentru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</w:t>
      </w:r>
      <w:proofErr w:type="spellStart"/>
      <w:r w:rsidRPr="007C1B5A">
        <w:rPr>
          <w:rFonts w:ascii="Times New Roman" w:hAnsi="Times New Roman"/>
          <w:sz w:val="20"/>
          <w:szCs w:val="24"/>
        </w:rPr>
        <w:t>construcții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cu </w:t>
      </w:r>
      <w:proofErr w:type="spellStart"/>
      <w:r w:rsidRPr="007C1B5A">
        <w:rPr>
          <w:rFonts w:ascii="Times New Roman" w:hAnsi="Times New Roman"/>
          <w:sz w:val="20"/>
          <w:szCs w:val="24"/>
        </w:rPr>
        <w:t>caracter</w:t>
      </w:r>
      <w:proofErr w:type="spellEnd"/>
      <w:r w:rsidRPr="007C1B5A">
        <w:rPr>
          <w:rFonts w:ascii="Times New Roman" w:hAnsi="Times New Roman"/>
          <w:sz w:val="20"/>
          <w:szCs w:val="24"/>
        </w:rPr>
        <w:t xml:space="preserve"> special</w:t>
      </w:r>
    </w:p>
    <w:tbl>
      <w:tblPr>
        <w:tblW w:w="1063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633"/>
      </w:tblGrid>
      <w:tr w:rsidR="005C3EEE" w:rsidRPr="007C1B5A" w14:paraId="3F2CA48C" w14:textId="77777777" w:rsidTr="008E3E7A">
        <w:trPr>
          <w:jc w:val="center"/>
        </w:trPr>
        <w:tc>
          <w:tcPr>
            <w:tcW w:w="10633" w:type="dxa"/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C687A6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vederea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realizării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obiectivului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investiții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>:</w:t>
            </w:r>
          </w:p>
        </w:tc>
      </w:tr>
      <w:tr w:rsidR="005C3EEE" w:rsidRPr="007C1B5A" w14:paraId="68D37822" w14:textId="77777777" w:rsidTr="008E3E7A">
        <w:trPr>
          <w:jc w:val="center"/>
        </w:trPr>
        <w:tc>
          <w:tcPr>
            <w:tcW w:w="10633" w:type="dxa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77B47CC" w14:textId="77777777" w:rsidR="003A2771" w:rsidRDefault="003A2771" w:rsidP="008E3E7A">
            <w:pPr>
              <w:spacing w:before="300" w:after="100" w:line="240" w:lineRule="auto"/>
              <w:rPr>
                <w:sz w:val="24"/>
                <w:szCs w:val="24"/>
              </w:rPr>
            </w:pPr>
          </w:p>
          <w:p w14:paraId="37FF5688" w14:textId="77777777" w:rsidR="008E3E7A" w:rsidRDefault="008E3E7A" w:rsidP="008E3E7A">
            <w:pPr>
              <w:spacing w:before="300" w:after="100" w:line="240" w:lineRule="auto"/>
              <w:rPr>
                <w:sz w:val="24"/>
                <w:szCs w:val="24"/>
              </w:rPr>
            </w:pPr>
          </w:p>
          <w:p w14:paraId="2EB1749D" w14:textId="63D3E45E" w:rsidR="008E3E7A" w:rsidRPr="007C1B5A" w:rsidRDefault="008E3E7A" w:rsidP="008E3E7A">
            <w:pPr>
              <w:spacing w:before="300" w:after="100" w:line="240" w:lineRule="auto"/>
              <w:rPr>
                <w:sz w:val="24"/>
                <w:szCs w:val="24"/>
              </w:rPr>
            </w:pPr>
          </w:p>
        </w:tc>
      </w:tr>
    </w:tbl>
    <w:p w14:paraId="13B4AD09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2533"/>
        <w:gridCol w:w="900"/>
        <w:gridCol w:w="1800"/>
        <w:gridCol w:w="900"/>
        <w:gridCol w:w="900"/>
        <w:gridCol w:w="1800"/>
        <w:gridCol w:w="1800"/>
      </w:tblGrid>
      <w:tr w:rsidR="005C3EEE" w:rsidRPr="007C1B5A" w14:paraId="76109180" w14:textId="77777777" w:rsidTr="008E3E7A">
        <w:trPr>
          <w:jc w:val="center"/>
        </w:trPr>
        <w:tc>
          <w:tcPr>
            <w:tcW w:w="1063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55EEF57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3. IMOBILUL/ELE</w:t>
            </w:r>
          </w:p>
        </w:tc>
      </w:tr>
      <w:tr w:rsidR="005C3EEE" w:rsidRPr="007C1B5A" w14:paraId="5B1A0A5C" w14:textId="77777777" w:rsidTr="008E3E7A">
        <w:trPr>
          <w:jc w:val="center"/>
        </w:trPr>
        <w:tc>
          <w:tcPr>
            <w:tcW w:w="1063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4AAE4D7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teren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construcții</w:t>
            </w:r>
            <w:proofErr w:type="spellEnd"/>
          </w:p>
        </w:tc>
      </w:tr>
      <w:tr w:rsidR="005C3EEE" w:rsidRPr="007C1B5A" w14:paraId="6BE294CD" w14:textId="77777777" w:rsidTr="008E3E7A">
        <w:trPr>
          <w:jc w:val="center"/>
        </w:trPr>
        <w:tc>
          <w:tcPr>
            <w:tcW w:w="343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10C47D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F2BA89E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oraș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/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comună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8F075C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 / sector</w:t>
            </w:r>
          </w:p>
        </w:tc>
      </w:tr>
      <w:tr w:rsidR="005C3EEE" w:rsidRPr="007C1B5A" w14:paraId="60671AC7" w14:textId="77777777" w:rsidTr="008E3E7A">
        <w:trPr>
          <w:jc w:val="center"/>
        </w:trPr>
        <w:tc>
          <w:tcPr>
            <w:tcW w:w="2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E7369F1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poștal</w:t>
            </w:r>
            <w:proofErr w:type="spellEnd"/>
          </w:p>
        </w:tc>
        <w:tc>
          <w:tcPr>
            <w:tcW w:w="45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CB42AE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DFA0F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C2FCA0C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Bl. / sc. / et. / ap.</w:t>
            </w:r>
          </w:p>
        </w:tc>
      </w:tr>
      <w:tr w:rsidR="005C3EEE" w:rsidRPr="007C1B5A" w14:paraId="0E8EEEF6" w14:textId="77777777" w:rsidTr="008E3E7A">
        <w:trPr>
          <w:jc w:val="center"/>
        </w:trPr>
        <w:tc>
          <w:tcPr>
            <w:tcW w:w="613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E7B3E2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cadastral/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ele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dacă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imobilul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e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înscris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e-Terra</w:t>
            </w:r>
          </w:p>
        </w:tc>
        <w:tc>
          <w:tcPr>
            <w:tcW w:w="45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90B38CE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Carte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funciară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nr.</w:t>
            </w:r>
          </w:p>
        </w:tc>
      </w:tr>
      <w:tr w:rsidR="005C3EEE" w:rsidRPr="007C1B5A" w14:paraId="7271BBBB" w14:textId="77777777" w:rsidTr="008E3E7A">
        <w:trPr>
          <w:jc w:val="center"/>
        </w:trPr>
        <w:tc>
          <w:tcPr>
            <w:tcW w:w="523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1C7208B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Suprafața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terenului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(m²)</w:t>
            </w:r>
          </w:p>
        </w:tc>
        <w:tc>
          <w:tcPr>
            <w:tcW w:w="540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5DC53AE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Suprafața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construcției</w:t>
            </w:r>
            <w:proofErr w:type="spellEnd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(m²)</w:t>
            </w:r>
          </w:p>
        </w:tc>
      </w:tr>
    </w:tbl>
    <w:p w14:paraId="103BF2E4" w14:textId="77777777" w:rsidR="005C3EEE" w:rsidRPr="007C1B5A" w:rsidRDefault="00000000">
      <w:pPr>
        <w:rPr>
          <w:sz w:val="24"/>
          <w:szCs w:val="24"/>
        </w:rPr>
      </w:pPr>
      <w:r w:rsidRPr="007C1B5A">
        <w:rPr>
          <w:sz w:val="24"/>
          <w:szCs w:val="24"/>
        </w:rPr>
        <w:br w:type="page"/>
      </w:r>
    </w:p>
    <w:tbl>
      <w:tblPr>
        <w:tblW w:w="10549" w:type="dxa"/>
        <w:jc w:val="center"/>
        <w:tblLayout w:type="fixed"/>
        <w:tblLook w:val="04A0" w:firstRow="1" w:lastRow="0" w:firstColumn="1" w:lastColumn="0" w:noHBand="0" w:noVBand="1"/>
      </w:tblPr>
      <w:tblGrid>
        <w:gridCol w:w="10549"/>
      </w:tblGrid>
      <w:tr w:rsidR="005C3EEE" w:rsidRPr="007C1B5A" w14:paraId="00C25382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6E1D557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lastRenderedPageBreak/>
              <w:t>4. ÎNCADRAREA LUCRĂRILOR</w:t>
            </w:r>
          </w:p>
        </w:tc>
      </w:tr>
      <w:tr w:rsidR="005C3EEE" w:rsidRPr="007C1B5A" w14:paraId="3B3B9868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3A0A611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A ·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Lucrări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construcții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noi</w:t>
            </w:r>
            <w:proofErr w:type="spellEnd"/>
          </w:p>
        </w:tc>
      </w:tr>
      <w:tr w:rsidR="005C3EEE" w:rsidRPr="007C1B5A" w14:paraId="15B8F327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852A60B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clădiri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civile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clădiri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industriale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clădiri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agricole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construcții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cu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caracter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special</w:t>
            </w:r>
          </w:p>
        </w:tc>
      </w:tr>
      <w:tr w:rsidR="005C3EEE" w:rsidRPr="007C1B5A" w14:paraId="198C0552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354DC15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realizate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(se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va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bifa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măsura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care sunt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cunoscute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solicitantului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informațiile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cu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privire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la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amplasarea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zona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protecție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>/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protejată</w:t>
            </w:r>
            <w:proofErr w:type="spellEnd"/>
            <w:proofErr w:type="gramStart"/>
            <w:r w:rsidRPr="007C1B5A">
              <w:rPr>
                <w:rFonts w:ascii="Times New Roman" w:hAnsi="Times New Roman"/>
                <w:sz w:val="18"/>
                <w:szCs w:val="24"/>
              </w:rPr>
              <w:t>) :</w:t>
            </w:r>
            <w:proofErr w:type="gramEnd"/>
          </w:p>
        </w:tc>
      </w:tr>
      <w:tr w:rsidR="005C3EEE" w:rsidRPr="007C1B5A" w14:paraId="54F4BA5F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BB4DFA6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afara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zonei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protecție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monumentelor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zona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protecție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monumentelor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afara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zonelor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construite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protejate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zone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construite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protejate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                        ☐ nu sunt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cunoscute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solicitantului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astfel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informații</w:t>
            </w:r>
            <w:proofErr w:type="spellEnd"/>
          </w:p>
        </w:tc>
      </w:tr>
      <w:tr w:rsidR="005C3EEE" w:rsidRPr="007C1B5A" w14:paraId="210F11F9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B9EAAE6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B. ·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Intervenții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asupra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construcțiilor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existente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realizate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:</w:t>
            </w:r>
            <w:proofErr w:type="gramEnd"/>
          </w:p>
        </w:tc>
      </w:tr>
      <w:tr w:rsidR="005C3EEE" w:rsidRPr="007C1B5A" w14:paraId="2E1D7C41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A313DD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☐ B.1. la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alte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clădiri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decât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cele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prevăzute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la lit. B.2)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și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B.3)</w:t>
            </w:r>
          </w:p>
        </w:tc>
      </w:tr>
      <w:tr w:rsidR="005C3EEE" w:rsidRPr="007C1B5A" w14:paraId="47A0CB25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3C3490B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☐ </w:t>
            </w:r>
            <w:proofErr w:type="gram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B.2 .</w:t>
            </w:r>
            <w:proofErr w:type="gram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·la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construcții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:</w:t>
            </w:r>
          </w:p>
        </w:tc>
      </w:tr>
      <w:tr w:rsidR="005C3EEE" w:rsidRPr="007C1B5A" w14:paraId="12FCBA2D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E9E1E4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monument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istoric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stabilite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potrivit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Legii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nr. 422/2001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privind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protejarea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monumentelor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istorice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republicată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cu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modificările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și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completările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ulterioare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inclusiv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la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anexele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acestora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identificate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același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imobil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(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teren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și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>/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sau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construcții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>)</w:t>
            </w:r>
          </w:p>
        </w:tc>
      </w:tr>
      <w:tr w:rsidR="005C3EEE" w:rsidRPr="007C1B5A" w14:paraId="1B20E087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047F1A4E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aflate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zona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protecție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monumentelor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istorice</w:t>
            </w:r>
            <w:proofErr w:type="spellEnd"/>
          </w:p>
        </w:tc>
      </w:tr>
      <w:tr w:rsidR="005C3EEE" w:rsidRPr="007C1B5A" w14:paraId="0FFC238E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7526BB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aflate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zone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construite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protejate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stabilite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potrivit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legii</w:t>
            </w:r>
            <w:proofErr w:type="spellEnd"/>
          </w:p>
        </w:tc>
      </w:tr>
      <w:tr w:rsidR="005C3EEE" w:rsidRPr="007C1B5A" w14:paraId="5201DB47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6ECB5A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cu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valoare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arhitecturală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sau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istorică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deosebită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stabilite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prin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documentații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urbanism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aprobate</w:t>
            </w:r>
            <w:proofErr w:type="spellEnd"/>
          </w:p>
        </w:tc>
      </w:tr>
      <w:tr w:rsidR="005C3EEE" w:rsidRPr="007C1B5A" w14:paraId="15683FA6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C460631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☐ B.3 · la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clădiri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/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construcții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cu </w:t>
            </w:r>
            <w:proofErr w:type="spellStart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caracter</w:t>
            </w:r>
            <w:proofErr w:type="spellEnd"/>
            <w:r w:rsidRPr="007C1B5A">
              <w:rPr>
                <w:rFonts w:ascii="Times New Roman" w:hAnsi="Times New Roman"/>
                <w:b/>
                <w:sz w:val="18"/>
                <w:szCs w:val="24"/>
              </w:rPr>
              <w:t xml:space="preserve"> special</w:t>
            </w:r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             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altele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decât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cele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stabilite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la lit. B.2)</w:t>
            </w:r>
          </w:p>
        </w:tc>
      </w:tr>
      <w:tr w:rsidR="005C3EEE" w:rsidRPr="007C1B5A" w14:paraId="534D1953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B5E7F7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                                                                                               ☐ din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categoria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celor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stabilite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la lit. B.2)</w:t>
            </w:r>
          </w:p>
        </w:tc>
      </w:tr>
      <w:tr w:rsidR="005C3EEE" w:rsidRPr="007C1B5A" w14:paraId="313E2507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FD1733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C ·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Amenajări</w:t>
            </w:r>
            <w:proofErr w:type="spellEnd"/>
          </w:p>
        </w:tc>
      </w:tr>
      <w:tr w:rsidR="005C3EEE" w:rsidRPr="007C1B5A" w14:paraId="25511D4F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381F56C9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amenajări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civile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amenajări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și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îmbunătățiri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funciare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construcții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provizorii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/ cu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caracter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temporar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cercetarea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/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prospectarea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terenurilor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foraje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excavări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cercetări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pentru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zăcăminte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naturale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spații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verzi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plantate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spații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publice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organizare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șantier</w:t>
            </w:r>
            <w:proofErr w:type="spellEnd"/>
          </w:p>
        </w:tc>
      </w:tr>
      <w:tr w:rsidR="005C3EEE" w:rsidRPr="007C1B5A" w14:paraId="6E71FEE4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4F4F4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33DE33B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D ·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Lucrări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inginerești</w:t>
            </w:r>
            <w:proofErr w:type="spellEnd"/>
          </w:p>
        </w:tc>
      </w:tr>
      <w:tr w:rsidR="005C3EEE" w:rsidRPr="007C1B5A" w14:paraId="59F5BB8E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64C58C1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infrastructură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transport</w:t>
            </w:r>
          </w:p>
        </w:tc>
      </w:tr>
      <w:tr w:rsidR="005C3EEE" w:rsidRPr="007C1B5A" w14:paraId="194298F4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3290F73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infrastructură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energetică</w:t>
            </w:r>
            <w:proofErr w:type="spellEnd"/>
          </w:p>
        </w:tc>
      </w:tr>
      <w:tr w:rsidR="005C3EEE" w:rsidRPr="007C1B5A" w14:paraId="35C6A318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2AF28AE1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rețele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comunicații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electronice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gospodărirea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apelor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hidrotehnice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miniere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alte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lucrări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inginerești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necesare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realizării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unor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obiective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interes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public</w:t>
            </w:r>
          </w:p>
        </w:tc>
      </w:tr>
    </w:tbl>
    <w:p w14:paraId="206BA2E4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10491"/>
      </w:tblGrid>
      <w:tr w:rsidR="005C3EEE" w:rsidRPr="007C1B5A" w14:paraId="3CC170E2" w14:textId="77777777" w:rsidTr="008E3E7A">
        <w:trPr>
          <w:jc w:val="center"/>
        </w:trPr>
        <w:tc>
          <w:tcPr>
            <w:tcW w:w="104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C54D021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5. SE ANEXEAZĂ</w:t>
            </w:r>
          </w:p>
        </w:tc>
      </w:tr>
      <w:tr w:rsidR="005C3EEE" w:rsidRPr="007C1B5A" w14:paraId="7CE7659A" w14:textId="77777777" w:rsidTr="008E3E7A">
        <w:trPr>
          <w:jc w:val="center"/>
        </w:trPr>
        <w:tc>
          <w:tcPr>
            <w:tcW w:w="104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4146158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extras de carte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funciară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actualizat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  <w:t xml:space="preserve">☐ plan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situație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propus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cu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amprenta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la sol 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corpurilor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clădire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propuse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spre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construire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/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desființare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/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extindere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br/>
              <w:t xml:space="preserve">☐ plan de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încadrare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zonă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sistem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Stereo 70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descrierea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succintă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gramStart"/>
            <w:r w:rsidRPr="007C1B5A">
              <w:rPr>
                <w:rFonts w:ascii="Times New Roman" w:hAnsi="Times New Roman"/>
                <w:sz w:val="18"/>
                <w:szCs w:val="24"/>
              </w:rPr>
              <w:t>a</w:t>
            </w:r>
            <w:proofErr w:type="gram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investiției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împuternicirea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dacă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este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cazul</w:t>
            </w:r>
            <w:proofErr w:type="spellEnd"/>
          </w:p>
        </w:tc>
      </w:tr>
    </w:tbl>
    <w:p w14:paraId="5431AFB8" w14:textId="77777777" w:rsidR="005C3EEE" w:rsidRPr="007C1B5A" w:rsidRDefault="005C3EEE">
      <w:pPr>
        <w:spacing w:before="40" w:after="0"/>
        <w:rPr>
          <w:sz w:val="24"/>
          <w:szCs w:val="24"/>
        </w:rPr>
      </w:pPr>
    </w:p>
    <w:tbl>
      <w:tblPr>
        <w:tblW w:w="10549" w:type="dxa"/>
        <w:jc w:val="center"/>
        <w:tblLayout w:type="fixed"/>
        <w:tblLook w:val="04A0" w:firstRow="1" w:lastRow="0" w:firstColumn="1" w:lastColumn="0" w:noHBand="0" w:noVBand="1"/>
      </w:tblPr>
      <w:tblGrid>
        <w:gridCol w:w="10549"/>
      </w:tblGrid>
      <w:tr w:rsidR="005C3EEE" w:rsidRPr="007C1B5A" w14:paraId="5227F8DA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112EF98B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6. COMUNICAREA RĂSPUNSULUI</w:t>
            </w:r>
          </w:p>
        </w:tc>
      </w:tr>
      <w:tr w:rsidR="005C3EEE" w:rsidRPr="007C1B5A" w14:paraId="46A44164" w14:textId="77777777" w:rsidTr="008E3E7A">
        <w:trPr>
          <w:jc w:val="center"/>
        </w:trPr>
        <w:tc>
          <w:tcPr>
            <w:tcW w:w="10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282953D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sz w:val="18"/>
                <w:szCs w:val="24"/>
              </w:rPr>
              <w:t xml:space="preserve">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format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scris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,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prin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poștă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în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format digital, la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adresa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e-mail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indicată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    ☐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ridicare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de la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sediul</w:t>
            </w:r>
            <w:proofErr w:type="spellEnd"/>
            <w:r w:rsidRPr="007C1B5A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 w:rsidRPr="007C1B5A">
              <w:rPr>
                <w:rFonts w:ascii="Times New Roman" w:hAnsi="Times New Roman"/>
                <w:sz w:val="18"/>
                <w:szCs w:val="24"/>
              </w:rPr>
              <w:t>autorității</w:t>
            </w:r>
            <w:proofErr w:type="spellEnd"/>
          </w:p>
        </w:tc>
      </w:tr>
    </w:tbl>
    <w:p w14:paraId="1CF3FB5E" w14:textId="77777777" w:rsidR="008E3E7A" w:rsidRDefault="008E3E7A">
      <w:pPr>
        <w:spacing w:before="40" w:after="0"/>
        <w:rPr>
          <w:sz w:val="24"/>
          <w:szCs w:val="24"/>
        </w:rPr>
      </w:pPr>
    </w:p>
    <w:p w14:paraId="13210F6C" w14:textId="77777777" w:rsidR="008E3E7A" w:rsidRDefault="008E3E7A">
      <w:pPr>
        <w:spacing w:before="40" w:after="0"/>
        <w:rPr>
          <w:sz w:val="24"/>
          <w:szCs w:val="24"/>
        </w:rPr>
      </w:pPr>
    </w:p>
    <w:p w14:paraId="5EFFF8D8" w14:textId="77777777" w:rsidR="008E3E7A" w:rsidRDefault="008E3E7A">
      <w:pPr>
        <w:spacing w:before="40" w:after="0"/>
        <w:rPr>
          <w:sz w:val="24"/>
          <w:szCs w:val="24"/>
        </w:rPr>
      </w:pPr>
    </w:p>
    <w:p w14:paraId="5EACD497" w14:textId="77777777" w:rsidR="008E3E7A" w:rsidRDefault="008E3E7A">
      <w:pPr>
        <w:spacing w:before="40" w:after="0"/>
        <w:rPr>
          <w:sz w:val="24"/>
          <w:szCs w:val="24"/>
        </w:rPr>
      </w:pPr>
    </w:p>
    <w:p w14:paraId="563D7A3F" w14:textId="77777777" w:rsidR="008E3E7A" w:rsidRPr="007C1B5A" w:rsidRDefault="008E3E7A">
      <w:pPr>
        <w:spacing w:before="40" w:after="0"/>
        <w:rPr>
          <w:sz w:val="24"/>
          <w:szCs w:val="24"/>
        </w:rPr>
      </w:pPr>
    </w:p>
    <w:tbl>
      <w:tblPr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3433"/>
        <w:gridCol w:w="4364"/>
        <w:gridCol w:w="2836"/>
      </w:tblGrid>
      <w:tr w:rsidR="005C3EEE" w:rsidRPr="007C1B5A" w14:paraId="666DA3AB" w14:textId="77777777" w:rsidTr="008E3E7A">
        <w:trPr>
          <w:jc w:val="center"/>
        </w:trPr>
        <w:tc>
          <w:tcPr>
            <w:tcW w:w="1063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40" w:type="dxa"/>
              <w:bottom w:w="30" w:type="dxa"/>
              <w:right w:w="40" w:type="dxa"/>
            </w:tcMar>
          </w:tcPr>
          <w:p w14:paraId="50D3BFB0" w14:textId="77777777" w:rsidR="005C3EEE" w:rsidRPr="007C1B5A" w:rsidRDefault="00000000">
            <w:pPr>
              <w:spacing w:before="20"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sz w:val="18"/>
                <w:szCs w:val="24"/>
              </w:rPr>
              <w:t>7. DATA ȘI SEMNĂTURA</w:t>
            </w:r>
          </w:p>
        </w:tc>
      </w:tr>
      <w:tr w:rsidR="005C3EEE" w:rsidRPr="007C1B5A" w14:paraId="6012C41C" w14:textId="77777777" w:rsidTr="008E3E7A">
        <w:trPr>
          <w:trHeight w:val="958"/>
          <w:jc w:val="center"/>
        </w:trPr>
        <w:tc>
          <w:tcPr>
            <w:tcW w:w="3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30" w:type="dxa"/>
              <w:right w:w="40" w:type="dxa"/>
            </w:tcMar>
          </w:tcPr>
          <w:p w14:paraId="172CC412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4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30" w:type="dxa"/>
              <w:right w:w="40" w:type="dxa"/>
            </w:tcMar>
          </w:tcPr>
          <w:p w14:paraId="2B6A9E10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Solicitantul</w:t>
            </w:r>
            <w:proofErr w:type="spellEnd"/>
          </w:p>
        </w:tc>
        <w:tc>
          <w:tcPr>
            <w:tcW w:w="2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40" w:type="dxa"/>
              <w:bottom w:w="30" w:type="dxa"/>
              <w:right w:w="40" w:type="dxa"/>
            </w:tcMar>
          </w:tcPr>
          <w:p w14:paraId="343E9624" w14:textId="77777777" w:rsidR="005C3EEE" w:rsidRPr="007C1B5A" w:rsidRDefault="00000000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C1B5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  <w:proofErr w:type="spellEnd"/>
          </w:p>
        </w:tc>
      </w:tr>
    </w:tbl>
    <w:p w14:paraId="4AFA48A1" w14:textId="77777777" w:rsidR="00D7576B" w:rsidRPr="007C1B5A" w:rsidRDefault="00D7576B">
      <w:pPr>
        <w:rPr>
          <w:sz w:val="24"/>
          <w:szCs w:val="24"/>
        </w:rPr>
      </w:pPr>
    </w:p>
    <w:sectPr w:rsidR="00D7576B" w:rsidRPr="007C1B5A" w:rsidSect="00175248">
      <w:footerReference w:type="default" r:id="rId8"/>
      <w:headerReference w:type="first" r:id="rId9"/>
      <w:pgSz w:w="11906" w:h="16838" w:code="9"/>
      <w:pgMar w:top="576" w:right="720" w:bottom="5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87B3" w14:textId="77777777" w:rsidR="000362EB" w:rsidRDefault="000362EB">
      <w:pPr>
        <w:spacing w:after="0" w:line="240" w:lineRule="auto"/>
      </w:pPr>
      <w:r>
        <w:separator/>
      </w:r>
    </w:p>
  </w:endnote>
  <w:endnote w:type="continuationSeparator" w:id="0">
    <w:p w14:paraId="72F37DBC" w14:textId="77777777" w:rsidR="000362EB" w:rsidRDefault="0003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3C14" w14:textId="77777777" w:rsidR="00C06319" w:rsidRDefault="00C06319" w:rsidP="00C06319">
    <w:pPr>
      <w:spacing w:after="0" w:line="240" w:lineRule="auto"/>
      <w:jc w:val="both"/>
      <w:rPr>
        <w:rFonts w:ascii="Times New Roman" w:hAnsi="Times New Roman" w:cs="Times New Roman"/>
        <w:b/>
        <w:bCs/>
        <w:sz w:val="14"/>
        <w:szCs w:val="14"/>
        <w:u w:val="single"/>
      </w:rPr>
    </w:pPr>
    <w:r>
      <w:rPr>
        <w:rFonts w:ascii="Times New Roman" w:hAnsi="Times New Roman" w:cs="Times New Roman"/>
        <w:b/>
        <w:bCs/>
        <w:sz w:val="14"/>
        <w:szCs w:val="14"/>
        <w:u w:val="single"/>
      </w:rPr>
      <w:t xml:space="preserve">NOTĂ DE INFORMARE PRIVIND PRELUCRAREA DATELOR CU CARACTER PERSONAL </w:t>
    </w:r>
  </w:p>
  <w:p w14:paraId="241A9EBD" w14:textId="77777777" w:rsidR="00C06319" w:rsidRDefault="00C06319" w:rsidP="00C06319">
    <w:pPr>
      <w:spacing w:after="0" w:line="240" w:lineRule="auto"/>
      <w:jc w:val="both"/>
      <w:rPr>
        <w:rFonts w:ascii="Times New Roman" w:hAnsi="Times New Roman" w:cs="Times New Roman"/>
        <w:sz w:val="14"/>
        <w:szCs w:val="14"/>
      </w:rPr>
    </w:pPr>
    <w:proofErr w:type="spellStart"/>
    <w:r>
      <w:rPr>
        <w:rFonts w:ascii="Times New Roman" w:hAnsi="Times New Roman" w:cs="Times New Roman"/>
        <w:sz w:val="14"/>
        <w:szCs w:val="14"/>
      </w:rPr>
      <w:t>Primăria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Municipiului</w:t>
    </w:r>
    <w:proofErr w:type="spellEnd"/>
    <w:r>
      <w:rPr>
        <w:rFonts w:ascii="Times New Roman" w:hAnsi="Times New Roman" w:cs="Times New Roman"/>
        <w:sz w:val="14"/>
        <w:szCs w:val="14"/>
      </w:rPr>
      <w:t xml:space="preserve"> Arad </w:t>
    </w:r>
    <w:proofErr w:type="spellStart"/>
    <w:r>
      <w:rPr>
        <w:rFonts w:ascii="Times New Roman" w:hAnsi="Times New Roman" w:cs="Times New Roman"/>
        <w:sz w:val="14"/>
        <w:szCs w:val="14"/>
      </w:rPr>
      <w:t>vă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informează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mijloace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manuale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dumneavoastră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scopul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soluționării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al </w:t>
    </w:r>
    <w:proofErr w:type="spellStart"/>
    <w:r>
      <w:rPr>
        <w:rFonts w:ascii="Times New Roman" w:hAnsi="Times New Roman" w:cs="Times New Roman"/>
        <w:sz w:val="14"/>
        <w:szCs w:val="14"/>
      </w:rPr>
      <w:t>îndeplinirii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atribuțiilor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ale </w:t>
    </w:r>
    <w:proofErr w:type="spellStart"/>
    <w:r>
      <w:rPr>
        <w:rFonts w:ascii="Times New Roman" w:hAnsi="Times New Roman" w:cs="Times New Roman"/>
        <w:sz w:val="14"/>
        <w:szCs w:val="14"/>
      </w:rPr>
      <w:t>administrației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publice</w:t>
    </w:r>
    <w:proofErr w:type="spellEnd"/>
    <w:r>
      <w:rPr>
        <w:rFonts w:ascii="Times New Roman" w:hAnsi="Times New Roman" w:cs="Times New Roman"/>
        <w:sz w:val="14"/>
        <w:szCs w:val="14"/>
      </w:rPr>
      <w:t xml:space="preserve"> locale,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conformitate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Regulamentul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UE 679/2016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legislația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națională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vigoare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protecția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securitatea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personale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pot fi </w:t>
    </w:r>
    <w:proofErr w:type="spellStart"/>
    <w:r>
      <w:rPr>
        <w:rFonts w:ascii="Times New Roman" w:hAnsi="Times New Roman" w:cs="Times New Roman"/>
        <w:sz w:val="14"/>
        <w:szCs w:val="14"/>
      </w:rPr>
      <w:t>dezvăluite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terți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doar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unui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temei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justificat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calitate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persoană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vizată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operațiunile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beneficiați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acces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rectificare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restricționarea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opoziție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portabilitatea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a </w:t>
    </w:r>
    <w:proofErr w:type="spellStart"/>
    <w:r>
      <w:rPr>
        <w:rFonts w:ascii="Times New Roman" w:hAnsi="Times New Roman" w:cs="Times New Roman"/>
        <w:sz w:val="14"/>
        <w:szCs w:val="14"/>
      </w:rPr>
      <w:t>nu</w:t>
    </w:r>
    <w:proofErr w:type="spellEnd"/>
    <w:r>
      <w:rPr>
        <w:rFonts w:ascii="Times New Roman" w:hAnsi="Times New Roman" w:cs="Times New Roman"/>
        <w:sz w:val="14"/>
        <w:szCs w:val="14"/>
      </w:rPr>
      <w:t xml:space="preserve"> fi </w:t>
    </w:r>
    <w:proofErr w:type="spellStart"/>
    <w:r>
      <w:rPr>
        <w:rFonts w:ascii="Times New Roman" w:hAnsi="Times New Roman" w:cs="Times New Roman"/>
        <w:sz w:val="14"/>
        <w:szCs w:val="14"/>
      </w:rPr>
      <w:t>supus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decizii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individuale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precum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ștergerea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condițiile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prevăzute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Regulament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Aceste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drepturile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le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exercita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oricând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scrise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semnate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email la </w:t>
    </w:r>
    <w:proofErr w:type="spellStart"/>
    <w:r>
      <w:rPr>
        <w:rFonts w:ascii="Times New Roman" w:hAnsi="Times New Roman" w:cs="Times New Roman"/>
        <w:sz w:val="14"/>
        <w:szCs w:val="14"/>
      </w:rPr>
      <w:t>adresa</w:t>
    </w:r>
    <w:proofErr w:type="spellEnd"/>
    <w:r>
      <w:rPr>
        <w:rFonts w:ascii="Times New Roman" w:hAnsi="Times New Roman" w:cs="Times New Roman"/>
        <w:sz w:val="14"/>
        <w:szCs w:val="14"/>
      </w:rPr>
      <w:t xml:space="preserve">: </w:t>
    </w:r>
    <w:r>
      <w:rPr>
        <w:rFonts w:ascii="Times New Roman" w:hAnsi="Times New Roman" w:cs="Times New Roman"/>
        <w:b/>
        <w:bCs/>
        <w:sz w:val="14"/>
        <w:szCs w:val="14"/>
      </w:rPr>
      <w:t>dpo@primariaarad.ro</w:t>
    </w:r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Informații</w:t>
    </w:r>
    <w:proofErr w:type="spellEnd"/>
    <w:r>
      <w:rPr>
        <w:rFonts w:ascii="Times New Roman" w:hAnsi="Times New Roman" w:cs="Times New Roman"/>
        <w:sz w:val="14"/>
        <w:szCs w:val="14"/>
      </w:rPr>
      <w:t xml:space="preserve"> complete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detaliate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personal,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afla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sau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accesând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pagina</w:t>
    </w:r>
    <w:proofErr w:type="spellEnd"/>
    <w:r>
      <w:rPr>
        <w:rFonts w:ascii="Times New Roman" w:hAnsi="Times New Roman" w:cs="Times New Roman"/>
        <w:sz w:val="14"/>
        <w:szCs w:val="14"/>
      </w:rPr>
      <w:t xml:space="preserve"> web </w:t>
    </w:r>
    <w:proofErr w:type="gramStart"/>
    <w:r>
      <w:rPr>
        <w:rFonts w:ascii="Times New Roman" w:hAnsi="Times New Roman" w:cs="Times New Roman"/>
        <w:sz w:val="14"/>
        <w:szCs w:val="14"/>
      </w:rPr>
      <w:t>a</w:t>
    </w:r>
    <w:proofErr w:type="gram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b/>
        <w:bCs/>
        <w:sz w:val="14"/>
        <w:szCs w:val="14"/>
      </w:rPr>
      <w:t>www.primariaarad.ro</w:t>
    </w:r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secțiunea</w:t>
    </w:r>
    <w:proofErr w:type="spellEnd"/>
    <w:r>
      <w:rPr>
        <w:rFonts w:ascii="Times New Roman" w:hAnsi="Times New Roman" w:cs="Times New Roman"/>
        <w:sz w:val="14"/>
        <w:szCs w:val="14"/>
      </w:rPr>
      <w:t xml:space="preserve"> „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date”.</w:t>
    </w:r>
  </w:p>
  <w:p w14:paraId="2C48797A" w14:textId="77777777" w:rsidR="00C06319" w:rsidRDefault="00C06319" w:rsidP="00C06319">
    <w:pPr>
      <w:pStyle w:val="Subsol"/>
      <w:rPr>
        <w:sz w:val="20"/>
        <w:szCs w:val="20"/>
      </w:rPr>
    </w:pPr>
  </w:p>
  <w:p w14:paraId="3A202B4E" w14:textId="0C3B4A81" w:rsidR="005C3EEE" w:rsidRDefault="005C3EEE">
    <w:pPr>
      <w:pStyle w:val="Subsol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94A0" w14:textId="77777777" w:rsidR="000362EB" w:rsidRDefault="000362EB">
      <w:pPr>
        <w:spacing w:after="0" w:line="240" w:lineRule="auto"/>
      </w:pPr>
      <w:r>
        <w:separator/>
      </w:r>
    </w:p>
  </w:footnote>
  <w:footnote w:type="continuationSeparator" w:id="0">
    <w:p w14:paraId="2AF79B99" w14:textId="77777777" w:rsidR="000362EB" w:rsidRDefault="00036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10673" w:type="dxa"/>
      <w:tblInd w:w="-15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4253"/>
      <w:gridCol w:w="2686"/>
      <w:gridCol w:w="1891"/>
    </w:tblGrid>
    <w:tr w:rsidR="003856C5" w14:paraId="5EFC1CFA" w14:textId="77777777" w:rsidTr="003856C5">
      <w:trPr>
        <w:trHeight w:val="277"/>
      </w:trPr>
      <w:tc>
        <w:tcPr>
          <w:tcW w:w="184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F64A82A" w14:textId="1177ACA6" w:rsidR="003856C5" w:rsidRDefault="003856C5" w:rsidP="003856C5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C3D1BE9" wp14:editId="56C2FD2E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150620" cy="1133475"/>
                <wp:effectExtent l="0" t="0" r="0" b="9525"/>
                <wp:wrapTopAndBottom/>
                <wp:docPr id="1548362717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13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3942A19" w14:textId="77777777" w:rsidR="003856C5" w:rsidRDefault="003856C5" w:rsidP="003856C5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</w:p>
        <w:p w14:paraId="461FEEED" w14:textId="77777777" w:rsidR="003856C5" w:rsidRDefault="003856C5" w:rsidP="003856C5">
          <w:pPr>
            <w:pStyle w:val="TableParagraph"/>
            <w:spacing w:before="0"/>
            <w:ind w:left="410"/>
            <w:rPr>
              <w:i/>
              <w:sz w:val="18"/>
              <w:szCs w:val="28"/>
            </w:rPr>
          </w:pPr>
        </w:p>
      </w:tc>
      <w:tc>
        <w:tcPr>
          <w:tcW w:w="8830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521DDEE0" w14:textId="77777777" w:rsidR="003856C5" w:rsidRDefault="003856C5" w:rsidP="003856C5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3856C5" w14:paraId="68AEB982" w14:textId="77777777" w:rsidTr="003856C5">
      <w:trPr>
        <w:trHeight w:val="303"/>
      </w:trPr>
      <w:tc>
        <w:tcPr>
          <w:tcW w:w="184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8F0885A" w14:textId="77777777" w:rsidR="003856C5" w:rsidRDefault="003856C5" w:rsidP="003856C5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8830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EAB9CE5" w14:textId="77777777" w:rsidR="003856C5" w:rsidRDefault="003856C5" w:rsidP="003856C5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3856C5" w14:paraId="610A9CFE" w14:textId="77777777" w:rsidTr="00364785">
      <w:trPr>
        <w:trHeight w:val="402"/>
      </w:trPr>
      <w:tc>
        <w:tcPr>
          <w:tcW w:w="184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20F9289" w14:textId="77777777" w:rsidR="003856C5" w:rsidRDefault="003856C5" w:rsidP="003856C5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25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A75513B" w14:textId="77777777" w:rsidR="003856C5" w:rsidRDefault="003856C5" w:rsidP="003856C5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577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1BA3EDF" w14:textId="77777777" w:rsidR="003856C5" w:rsidRDefault="003856C5" w:rsidP="003856C5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3856C5" w14:paraId="5FE13ED4" w14:textId="77777777" w:rsidTr="00364785">
      <w:trPr>
        <w:trHeight w:val="1027"/>
      </w:trPr>
      <w:tc>
        <w:tcPr>
          <w:tcW w:w="184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6F35AE04" w14:textId="77777777" w:rsidR="003856C5" w:rsidRDefault="003856C5" w:rsidP="003856C5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25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961B5F4" w14:textId="77777777" w:rsidR="003856C5" w:rsidRDefault="003856C5" w:rsidP="003856C5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>ARAD, BULEVARDUL REVOLUTIEI NR. 75</w:t>
          </w:r>
        </w:p>
        <w:p w14:paraId="348E3E10" w14:textId="77777777" w:rsidR="003856C5" w:rsidRDefault="003856C5" w:rsidP="003856C5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0C8C2485" w14:textId="77777777" w:rsidR="003856C5" w:rsidRDefault="003856C5" w:rsidP="003856C5">
          <w:pPr>
            <w:pStyle w:val="TableParagraph"/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www.primariaarad.ro</w:t>
            </w:r>
          </w:hyperlink>
        </w:p>
        <w:p w14:paraId="62D4517C" w14:textId="6BC11358" w:rsidR="00364785" w:rsidRDefault="00364785" w:rsidP="00364785">
          <w:pPr>
            <w:tabs>
              <w:tab w:val="left" w:pos="2775"/>
            </w:tabs>
            <w:rPr>
              <w:rFonts w:ascii="Times New Roman" w:eastAsia="Times New Roman" w:hAnsi="Times New Roman" w:cs="Times New Roman"/>
              <w:lang w:val="ro-RO"/>
            </w:rPr>
          </w:pPr>
        </w:p>
        <w:p w14:paraId="4FEFBF5B" w14:textId="77777777" w:rsidR="00364785" w:rsidRPr="00364785" w:rsidRDefault="00364785" w:rsidP="00364785">
          <w:pPr>
            <w:rPr>
              <w:lang w:val="ro-RO"/>
            </w:rPr>
          </w:pPr>
        </w:p>
      </w:tc>
      <w:tc>
        <w:tcPr>
          <w:tcW w:w="268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3B8CF434" w14:textId="77777777" w:rsidR="003856C5" w:rsidRDefault="003856C5" w:rsidP="003856C5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2981492E" w14:textId="77777777" w:rsidR="003856C5" w:rsidRDefault="003856C5" w:rsidP="003856C5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5DCFC04E" w14:textId="77777777" w:rsidR="00175248" w:rsidRPr="00175248" w:rsidRDefault="00175248" w:rsidP="0017524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5431880">
    <w:abstractNumId w:val="8"/>
  </w:num>
  <w:num w:numId="2" w16cid:durableId="954794691">
    <w:abstractNumId w:val="6"/>
  </w:num>
  <w:num w:numId="3" w16cid:durableId="503666099">
    <w:abstractNumId w:val="5"/>
  </w:num>
  <w:num w:numId="4" w16cid:durableId="1616255665">
    <w:abstractNumId w:val="4"/>
  </w:num>
  <w:num w:numId="5" w16cid:durableId="1609506293">
    <w:abstractNumId w:val="7"/>
  </w:num>
  <w:num w:numId="6" w16cid:durableId="873733015">
    <w:abstractNumId w:val="3"/>
  </w:num>
  <w:num w:numId="7" w16cid:durableId="844704564">
    <w:abstractNumId w:val="2"/>
  </w:num>
  <w:num w:numId="8" w16cid:durableId="1583100357">
    <w:abstractNumId w:val="1"/>
  </w:num>
  <w:num w:numId="9" w16cid:durableId="1038431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2EB"/>
    <w:rsid w:val="0006063C"/>
    <w:rsid w:val="000C166E"/>
    <w:rsid w:val="0015074B"/>
    <w:rsid w:val="00162A21"/>
    <w:rsid w:val="00175248"/>
    <w:rsid w:val="001D1730"/>
    <w:rsid w:val="00200FFD"/>
    <w:rsid w:val="00206FC6"/>
    <w:rsid w:val="00226516"/>
    <w:rsid w:val="0029639D"/>
    <w:rsid w:val="00326F90"/>
    <w:rsid w:val="00331B78"/>
    <w:rsid w:val="0033366A"/>
    <w:rsid w:val="00364785"/>
    <w:rsid w:val="003856C5"/>
    <w:rsid w:val="003A2771"/>
    <w:rsid w:val="003D1EF2"/>
    <w:rsid w:val="004024FA"/>
    <w:rsid w:val="005C3EEE"/>
    <w:rsid w:val="006B55F3"/>
    <w:rsid w:val="00787D95"/>
    <w:rsid w:val="007C1B5A"/>
    <w:rsid w:val="00821B9C"/>
    <w:rsid w:val="008311EE"/>
    <w:rsid w:val="00895EC6"/>
    <w:rsid w:val="008E3A30"/>
    <w:rsid w:val="008E3E7A"/>
    <w:rsid w:val="009C5C16"/>
    <w:rsid w:val="00A252EC"/>
    <w:rsid w:val="00A66979"/>
    <w:rsid w:val="00A66F7A"/>
    <w:rsid w:val="00AA1D8D"/>
    <w:rsid w:val="00AE3C12"/>
    <w:rsid w:val="00AF336E"/>
    <w:rsid w:val="00B47730"/>
    <w:rsid w:val="00B660B5"/>
    <w:rsid w:val="00BD15AA"/>
    <w:rsid w:val="00C06319"/>
    <w:rsid w:val="00CB0664"/>
    <w:rsid w:val="00D402D1"/>
    <w:rsid w:val="00D7576B"/>
    <w:rsid w:val="00DD500D"/>
    <w:rsid w:val="00E20169"/>
    <w:rsid w:val="00ED44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137869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semiHidden/>
    <w:unhideWhenUsed/>
    <w:rsid w:val="00A66F7A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A66F7A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lang w:val="ro-RO"/>
    </w:rPr>
  </w:style>
  <w:style w:type="table" w:customStyle="1" w:styleId="TableNormal">
    <w:name w:val="Table Normal"/>
    <w:uiPriority w:val="2"/>
    <w:semiHidden/>
    <w:qFormat/>
    <w:rsid w:val="00A66F7A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3856C5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dinu denisia</cp:lastModifiedBy>
  <cp:revision>6</cp:revision>
  <cp:lastPrinted>2026-09-03T06:32:00Z</cp:lastPrinted>
  <dcterms:created xsi:type="dcterms:W3CDTF">2026-09-02T05:32:00Z</dcterms:created>
  <dcterms:modified xsi:type="dcterms:W3CDTF">2026-09-03T06:33:00Z</dcterms:modified>
  <cp:category/>
</cp:coreProperties>
</file>