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59A06" w14:textId="05193291" w:rsidR="008E6085" w:rsidRPr="007844EA" w:rsidRDefault="008D0026" w:rsidP="008E6085">
      <w:pPr>
        <w:spacing w:before="80" w:after="60" w:line="240" w:lineRule="auto"/>
        <w:jc w:val="center"/>
        <w:rPr>
          <w:sz w:val="24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</w:t>
      </w:r>
      <w:r w:rsidR="008E6085" w:rsidRPr="007844EA">
        <w:rPr>
          <w:rFonts w:ascii="Times New Roman" w:hAnsi="Times New Roman"/>
          <w:b/>
          <w:sz w:val="28"/>
          <w:szCs w:val="24"/>
        </w:rPr>
        <w:t>CERERE</w:t>
      </w:r>
    </w:p>
    <w:tbl>
      <w:tblPr>
        <w:tblW w:w="10670" w:type="dxa"/>
        <w:jc w:val="center"/>
        <w:tblLayout w:type="fixed"/>
        <w:tblLook w:val="04A0" w:firstRow="1" w:lastRow="0" w:firstColumn="1" w:lastColumn="0" w:noHBand="0" w:noVBand="1"/>
      </w:tblPr>
      <w:tblGrid>
        <w:gridCol w:w="10670"/>
      </w:tblGrid>
      <w:tr w:rsidR="006C782F" w:rsidRPr="00BE0BD3" w14:paraId="2D72B2CD" w14:textId="77777777" w:rsidTr="00F520A6">
        <w:trPr>
          <w:jc w:val="center"/>
        </w:trPr>
        <w:tc>
          <w:tcPr>
            <w:tcW w:w="106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1C1003E9" w14:textId="77777777" w:rsidR="006C782F" w:rsidRPr="00BE0BD3" w:rsidRDefault="00527FE2">
            <w:pPr>
              <w:spacing w:before="10" w:after="10" w:line="240" w:lineRule="auto"/>
              <w:rPr>
                <w:sz w:val="20"/>
                <w:szCs w:val="28"/>
              </w:rPr>
            </w:pPr>
            <w:r w:rsidRPr="00BE0BD3">
              <w:rPr>
                <w:rFonts w:ascii="Times New Roman" w:hAnsi="Times New Roman"/>
                <w:b/>
                <w:sz w:val="20"/>
                <w:szCs w:val="28"/>
              </w:rPr>
              <w:t>1. CĂTRE</w:t>
            </w:r>
          </w:p>
        </w:tc>
      </w:tr>
      <w:tr w:rsidR="00DA14B5" w:rsidRPr="00BE0BD3" w14:paraId="549030A2" w14:textId="77777777" w:rsidTr="00F520A6">
        <w:trPr>
          <w:trHeight w:val="394"/>
          <w:jc w:val="center"/>
        </w:trPr>
        <w:tc>
          <w:tcPr>
            <w:tcW w:w="106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0B303C91" w14:textId="27B6B2EB" w:rsidR="00DA14B5" w:rsidRPr="00BE0BD3" w:rsidRDefault="00A53124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color w:val="365F91" w:themeColor="accent1" w:themeShade="BF"/>
                <w:sz w:val="20"/>
                <w:szCs w:val="28"/>
              </w:rPr>
            </w:pPr>
            <w:r w:rsidRPr="00BE0BD3">
              <w:rPr>
                <w:rFonts w:ascii="Times New Roman" w:hAnsi="Times New Roman"/>
                <w:b/>
                <w:i/>
                <w:iCs/>
                <w:color w:val="365F91" w:themeColor="accent1" w:themeShade="BF"/>
                <w:sz w:val="20"/>
                <w:szCs w:val="28"/>
              </w:rPr>
              <w:t>PRIMARUL MUNICIPIULUI ARAD</w:t>
            </w:r>
          </w:p>
        </w:tc>
      </w:tr>
    </w:tbl>
    <w:p w14:paraId="63404C9A" w14:textId="77777777" w:rsidR="006C782F" w:rsidRPr="008E6085" w:rsidRDefault="006C782F">
      <w:pPr>
        <w:spacing w:before="20" w:after="0"/>
        <w:rPr>
          <w:sz w:val="24"/>
          <w:szCs w:val="24"/>
        </w:rPr>
      </w:pPr>
    </w:p>
    <w:tbl>
      <w:tblPr>
        <w:tblW w:w="10807" w:type="dxa"/>
        <w:jc w:val="center"/>
        <w:tblLayout w:type="fixed"/>
        <w:tblLook w:val="04A0" w:firstRow="1" w:lastRow="0" w:firstColumn="1" w:lastColumn="0" w:noHBand="0" w:noVBand="1"/>
      </w:tblPr>
      <w:tblGrid>
        <w:gridCol w:w="1687"/>
        <w:gridCol w:w="1824"/>
        <w:gridCol w:w="912"/>
        <w:gridCol w:w="912"/>
        <w:gridCol w:w="912"/>
        <w:gridCol w:w="912"/>
        <w:gridCol w:w="912"/>
        <w:gridCol w:w="912"/>
        <w:gridCol w:w="1824"/>
      </w:tblGrid>
      <w:tr w:rsidR="006C782F" w:rsidRPr="00977618" w14:paraId="69D7A955" w14:textId="77777777" w:rsidTr="00977618">
        <w:trPr>
          <w:jc w:val="center"/>
        </w:trPr>
        <w:tc>
          <w:tcPr>
            <w:tcW w:w="10807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34C7A37C" w14:textId="77777777" w:rsidR="006C782F" w:rsidRPr="00977618" w:rsidRDefault="00527FE2">
            <w:pPr>
              <w:spacing w:before="10" w:after="1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sz w:val="18"/>
                <w:szCs w:val="18"/>
              </w:rPr>
              <w:t>2. SOLICITANTUL</w:t>
            </w:r>
          </w:p>
        </w:tc>
      </w:tr>
      <w:tr w:rsidR="006C782F" w:rsidRPr="00977618" w14:paraId="56CC3A5C" w14:textId="77777777" w:rsidTr="00977618">
        <w:trPr>
          <w:jc w:val="center"/>
        </w:trPr>
        <w:tc>
          <w:tcPr>
            <w:tcW w:w="7159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11880131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Nume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și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prenume</w:t>
            </w:r>
            <w:proofErr w:type="spellEnd"/>
          </w:p>
        </w:tc>
        <w:tc>
          <w:tcPr>
            <w:tcW w:w="3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29A26A14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CNP</w:t>
            </w:r>
          </w:p>
        </w:tc>
      </w:tr>
      <w:tr w:rsidR="006C782F" w:rsidRPr="00977618" w14:paraId="1D7D41DB" w14:textId="77777777" w:rsidTr="00977618">
        <w:trPr>
          <w:jc w:val="center"/>
        </w:trPr>
        <w:tc>
          <w:tcPr>
            <w:tcW w:w="10807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73E7C4FE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Act de </w:t>
            </w:r>
            <w:proofErr w:type="spellStart"/>
            <w:r w:rsidRPr="00977618">
              <w:rPr>
                <w:rFonts w:ascii="Times New Roman" w:hAnsi="Times New Roman"/>
                <w:color w:val="000000"/>
                <w:sz w:val="18"/>
                <w:szCs w:val="18"/>
              </w:rPr>
              <w:t>identitate</w:t>
            </w:r>
            <w:proofErr w:type="spellEnd"/>
          </w:p>
        </w:tc>
      </w:tr>
      <w:tr w:rsidR="006C782F" w:rsidRPr="00977618" w14:paraId="478ECC39" w14:textId="77777777" w:rsidTr="00977618">
        <w:trPr>
          <w:jc w:val="center"/>
        </w:trPr>
        <w:tc>
          <w:tcPr>
            <w:tcW w:w="1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69543284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Seria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5E22E87D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Numărul</w:t>
            </w:r>
            <w:proofErr w:type="spellEnd"/>
          </w:p>
        </w:tc>
        <w:tc>
          <w:tcPr>
            <w:tcW w:w="456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7C3DEAE2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Eliberat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de</w:t>
            </w:r>
          </w:p>
        </w:tc>
        <w:tc>
          <w:tcPr>
            <w:tcW w:w="273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6E68DA62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La data</w:t>
            </w:r>
          </w:p>
        </w:tc>
      </w:tr>
      <w:tr w:rsidR="006C782F" w:rsidRPr="00977618" w14:paraId="7136ACF9" w14:textId="77777777" w:rsidTr="00977618">
        <w:trPr>
          <w:jc w:val="center"/>
        </w:trPr>
        <w:tc>
          <w:tcPr>
            <w:tcW w:w="10807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4C3D92D4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color w:val="000000"/>
                <w:sz w:val="18"/>
                <w:szCs w:val="18"/>
              </w:rPr>
              <w:t>Domiciliul</w:t>
            </w:r>
            <w:proofErr w:type="spellEnd"/>
          </w:p>
        </w:tc>
      </w:tr>
      <w:tr w:rsidR="006C782F" w:rsidRPr="00977618" w14:paraId="7798F5AC" w14:textId="77777777" w:rsidTr="00977618">
        <w:trPr>
          <w:jc w:val="center"/>
        </w:trPr>
        <w:tc>
          <w:tcPr>
            <w:tcW w:w="351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5996C41E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Județul</w:t>
            </w:r>
            <w:proofErr w:type="spellEnd"/>
          </w:p>
        </w:tc>
        <w:tc>
          <w:tcPr>
            <w:tcW w:w="364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07EE8FE3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Municipiul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/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orașul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/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comuna</w:t>
            </w:r>
            <w:proofErr w:type="spellEnd"/>
          </w:p>
        </w:tc>
        <w:tc>
          <w:tcPr>
            <w:tcW w:w="3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6612BAE6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Satul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/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sectorul</w:t>
            </w:r>
            <w:proofErr w:type="spellEnd"/>
          </w:p>
        </w:tc>
      </w:tr>
      <w:tr w:rsidR="006C782F" w:rsidRPr="00977618" w14:paraId="202CD621" w14:textId="77777777" w:rsidTr="00977618">
        <w:trPr>
          <w:jc w:val="center"/>
        </w:trPr>
        <w:tc>
          <w:tcPr>
            <w:tcW w:w="351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4215CBCF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Strada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593895A5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Nr.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6AD1C5C9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Sc.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0C9DB0F9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Et.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189B0B2A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Ap.</w:t>
            </w:r>
          </w:p>
        </w:tc>
        <w:tc>
          <w:tcPr>
            <w:tcW w:w="18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0F080169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Cod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poștal</w:t>
            </w:r>
            <w:proofErr w:type="spellEnd"/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412AC0A2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Țara</w:t>
            </w:r>
            <w:proofErr w:type="spellEnd"/>
          </w:p>
        </w:tc>
      </w:tr>
      <w:tr w:rsidR="006C782F" w:rsidRPr="00977618" w14:paraId="173A5244" w14:textId="77777777" w:rsidTr="00977618">
        <w:trPr>
          <w:jc w:val="center"/>
        </w:trPr>
        <w:tc>
          <w:tcPr>
            <w:tcW w:w="10807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731F6A34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color w:val="000000"/>
                <w:sz w:val="18"/>
                <w:szCs w:val="18"/>
              </w:rPr>
              <w:t>Date de contact</w:t>
            </w:r>
          </w:p>
        </w:tc>
      </w:tr>
      <w:tr w:rsidR="006C782F" w:rsidRPr="00977618" w14:paraId="64E51B0F" w14:textId="77777777" w:rsidTr="00977618">
        <w:trPr>
          <w:jc w:val="center"/>
        </w:trPr>
        <w:tc>
          <w:tcPr>
            <w:tcW w:w="533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3372BA78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Telefon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/ fax</w:t>
            </w:r>
          </w:p>
        </w:tc>
        <w:tc>
          <w:tcPr>
            <w:tcW w:w="5472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5368572C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E-mail</w:t>
            </w:r>
          </w:p>
        </w:tc>
      </w:tr>
      <w:tr w:rsidR="006C782F" w:rsidRPr="00977618" w14:paraId="30D2FCC5" w14:textId="77777777" w:rsidTr="00977618">
        <w:trPr>
          <w:jc w:val="center"/>
        </w:trPr>
        <w:tc>
          <w:tcPr>
            <w:tcW w:w="10807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444BF3C1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color w:val="000000"/>
                <w:sz w:val="18"/>
                <w:szCs w:val="18"/>
              </w:rPr>
              <w:t>Reprezentare</w:t>
            </w:r>
            <w:proofErr w:type="spellEnd"/>
          </w:p>
        </w:tc>
      </w:tr>
      <w:tr w:rsidR="006C782F" w:rsidRPr="00977618" w14:paraId="01237093" w14:textId="77777777" w:rsidTr="00977618">
        <w:trPr>
          <w:jc w:val="center"/>
        </w:trPr>
        <w:tc>
          <w:tcPr>
            <w:tcW w:w="7159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2937DA40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În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calitate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de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reprezentant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al</w:t>
            </w:r>
          </w:p>
        </w:tc>
        <w:tc>
          <w:tcPr>
            <w:tcW w:w="3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5EBC8411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CUI / CIF</w:t>
            </w:r>
          </w:p>
        </w:tc>
      </w:tr>
    </w:tbl>
    <w:p w14:paraId="47A25633" w14:textId="77777777" w:rsidR="006C782F" w:rsidRPr="008E6085" w:rsidRDefault="006C782F">
      <w:pPr>
        <w:spacing w:before="20" w:after="0"/>
        <w:rPr>
          <w:sz w:val="24"/>
          <w:szCs w:val="24"/>
        </w:rPr>
      </w:pPr>
    </w:p>
    <w:tbl>
      <w:tblPr>
        <w:tblW w:w="10807" w:type="dxa"/>
        <w:jc w:val="center"/>
        <w:tblLayout w:type="fixed"/>
        <w:tblLook w:val="04A0" w:firstRow="1" w:lastRow="0" w:firstColumn="1" w:lastColumn="0" w:noHBand="0" w:noVBand="1"/>
      </w:tblPr>
      <w:tblGrid>
        <w:gridCol w:w="10807"/>
      </w:tblGrid>
      <w:tr w:rsidR="006C782F" w:rsidRPr="00977618" w14:paraId="3C37762D" w14:textId="77777777" w:rsidTr="00977618">
        <w:trPr>
          <w:jc w:val="center"/>
        </w:trPr>
        <w:tc>
          <w:tcPr>
            <w:tcW w:w="108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39D1AF1B" w14:textId="77777777" w:rsidR="006C782F" w:rsidRPr="00977618" w:rsidRDefault="00527FE2">
            <w:pPr>
              <w:spacing w:before="10" w:after="1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sz w:val="18"/>
                <w:szCs w:val="18"/>
              </w:rPr>
              <w:t>3. TITULAR AL</w:t>
            </w:r>
          </w:p>
        </w:tc>
      </w:tr>
      <w:tr w:rsidR="006C782F" w:rsidRPr="00977618" w14:paraId="1C3B2ED2" w14:textId="77777777" w:rsidTr="00977618">
        <w:trPr>
          <w:jc w:val="center"/>
        </w:trPr>
        <w:tc>
          <w:tcPr>
            <w:tcW w:w="108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36BD6E3F" w14:textId="77777777" w:rsidR="006C782F" w:rsidRPr="00977618" w:rsidRDefault="00527FE2">
            <w:pPr>
              <w:spacing w:after="1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sz w:val="18"/>
                <w:szCs w:val="18"/>
              </w:rPr>
              <w:t xml:space="preserve">☐ </w:t>
            </w:r>
            <w:proofErr w:type="spellStart"/>
            <w:r w:rsidRPr="00977618">
              <w:rPr>
                <w:rFonts w:ascii="Times New Roman" w:hAnsi="Times New Roman"/>
                <w:sz w:val="18"/>
                <w:szCs w:val="18"/>
              </w:rPr>
              <w:t>dreptului</w:t>
            </w:r>
            <w:proofErr w:type="spellEnd"/>
            <w:r w:rsidRPr="00977618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977618">
              <w:rPr>
                <w:rFonts w:ascii="Times New Roman" w:hAnsi="Times New Roman"/>
                <w:sz w:val="18"/>
                <w:szCs w:val="18"/>
              </w:rPr>
              <w:t>proprietate</w:t>
            </w:r>
            <w:proofErr w:type="spellEnd"/>
            <w:r w:rsidRPr="0097761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77618">
              <w:rPr>
                <w:rFonts w:ascii="Times New Roman" w:hAnsi="Times New Roman"/>
                <w:sz w:val="18"/>
                <w:szCs w:val="18"/>
              </w:rPr>
              <w:t>asupra</w:t>
            </w:r>
            <w:proofErr w:type="spellEnd"/>
            <w:r w:rsidRPr="0097761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77618">
              <w:rPr>
                <w:rFonts w:ascii="Times New Roman" w:hAnsi="Times New Roman"/>
                <w:sz w:val="18"/>
                <w:szCs w:val="18"/>
              </w:rPr>
              <w:t>imobilului</w:t>
            </w:r>
            <w:proofErr w:type="spellEnd"/>
            <w:r w:rsidRPr="00977618">
              <w:rPr>
                <w:rFonts w:ascii="Times New Roman" w:hAnsi="Times New Roman"/>
                <w:sz w:val="18"/>
                <w:szCs w:val="18"/>
              </w:rPr>
              <w:t xml:space="preserve">     ☐ </w:t>
            </w:r>
            <w:proofErr w:type="spellStart"/>
            <w:r w:rsidRPr="00977618">
              <w:rPr>
                <w:rFonts w:ascii="Times New Roman" w:hAnsi="Times New Roman"/>
                <w:sz w:val="18"/>
                <w:szCs w:val="18"/>
              </w:rPr>
              <w:t>unui</w:t>
            </w:r>
            <w:proofErr w:type="spellEnd"/>
            <w:r w:rsidRPr="00977618">
              <w:rPr>
                <w:rFonts w:ascii="Times New Roman" w:hAnsi="Times New Roman"/>
                <w:sz w:val="18"/>
                <w:szCs w:val="18"/>
              </w:rPr>
              <w:t xml:space="preserve"> alt </w:t>
            </w:r>
            <w:proofErr w:type="spellStart"/>
            <w:r w:rsidRPr="00977618">
              <w:rPr>
                <w:rFonts w:ascii="Times New Roman" w:hAnsi="Times New Roman"/>
                <w:sz w:val="18"/>
                <w:szCs w:val="18"/>
              </w:rPr>
              <w:t>drept</w:t>
            </w:r>
            <w:proofErr w:type="spellEnd"/>
            <w:r w:rsidRPr="00977618">
              <w:rPr>
                <w:rFonts w:ascii="Times New Roman" w:hAnsi="Times New Roman"/>
                <w:sz w:val="18"/>
                <w:szCs w:val="18"/>
              </w:rPr>
              <w:t xml:space="preserve"> real </w:t>
            </w:r>
            <w:proofErr w:type="spellStart"/>
            <w:r w:rsidRPr="00977618">
              <w:rPr>
                <w:rFonts w:ascii="Times New Roman" w:hAnsi="Times New Roman"/>
                <w:sz w:val="18"/>
                <w:szCs w:val="18"/>
              </w:rPr>
              <w:t>corespunzător</w:t>
            </w:r>
            <w:proofErr w:type="spellEnd"/>
            <w:r w:rsidRPr="0097761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77618">
              <w:rPr>
                <w:rFonts w:ascii="Times New Roman" w:hAnsi="Times New Roman"/>
                <w:sz w:val="18"/>
                <w:szCs w:val="18"/>
              </w:rPr>
              <w:t>proprietății</w:t>
            </w:r>
            <w:proofErr w:type="spellEnd"/>
            <w:r w:rsidRPr="0097761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77618">
              <w:rPr>
                <w:rFonts w:ascii="Times New Roman" w:hAnsi="Times New Roman"/>
                <w:sz w:val="18"/>
                <w:szCs w:val="18"/>
              </w:rPr>
              <w:t>publice</w:t>
            </w:r>
            <w:proofErr w:type="spellEnd"/>
            <w:r w:rsidRPr="00977618">
              <w:rPr>
                <w:rFonts w:ascii="Times New Roman" w:hAnsi="Times New Roman"/>
                <w:sz w:val="18"/>
                <w:szCs w:val="18"/>
              </w:rPr>
              <w:t xml:space="preserve">     ☐ </w:t>
            </w:r>
            <w:proofErr w:type="spellStart"/>
            <w:r w:rsidRPr="00977618">
              <w:rPr>
                <w:rFonts w:ascii="Times New Roman" w:hAnsi="Times New Roman"/>
                <w:sz w:val="18"/>
                <w:szCs w:val="18"/>
              </w:rPr>
              <w:t>dreptului</w:t>
            </w:r>
            <w:proofErr w:type="spellEnd"/>
            <w:r w:rsidRPr="00977618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proofErr w:type="spellStart"/>
            <w:r w:rsidRPr="00977618">
              <w:rPr>
                <w:rFonts w:ascii="Times New Roman" w:hAnsi="Times New Roman"/>
                <w:sz w:val="18"/>
                <w:szCs w:val="18"/>
              </w:rPr>
              <w:t>creanță</w:t>
            </w:r>
            <w:proofErr w:type="spellEnd"/>
            <w:r w:rsidRPr="00977618">
              <w:rPr>
                <w:rFonts w:ascii="Times New Roman" w:hAnsi="Times New Roman"/>
                <w:sz w:val="18"/>
                <w:szCs w:val="18"/>
              </w:rPr>
              <w:t xml:space="preserve">     ☐ </w:t>
            </w:r>
            <w:proofErr w:type="spellStart"/>
            <w:r w:rsidRPr="00977618">
              <w:rPr>
                <w:rFonts w:ascii="Times New Roman" w:hAnsi="Times New Roman"/>
                <w:sz w:val="18"/>
                <w:szCs w:val="18"/>
              </w:rPr>
              <w:t>unui</w:t>
            </w:r>
            <w:proofErr w:type="spellEnd"/>
            <w:r w:rsidRPr="00977618">
              <w:rPr>
                <w:rFonts w:ascii="Times New Roman" w:hAnsi="Times New Roman"/>
                <w:sz w:val="18"/>
                <w:szCs w:val="18"/>
              </w:rPr>
              <w:t xml:space="preserve"> alt </w:t>
            </w:r>
            <w:proofErr w:type="spellStart"/>
            <w:r w:rsidRPr="00977618">
              <w:rPr>
                <w:rFonts w:ascii="Times New Roman" w:hAnsi="Times New Roman"/>
                <w:sz w:val="18"/>
                <w:szCs w:val="18"/>
              </w:rPr>
              <w:t>drept</w:t>
            </w:r>
            <w:proofErr w:type="spellEnd"/>
            <w:r w:rsidRPr="0097761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77618">
              <w:rPr>
                <w:rFonts w:ascii="Times New Roman" w:hAnsi="Times New Roman"/>
                <w:sz w:val="18"/>
                <w:szCs w:val="18"/>
              </w:rPr>
              <w:t>potrivit</w:t>
            </w:r>
            <w:proofErr w:type="spellEnd"/>
            <w:r w:rsidRPr="00977618">
              <w:rPr>
                <w:rFonts w:ascii="Times New Roman" w:hAnsi="Times New Roman"/>
                <w:sz w:val="18"/>
                <w:szCs w:val="18"/>
              </w:rPr>
              <w:t xml:space="preserve"> art. 248 </w:t>
            </w:r>
            <w:proofErr w:type="spellStart"/>
            <w:r w:rsidRPr="00977618">
              <w:rPr>
                <w:rFonts w:ascii="Times New Roman" w:hAnsi="Times New Roman"/>
                <w:sz w:val="18"/>
                <w:szCs w:val="18"/>
              </w:rPr>
              <w:t>alin</w:t>
            </w:r>
            <w:proofErr w:type="spellEnd"/>
            <w:r w:rsidRPr="00977618">
              <w:rPr>
                <w:rFonts w:ascii="Times New Roman" w:hAnsi="Times New Roman"/>
                <w:sz w:val="18"/>
                <w:szCs w:val="18"/>
              </w:rPr>
              <w:t xml:space="preserve">. (2) din </w:t>
            </w:r>
            <w:proofErr w:type="spellStart"/>
            <w:r w:rsidRPr="00977618">
              <w:rPr>
                <w:rFonts w:ascii="Times New Roman" w:hAnsi="Times New Roman"/>
                <w:sz w:val="18"/>
                <w:szCs w:val="18"/>
              </w:rPr>
              <w:t>Legea</w:t>
            </w:r>
            <w:proofErr w:type="spellEnd"/>
            <w:r w:rsidRPr="00977618">
              <w:rPr>
                <w:rFonts w:ascii="Times New Roman" w:hAnsi="Times New Roman"/>
                <w:sz w:val="18"/>
                <w:szCs w:val="18"/>
              </w:rPr>
              <w:t xml:space="preserve"> nr. 169/2026</w:t>
            </w:r>
          </w:p>
        </w:tc>
      </w:tr>
    </w:tbl>
    <w:p w14:paraId="257FF027" w14:textId="77777777" w:rsidR="006C782F" w:rsidRPr="00977618" w:rsidRDefault="006C782F">
      <w:pPr>
        <w:spacing w:before="20" w:after="0"/>
        <w:rPr>
          <w:sz w:val="16"/>
          <w:szCs w:val="16"/>
        </w:rPr>
      </w:pPr>
    </w:p>
    <w:tbl>
      <w:tblPr>
        <w:tblW w:w="10807" w:type="dxa"/>
        <w:jc w:val="center"/>
        <w:tblLayout w:type="fixed"/>
        <w:tblLook w:val="04A0" w:firstRow="1" w:lastRow="0" w:firstColumn="1" w:lastColumn="0" w:noHBand="0" w:noVBand="1"/>
      </w:tblPr>
      <w:tblGrid>
        <w:gridCol w:w="5335"/>
        <w:gridCol w:w="5472"/>
      </w:tblGrid>
      <w:tr w:rsidR="006C782F" w:rsidRPr="00977618" w14:paraId="2AF5EEC6" w14:textId="77777777" w:rsidTr="00977618">
        <w:trPr>
          <w:jc w:val="center"/>
        </w:trPr>
        <w:tc>
          <w:tcPr>
            <w:tcW w:w="1080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382CD50C" w14:textId="77777777" w:rsidR="006C782F" w:rsidRPr="00977618" w:rsidRDefault="00527FE2">
            <w:pPr>
              <w:spacing w:before="10" w:after="1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sz w:val="18"/>
                <w:szCs w:val="18"/>
              </w:rPr>
              <w:t>4. TITULAR AL</w:t>
            </w:r>
          </w:p>
        </w:tc>
      </w:tr>
      <w:tr w:rsidR="006C782F" w:rsidRPr="00977618" w14:paraId="02761580" w14:textId="77777777" w:rsidTr="00977618">
        <w:trPr>
          <w:jc w:val="center"/>
        </w:trPr>
        <w:tc>
          <w:tcPr>
            <w:tcW w:w="53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37D5EB5C" w14:textId="080A7C19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Certificatului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de urbanism nr.</w:t>
            </w:r>
            <w:r w:rsidR="009F78F9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                  </w:t>
            </w: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/ </w:t>
            </w:r>
            <w:r w:rsidR="009F78F9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 </w:t>
            </w:r>
          </w:p>
        </w:tc>
        <w:tc>
          <w:tcPr>
            <w:tcW w:w="5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24B30290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emis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de</w:t>
            </w:r>
          </w:p>
        </w:tc>
      </w:tr>
    </w:tbl>
    <w:p w14:paraId="0723720C" w14:textId="77777777" w:rsidR="006C782F" w:rsidRDefault="00527FE2">
      <w:pPr>
        <w:spacing w:before="60" w:after="40" w:line="240" w:lineRule="auto"/>
        <w:jc w:val="center"/>
        <w:rPr>
          <w:rFonts w:ascii="Times New Roman" w:hAnsi="Times New Roman"/>
          <w:b/>
          <w:sz w:val="20"/>
          <w:szCs w:val="24"/>
        </w:rPr>
      </w:pPr>
      <w:proofErr w:type="spellStart"/>
      <w:r w:rsidRPr="008E6085">
        <w:rPr>
          <w:rFonts w:ascii="Times New Roman" w:hAnsi="Times New Roman"/>
          <w:sz w:val="18"/>
          <w:szCs w:val="24"/>
        </w:rPr>
        <w:t>în</w:t>
      </w:r>
      <w:proofErr w:type="spellEnd"/>
      <w:r w:rsidRPr="008E6085">
        <w:rPr>
          <w:rFonts w:ascii="Times New Roman" w:hAnsi="Times New Roman"/>
          <w:sz w:val="18"/>
          <w:szCs w:val="24"/>
        </w:rPr>
        <w:t xml:space="preserve"> </w:t>
      </w:r>
      <w:proofErr w:type="spellStart"/>
      <w:r w:rsidRPr="008E6085">
        <w:rPr>
          <w:rFonts w:ascii="Times New Roman" w:hAnsi="Times New Roman"/>
          <w:sz w:val="18"/>
          <w:szCs w:val="24"/>
        </w:rPr>
        <w:t>conformitate</w:t>
      </w:r>
      <w:proofErr w:type="spellEnd"/>
      <w:r w:rsidRPr="008E6085">
        <w:rPr>
          <w:rFonts w:ascii="Times New Roman" w:hAnsi="Times New Roman"/>
          <w:sz w:val="18"/>
          <w:szCs w:val="24"/>
        </w:rPr>
        <w:t xml:space="preserve"> cu </w:t>
      </w:r>
      <w:proofErr w:type="spellStart"/>
      <w:r w:rsidRPr="008E6085">
        <w:rPr>
          <w:rFonts w:ascii="Times New Roman" w:hAnsi="Times New Roman"/>
          <w:sz w:val="18"/>
          <w:szCs w:val="24"/>
        </w:rPr>
        <w:t>prevederile</w:t>
      </w:r>
      <w:proofErr w:type="spellEnd"/>
      <w:r w:rsidRPr="008E6085">
        <w:rPr>
          <w:rFonts w:ascii="Times New Roman" w:hAnsi="Times New Roman"/>
          <w:sz w:val="18"/>
          <w:szCs w:val="24"/>
        </w:rPr>
        <w:t xml:space="preserve"> </w:t>
      </w:r>
      <w:proofErr w:type="spellStart"/>
      <w:r w:rsidRPr="008E6085">
        <w:rPr>
          <w:rFonts w:ascii="Times New Roman" w:hAnsi="Times New Roman"/>
          <w:sz w:val="18"/>
          <w:szCs w:val="24"/>
        </w:rPr>
        <w:t>Legii</w:t>
      </w:r>
      <w:proofErr w:type="spellEnd"/>
      <w:r w:rsidRPr="008E6085">
        <w:rPr>
          <w:rFonts w:ascii="Times New Roman" w:hAnsi="Times New Roman"/>
          <w:sz w:val="18"/>
          <w:szCs w:val="24"/>
        </w:rPr>
        <w:t xml:space="preserve"> nr. 169/2026 </w:t>
      </w:r>
      <w:proofErr w:type="spellStart"/>
      <w:r w:rsidRPr="008E6085">
        <w:rPr>
          <w:rFonts w:ascii="Times New Roman" w:hAnsi="Times New Roman"/>
          <w:sz w:val="18"/>
          <w:szCs w:val="24"/>
        </w:rPr>
        <w:t>privind</w:t>
      </w:r>
      <w:proofErr w:type="spellEnd"/>
      <w:r w:rsidRPr="008E6085">
        <w:rPr>
          <w:rFonts w:ascii="Times New Roman" w:hAnsi="Times New Roman"/>
          <w:sz w:val="18"/>
          <w:szCs w:val="24"/>
        </w:rPr>
        <w:t xml:space="preserve"> </w:t>
      </w:r>
      <w:proofErr w:type="spellStart"/>
      <w:r w:rsidRPr="008E6085">
        <w:rPr>
          <w:rFonts w:ascii="Times New Roman" w:hAnsi="Times New Roman"/>
          <w:sz w:val="18"/>
          <w:szCs w:val="24"/>
        </w:rPr>
        <w:t>Codul</w:t>
      </w:r>
      <w:proofErr w:type="spellEnd"/>
      <w:r w:rsidRPr="008E6085">
        <w:rPr>
          <w:rFonts w:ascii="Times New Roman" w:hAnsi="Times New Roman"/>
          <w:sz w:val="18"/>
          <w:szCs w:val="24"/>
        </w:rPr>
        <w:t xml:space="preserve"> </w:t>
      </w:r>
      <w:proofErr w:type="spellStart"/>
      <w:r w:rsidRPr="008E6085">
        <w:rPr>
          <w:rFonts w:ascii="Times New Roman" w:hAnsi="Times New Roman"/>
          <w:sz w:val="18"/>
          <w:szCs w:val="24"/>
        </w:rPr>
        <w:t>amenajării</w:t>
      </w:r>
      <w:proofErr w:type="spellEnd"/>
      <w:r w:rsidRPr="008E6085">
        <w:rPr>
          <w:rFonts w:ascii="Times New Roman" w:hAnsi="Times New Roman"/>
          <w:sz w:val="18"/>
          <w:szCs w:val="24"/>
        </w:rPr>
        <w:t xml:space="preserve"> </w:t>
      </w:r>
      <w:proofErr w:type="spellStart"/>
      <w:r w:rsidRPr="008E6085">
        <w:rPr>
          <w:rFonts w:ascii="Times New Roman" w:hAnsi="Times New Roman"/>
          <w:sz w:val="18"/>
          <w:szCs w:val="24"/>
        </w:rPr>
        <w:t>teritoriului</w:t>
      </w:r>
      <w:proofErr w:type="spellEnd"/>
      <w:r w:rsidRPr="008E6085">
        <w:rPr>
          <w:rFonts w:ascii="Times New Roman" w:hAnsi="Times New Roman"/>
          <w:sz w:val="18"/>
          <w:szCs w:val="24"/>
        </w:rPr>
        <w:t xml:space="preserve">, </w:t>
      </w:r>
      <w:proofErr w:type="spellStart"/>
      <w:r w:rsidRPr="008E6085">
        <w:rPr>
          <w:rFonts w:ascii="Times New Roman" w:hAnsi="Times New Roman"/>
          <w:sz w:val="18"/>
          <w:szCs w:val="24"/>
        </w:rPr>
        <w:t>urbanismului</w:t>
      </w:r>
      <w:proofErr w:type="spellEnd"/>
      <w:r w:rsidRPr="008E6085">
        <w:rPr>
          <w:rFonts w:ascii="Times New Roman" w:hAnsi="Times New Roman"/>
          <w:sz w:val="18"/>
          <w:szCs w:val="24"/>
        </w:rPr>
        <w:t xml:space="preserve"> </w:t>
      </w:r>
      <w:proofErr w:type="spellStart"/>
      <w:r w:rsidRPr="008E6085">
        <w:rPr>
          <w:rFonts w:ascii="Times New Roman" w:hAnsi="Times New Roman"/>
          <w:sz w:val="18"/>
          <w:szCs w:val="24"/>
        </w:rPr>
        <w:t>și</w:t>
      </w:r>
      <w:proofErr w:type="spellEnd"/>
      <w:r w:rsidRPr="008E6085">
        <w:rPr>
          <w:rFonts w:ascii="Times New Roman" w:hAnsi="Times New Roman"/>
          <w:sz w:val="18"/>
          <w:szCs w:val="24"/>
        </w:rPr>
        <w:t xml:space="preserve"> </w:t>
      </w:r>
      <w:proofErr w:type="spellStart"/>
      <w:r w:rsidRPr="008E6085">
        <w:rPr>
          <w:rFonts w:ascii="Times New Roman" w:hAnsi="Times New Roman"/>
          <w:sz w:val="18"/>
          <w:szCs w:val="24"/>
        </w:rPr>
        <w:t>construcțiilor</w:t>
      </w:r>
      <w:proofErr w:type="spellEnd"/>
      <w:r w:rsidRPr="008E6085">
        <w:rPr>
          <w:rFonts w:ascii="Times New Roman" w:hAnsi="Times New Roman"/>
          <w:sz w:val="18"/>
          <w:szCs w:val="24"/>
        </w:rPr>
        <w:t>,</w:t>
      </w:r>
      <w:r w:rsidRPr="008E6085">
        <w:rPr>
          <w:rFonts w:ascii="Times New Roman" w:hAnsi="Times New Roman"/>
          <w:sz w:val="18"/>
          <w:szCs w:val="24"/>
        </w:rPr>
        <w:br/>
        <w:t xml:space="preserve">solicit </w:t>
      </w:r>
      <w:proofErr w:type="spellStart"/>
      <w:r w:rsidRPr="008E6085">
        <w:rPr>
          <w:rFonts w:ascii="Times New Roman" w:hAnsi="Times New Roman"/>
          <w:sz w:val="18"/>
          <w:szCs w:val="24"/>
        </w:rPr>
        <w:t>emiterea</w:t>
      </w:r>
      <w:proofErr w:type="spellEnd"/>
      <w:r w:rsidRPr="008E6085">
        <w:rPr>
          <w:rFonts w:ascii="Times New Roman" w:hAnsi="Times New Roman"/>
          <w:sz w:val="18"/>
          <w:szCs w:val="24"/>
        </w:rPr>
        <w:br/>
      </w:r>
      <w:proofErr w:type="spellStart"/>
      <w:r w:rsidRPr="008E6085">
        <w:rPr>
          <w:rFonts w:ascii="Times New Roman" w:hAnsi="Times New Roman"/>
          <w:b/>
          <w:szCs w:val="24"/>
        </w:rPr>
        <w:t>Autorizației</w:t>
      </w:r>
      <w:proofErr w:type="spellEnd"/>
      <w:r w:rsidRPr="008E6085">
        <w:rPr>
          <w:rFonts w:ascii="Times New Roman" w:hAnsi="Times New Roman"/>
          <w:b/>
          <w:szCs w:val="24"/>
        </w:rPr>
        <w:t xml:space="preserve"> de ☐ </w:t>
      </w:r>
      <w:proofErr w:type="spellStart"/>
      <w:r w:rsidRPr="008E6085">
        <w:rPr>
          <w:rFonts w:ascii="Times New Roman" w:hAnsi="Times New Roman"/>
          <w:b/>
          <w:szCs w:val="24"/>
        </w:rPr>
        <w:t>construire</w:t>
      </w:r>
      <w:proofErr w:type="spellEnd"/>
      <w:r w:rsidRPr="008E6085">
        <w:rPr>
          <w:rFonts w:ascii="Times New Roman" w:hAnsi="Times New Roman"/>
          <w:b/>
          <w:szCs w:val="24"/>
        </w:rPr>
        <w:t xml:space="preserve"> / ☐ </w:t>
      </w:r>
      <w:proofErr w:type="spellStart"/>
      <w:r w:rsidRPr="008E6085">
        <w:rPr>
          <w:rFonts w:ascii="Times New Roman" w:hAnsi="Times New Roman"/>
          <w:b/>
          <w:szCs w:val="24"/>
        </w:rPr>
        <w:t>desființare</w:t>
      </w:r>
      <w:proofErr w:type="spellEnd"/>
      <w:r w:rsidRPr="008E6085">
        <w:rPr>
          <w:rFonts w:ascii="Times New Roman" w:hAnsi="Times New Roman"/>
          <w:b/>
          <w:szCs w:val="24"/>
        </w:rPr>
        <w:br/>
      </w:r>
      <w:r w:rsidRPr="008E6085">
        <w:rPr>
          <w:rFonts w:ascii="Times New Roman" w:hAnsi="Times New Roman"/>
          <w:b/>
          <w:sz w:val="20"/>
          <w:szCs w:val="24"/>
        </w:rPr>
        <w:t xml:space="preserve">☐ </w:t>
      </w:r>
      <w:proofErr w:type="spellStart"/>
      <w:r w:rsidRPr="008E6085">
        <w:rPr>
          <w:rFonts w:ascii="Times New Roman" w:hAnsi="Times New Roman"/>
          <w:b/>
          <w:sz w:val="20"/>
          <w:szCs w:val="24"/>
        </w:rPr>
        <w:t>clădiri</w:t>
      </w:r>
      <w:proofErr w:type="spellEnd"/>
      <w:r w:rsidRPr="008E6085">
        <w:rPr>
          <w:rFonts w:ascii="Times New Roman" w:hAnsi="Times New Roman"/>
          <w:b/>
          <w:sz w:val="20"/>
          <w:szCs w:val="24"/>
        </w:rPr>
        <w:t xml:space="preserve"> </w:t>
      </w:r>
      <w:proofErr w:type="spellStart"/>
      <w:r w:rsidRPr="008E6085">
        <w:rPr>
          <w:rFonts w:ascii="Times New Roman" w:hAnsi="Times New Roman"/>
          <w:b/>
          <w:sz w:val="20"/>
          <w:szCs w:val="24"/>
        </w:rPr>
        <w:t>și</w:t>
      </w:r>
      <w:proofErr w:type="spellEnd"/>
      <w:r w:rsidRPr="008E6085">
        <w:rPr>
          <w:rFonts w:ascii="Times New Roman" w:hAnsi="Times New Roman"/>
          <w:b/>
          <w:sz w:val="20"/>
          <w:szCs w:val="24"/>
        </w:rPr>
        <w:t xml:space="preserve"> </w:t>
      </w:r>
      <w:proofErr w:type="spellStart"/>
      <w:r w:rsidRPr="008E6085">
        <w:rPr>
          <w:rFonts w:ascii="Times New Roman" w:hAnsi="Times New Roman"/>
          <w:b/>
          <w:sz w:val="20"/>
          <w:szCs w:val="24"/>
        </w:rPr>
        <w:t>amenajări</w:t>
      </w:r>
      <w:proofErr w:type="spellEnd"/>
      <w:r w:rsidRPr="008E6085">
        <w:rPr>
          <w:rFonts w:ascii="Times New Roman" w:hAnsi="Times New Roman"/>
          <w:b/>
          <w:sz w:val="20"/>
          <w:szCs w:val="24"/>
        </w:rPr>
        <w:t xml:space="preserve"> / ☐ </w:t>
      </w:r>
      <w:proofErr w:type="spellStart"/>
      <w:r w:rsidRPr="008E6085">
        <w:rPr>
          <w:rFonts w:ascii="Times New Roman" w:hAnsi="Times New Roman"/>
          <w:b/>
          <w:sz w:val="20"/>
          <w:szCs w:val="24"/>
        </w:rPr>
        <w:t>lucrări</w:t>
      </w:r>
      <w:proofErr w:type="spellEnd"/>
      <w:r w:rsidRPr="008E6085">
        <w:rPr>
          <w:rFonts w:ascii="Times New Roman" w:hAnsi="Times New Roman"/>
          <w:b/>
          <w:sz w:val="20"/>
          <w:szCs w:val="24"/>
        </w:rPr>
        <w:t xml:space="preserve"> </w:t>
      </w:r>
      <w:proofErr w:type="spellStart"/>
      <w:r w:rsidRPr="008E6085">
        <w:rPr>
          <w:rFonts w:ascii="Times New Roman" w:hAnsi="Times New Roman"/>
          <w:b/>
          <w:sz w:val="20"/>
          <w:szCs w:val="24"/>
        </w:rPr>
        <w:t>inginerești</w:t>
      </w:r>
      <w:proofErr w:type="spellEnd"/>
      <w:r w:rsidRPr="008E6085">
        <w:rPr>
          <w:rFonts w:ascii="Times New Roman" w:hAnsi="Times New Roman"/>
          <w:b/>
          <w:sz w:val="20"/>
          <w:szCs w:val="24"/>
        </w:rPr>
        <w:t xml:space="preserve"> / ☐ </w:t>
      </w:r>
      <w:proofErr w:type="spellStart"/>
      <w:r w:rsidRPr="008E6085">
        <w:rPr>
          <w:rFonts w:ascii="Times New Roman" w:hAnsi="Times New Roman"/>
          <w:b/>
          <w:sz w:val="20"/>
          <w:szCs w:val="24"/>
        </w:rPr>
        <w:t>construcții</w:t>
      </w:r>
      <w:proofErr w:type="spellEnd"/>
      <w:r w:rsidRPr="008E6085">
        <w:rPr>
          <w:rFonts w:ascii="Times New Roman" w:hAnsi="Times New Roman"/>
          <w:b/>
          <w:sz w:val="20"/>
          <w:szCs w:val="24"/>
        </w:rPr>
        <w:t xml:space="preserve"> </w:t>
      </w:r>
      <w:proofErr w:type="spellStart"/>
      <w:r w:rsidRPr="008E6085">
        <w:rPr>
          <w:rFonts w:ascii="Times New Roman" w:hAnsi="Times New Roman"/>
          <w:b/>
          <w:sz w:val="20"/>
          <w:szCs w:val="24"/>
        </w:rPr>
        <w:t>speciale</w:t>
      </w:r>
      <w:proofErr w:type="spellEnd"/>
      <w:r w:rsidRPr="008E6085">
        <w:rPr>
          <w:rFonts w:ascii="Times New Roman" w:hAnsi="Times New Roman"/>
          <w:b/>
          <w:sz w:val="20"/>
          <w:szCs w:val="24"/>
        </w:rPr>
        <w:br/>
        <w:t xml:space="preserve">precum </w:t>
      </w:r>
      <w:proofErr w:type="spellStart"/>
      <w:r w:rsidRPr="008E6085">
        <w:rPr>
          <w:rFonts w:ascii="Times New Roman" w:hAnsi="Times New Roman"/>
          <w:b/>
          <w:sz w:val="20"/>
          <w:szCs w:val="24"/>
        </w:rPr>
        <w:t>și</w:t>
      </w:r>
      <w:proofErr w:type="spellEnd"/>
      <w:r w:rsidRPr="008E6085">
        <w:rPr>
          <w:rFonts w:ascii="Times New Roman" w:hAnsi="Times New Roman"/>
          <w:b/>
          <w:sz w:val="20"/>
          <w:szCs w:val="24"/>
        </w:rPr>
        <w:t xml:space="preserve"> a ☐ </w:t>
      </w:r>
      <w:proofErr w:type="spellStart"/>
      <w:r w:rsidRPr="008E6085">
        <w:rPr>
          <w:rFonts w:ascii="Times New Roman" w:hAnsi="Times New Roman"/>
          <w:b/>
          <w:sz w:val="20"/>
          <w:szCs w:val="24"/>
        </w:rPr>
        <w:t>Autorizației</w:t>
      </w:r>
      <w:proofErr w:type="spellEnd"/>
      <w:r w:rsidRPr="008E6085">
        <w:rPr>
          <w:rFonts w:ascii="Times New Roman" w:hAnsi="Times New Roman"/>
          <w:b/>
          <w:sz w:val="20"/>
          <w:szCs w:val="24"/>
        </w:rPr>
        <w:t xml:space="preserve"> de </w:t>
      </w:r>
      <w:proofErr w:type="spellStart"/>
      <w:r w:rsidRPr="008E6085">
        <w:rPr>
          <w:rFonts w:ascii="Times New Roman" w:hAnsi="Times New Roman"/>
          <w:b/>
          <w:sz w:val="20"/>
          <w:szCs w:val="24"/>
        </w:rPr>
        <w:t>amenajare</w:t>
      </w:r>
      <w:proofErr w:type="spellEnd"/>
      <w:r w:rsidRPr="008E6085">
        <w:rPr>
          <w:rFonts w:ascii="Times New Roman" w:hAnsi="Times New Roman"/>
          <w:b/>
          <w:sz w:val="20"/>
          <w:szCs w:val="24"/>
        </w:rPr>
        <w:t xml:space="preserve"> a </w:t>
      </w:r>
      <w:proofErr w:type="spellStart"/>
      <w:r w:rsidRPr="008E6085">
        <w:rPr>
          <w:rFonts w:ascii="Times New Roman" w:hAnsi="Times New Roman"/>
          <w:b/>
          <w:sz w:val="20"/>
          <w:szCs w:val="24"/>
        </w:rPr>
        <w:t>organizării</w:t>
      </w:r>
      <w:proofErr w:type="spellEnd"/>
      <w:r w:rsidRPr="008E6085">
        <w:rPr>
          <w:rFonts w:ascii="Times New Roman" w:hAnsi="Times New Roman"/>
          <w:b/>
          <w:sz w:val="20"/>
          <w:szCs w:val="24"/>
        </w:rPr>
        <w:t xml:space="preserve"> </w:t>
      </w:r>
      <w:proofErr w:type="spellStart"/>
      <w:r w:rsidRPr="008E6085">
        <w:rPr>
          <w:rFonts w:ascii="Times New Roman" w:hAnsi="Times New Roman"/>
          <w:b/>
          <w:sz w:val="20"/>
          <w:szCs w:val="24"/>
        </w:rPr>
        <w:t>execuției</w:t>
      </w:r>
      <w:proofErr w:type="spellEnd"/>
    </w:p>
    <w:p w14:paraId="4F9636DE" w14:textId="77777777" w:rsidR="00977618" w:rsidRPr="008E6085" w:rsidRDefault="00977618">
      <w:pPr>
        <w:spacing w:before="60" w:after="40" w:line="240" w:lineRule="auto"/>
        <w:jc w:val="center"/>
        <w:rPr>
          <w:sz w:val="24"/>
          <w:szCs w:val="24"/>
        </w:rPr>
      </w:pPr>
    </w:p>
    <w:tbl>
      <w:tblPr>
        <w:tblW w:w="10807" w:type="dxa"/>
        <w:jc w:val="center"/>
        <w:tblLayout w:type="fixed"/>
        <w:tblLook w:val="04A0" w:firstRow="1" w:lastRow="0" w:firstColumn="1" w:lastColumn="0" w:noHBand="0" w:noVBand="1"/>
      </w:tblPr>
      <w:tblGrid>
        <w:gridCol w:w="10807"/>
      </w:tblGrid>
      <w:tr w:rsidR="006C782F" w:rsidRPr="00977618" w14:paraId="68C590DD" w14:textId="77777777" w:rsidTr="00977618">
        <w:trPr>
          <w:jc w:val="center"/>
        </w:trPr>
        <w:tc>
          <w:tcPr>
            <w:tcW w:w="108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75DADFB8" w14:textId="77777777" w:rsidR="006C782F" w:rsidRPr="00977618" w:rsidRDefault="00527FE2">
            <w:pPr>
              <w:spacing w:before="10" w:after="1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sz w:val="18"/>
                <w:szCs w:val="18"/>
              </w:rPr>
              <w:t>5. ÎN SCOPUL REALIZĂRII OBIECTIVULUI / OBIECTULUI DE INVESTIȚII</w:t>
            </w:r>
          </w:p>
        </w:tc>
      </w:tr>
      <w:tr w:rsidR="006C782F" w:rsidRPr="00977618" w14:paraId="60F38C64" w14:textId="77777777" w:rsidTr="00977618">
        <w:trPr>
          <w:jc w:val="center"/>
        </w:trPr>
        <w:tc>
          <w:tcPr>
            <w:tcW w:w="108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7429010D" w14:textId="77777777" w:rsidR="006C782F" w:rsidRPr="00977618" w:rsidRDefault="00527FE2">
            <w:pPr>
              <w:spacing w:after="1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77618">
              <w:rPr>
                <w:rFonts w:ascii="Times New Roman" w:hAnsi="Times New Roman"/>
                <w:i/>
                <w:sz w:val="18"/>
                <w:szCs w:val="18"/>
              </w:rPr>
              <w:t xml:space="preserve">include cel </w:t>
            </w:r>
            <w:proofErr w:type="spellStart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>puțin</w:t>
            </w:r>
            <w:proofErr w:type="spellEnd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>funcțiunea</w:t>
            </w:r>
            <w:proofErr w:type="spellEnd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>principală</w:t>
            </w:r>
            <w:proofErr w:type="spellEnd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>și</w:t>
            </w:r>
            <w:proofErr w:type="spellEnd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>secundare</w:t>
            </w:r>
            <w:proofErr w:type="spellEnd"/>
          </w:p>
          <w:p w14:paraId="5E56E16A" w14:textId="77777777" w:rsidR="00977618" w:rsidRPr="00977618" w:rsidRDefault="00977618">
            <w:pPr>
              <w:spacing w:after="1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5FB5479C" w14:textId="77777777" w:rsidR="00977618" w:rsidRPr="00977618" w:rsidRDefault="00977618">
            <w:pPr>
              <w:spacing w:after="1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7E536917" w14:textId="77777777" w:rsidR="00977618" w:rsidRPr="00977618" w:rsidRDefault="00977618">
            <w:pPr>
              <w:spacing w:after="10" w:line="240" w:lineRule="auto"/>
              <w:rPr>
                <w:sz w:val="18"/>
                <w:szCs w:val="18"/>
              </w:rPr>
            </w:pPr>
          </w:p>
        </w:tc>
      </w:tr>
    </w:tbl>
    <w:p w14:paraId="19560F1D" w14:textId="77777777" w:rsidR="006C782F" w:rsidRPr="008E6085" w:rsidRDefault="006C782F">
      <w:pPr>
        <w:spacing w:before="20" w:after="0"/>
        <w:rPr>
          <w:sz w:val="24"/>
          <w:szCs w:val="24"/>
        </w:rPr>
      </w:pPr>
    </w:p>
    <w:tbl>
      <w:tblPr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10"/>
        <w:gridCol w:w="3511"/>
        <w:gridCol w:w="304"/>
        <w:gridCol w:w="608"/>
        <w:gridCol w:w="172"/>
        <w:gridCol w:w="740"/>
        <w:gridCol w:w="817"/>
        <w:gridCol w:w="95"/>
        <w:gridCol w:w="912"/>
        <w:gridCol w:w="1824"/>
        <w:gridCol w:w="1917"/>
      </w:tblGrid>
      <w:tr w:rsidR="006C782F" w:rsidRPr="00977618" w14:paraId="1AAAB9B9" w14:textId="77777777" w:rsidTr="00015A4F">
        <w:trPr>
          <w:gridBefore w:val="1"/>
          <w:wBefore w:w="10" w:type="dxa"/>
          <w:jc w:val="center"/>
        </w:trPr>
        <w:tc>
          <w:tcPr>
            <w:tcW w:w="10900" w:type="dxa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158E99B0" w14:textId="77777777" w:rsidR="006C782F" w:rsidRPr="00977618" w:rsidRDefault="00527FE2">
            <w:pPr>
              <w:spacing w:before="10" w:after="1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sz w:val="18"/>
                <w:szCs w:val="18"/>
              </w:rPr>
              <w:t>6. IMOBIL / IMOBILE</w:t>
            </w:r>
          </w:p>
        </w:tc>
      </w:tr>
      <w:tr w:rsidR="006C782F" w:rsidRPr="00977618" w14:paraId="7EC896D7" w14:textId="77777777" w:rsidTr="00015A4F">
        <w:trPr>
          <w:gridBefore w:val="1"/>
          <w:wBefore w:w="10" w:type="dxa"/>
          <w:jc w:val="center"/>
        </w:trPr>
        <w:tc>
          <w:tcPr>
            <w:tcW w:w="10900" w:type="dxa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22A3BE4F" w14:textId="77777777" w:rsidR="006C782F" w:rsidRPr="00977618" w:rsidRDefault="00527FE2">
            <w:pPr>
              <w:spacing w:after="1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>Pentru</w:t>
            </w:r>
            <w:proofErr w:type="spellEnd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>fiecare</w:t>
            </w:r>
            <w:proofErr w:type="spellEnd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>imobil</w:t>
            </w:r>
            <w:proofErr w:type="spellEnd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 xml:space="preserve"> se </w:t>
            </w:r>
            <w:proofErr w:type="spellStart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>completează</w:t>
            </w:r>
            <w:proofErr w:type="spellEnd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>obligatoriu</w:t>
            </w:r>
            <w:proofErr w:type="spellEnd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>câte</w:t>
            </w:r>
            <w:proofErr w:type="spellEnd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 xml:space="preserve"> o </w:t>
            </w:r>
            <w:proofErr w:type="spellStart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>anexă</w:t>
            </w:r>
            <w:proofErr w:type="spellEnd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>tehnică</w:t>
            </w:r>
            <w:proofErr w:type="spellEnd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 xml:space="preserve">; </w:t>
            </w:r>
            <w:proofErr w:type="spellStart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>celelalte</w:t>
            </w:r>
            <w:proofErr w:type="spellEnd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>imobile</w:t>
            </w:r>
            <w:proofErr w:type="spellEnd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 xml:space="preserve"> se </w:t>
            </w:r>
            <w:proofErr w:type="spellStart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>înscriu</w:t>
            </w:r>
            <w:proofErr w:type="spellEnd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>în</w:t>
            </w:r>
            <w:proofErr w:type="spellEnd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>anexa</w:t>
            </w:r>
            <w:proofErr w:type="spellEnd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 xml:space="preserve"> de </w:t>
            </w:r>
            <w:proofErr w:type="spellStart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>imobile</w:t>
            </w:r>
            <w:proofErr w:type="spellEnd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>.</w:t>
            </w:r>
            <w:r w:rsidRPr="00977618">
              <w:rPr>
                <w:rFonts w:ascii="Times New Roman" w:hAnsi="Times New Roman"/>
                <w:i/>
                <w:sz w:val="18"/>
                <w:szCs w:val="18"/>
              </w:rPr>
              <w:br/>
            </w:r>
            <w:proofErr w:type="spellStart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>Imobil</w:t>
            </w:r>
            <w:proofErr w:type="spellEnd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 xml:space="preserve"> 1</w:t>
            </w:r>
          </w:p>
        </w:tc>
      </w:tr>
      <w:tr w:rsidR="006C782F" w:rsidRPr="00977618" w14:paraId="64684809" w14:textId="77777777" w:rsidTr="00015A4F">
        <w:trPr>
          <w:gridBefore w:val="1"/>
          <w:wBefore w:w="10" w:type="dxa"/>
          <w:jc w:val="center"/>
        </w:trPr>
        <w:tc>
          <w:tcPr>
            <w:tcW w:w="35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704FB482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Tip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imobil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br/>
              <w:t xml:space="preserve">☐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teren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   ☐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construcții</w:t>
            </w:r>
            <w:proofErr w:type="spellEnd"/>
          </w:p>
        </w:tc>
        <w:tc>
          <w:tcPr>
            <w:tcW w:w="3648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3CCCC98D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Număr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cadastral</w:t>
            </w:r>
          </w:p>
        </w:tc>
        <w:tc>
          <w:tcPr>
            <w:tcW w:w="374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175CF679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Carte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funciară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nr.</w:t>
            </w:r>
          </w:p>
        </w:tc>
      </w:tr>
      <w:tr w:rsidR="006C782F" w:rsidRPr="00977618" w14:paraId="323F4FCB" w14:textId="77777777" w:rsidTr="00015A4F">
        <w:trPr>
          <w:gridBefore w:val="1"/>
          <w:wBefore w:w="10" w:type="dxa"/>
          <w:jc w:val="center"/>
        </w:trPr>
        <w:tc>
          <w:tcPr>
            <w:tcW w:w="35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0FA0776F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Județul</w:t>
            </w:r>
            <w:proofErr w:type="spellEnd"/>
          </w:p>
        </w:tc>
        <w:tc>
          <w:tcPr>
            <w:tcW w:w="3648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1A12A1F6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Municipiul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/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orașul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/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comuna</w:t>
            </w:r>
            <w:proofErr w:type="spellEnd"/>
          </w:p>
        </w:tc>
        <w:tc>
          <w:tcPr>
            <w:tcW w:w="374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57DC1C87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Satul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/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sectorul</w:t>
            </w:r>
            <w:proofErr w:type="spellEnd"/>
          </w:p>
        </w:tc>
      </w:tr>
      <w:tr w:rsidR="006C782F" w:rsidRPr="00977618" w14:paraId="31A04E38" w14:textId="77777777" w:rsidTr="00015A4F">
        <w:trPr>
          <w:gridBefore w:val="1"/>
          <w:wBefore w:w="10" w:type="dxa"/>
          <w:jc w:val="center"/>
        </w:trPr>
        <w:tc>
          <w:tcPr>
            <w:tcW w:w="35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41E4F60A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Strada</w:t>
            </w:r>
          </w:p>
        </w:tc>
        <w:tc>
          <w:tcPr>
            <w:tcW w:w="9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07BFA891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Nr.</w:t>
            </w:r>
          </w:p>
        </w:tc>
        <w:tc>
          <w:tcPr>
            <w:tcW w:w="9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5EB2685D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Sc.</w:t>
            </w:r>
          </w:p>
        </w:tc>
        <w:tc>
          <w:tcPr>
            <w:tcW w:w="9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7D5A9FA2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Et.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18AB009E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Ap.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73435D20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Cod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poștal</w:t>
            </w:r>
            <w:proofErr w:type="spellEnd"/>
          </w:p>
        </w:tc>
        <w:tc>
          <w:tcPr>
            <w:tcW w:w="19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7A588983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Țara</w:t>
            </w:r>
            <w:proofErr w:type="spellEnd"/>
          </w:p>
        </w:tc>
      </w:tr>
      <w:tr w:rsidR="00C43AF5" w14:paraId="28237F89" w14:textId="77777777" w:rsidTr="00015A4F">
        <w:tblPrEx>
          <w:jc w:val="left"/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11"/>
        </w:trPr>
        <w:tc>
          <w:tcPr>
            <w:tcW w:w="10910" w:type="dxa"/>
            <w:gridSpan w:val="11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</w:tcPr>
          <w:p w14:paraId="0E532E4A" w14:textId="77777777" w:rsidR="00C43AF5" w:rsidRPr="00DB2473" w:rsidRDefault="00C43AF5" w:rsidP="00A53362">
            <w:pPr>
              <w:spacing w:after="0" w:line="197" w:lineRule="exact"/>
              <w:ind w:right="-20"/>
              <w:rPr>
                <w:rFonts w:ascii="Times New Roman" w:eastAsia="Myriad Pro" w:hAnsi="Times New Roman" w:cs="Times New Roman"/>
                <w:b/>
                <w:bCs/>
                <w:sz w:val="18"/>
                <w:szCs w:val="18"/>
              </w:rPr>
            </w:pPr>
            <w:r w:rsidRPr="00DB2473">
              <w:rPr>
                <w:rFonts w:ascii="Times New Roman" w:eastAsia="Myriad Pro" w:hAnsi="Times New Roman" w:cs="Times New Roman"/>
                <w:b/>
                <w:bCs/>
                <w:spacing w:val="1"/>
                <w:sz w:val="18"/>
                <w:szCs w:val="18"/>
              </w:rPr>
              <w:t>7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sz w:val="18"/>
                <w:szCs w:val="18"/>
              </w:rPr>
              <w:t>.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spacing w:val="14"/>
                <w:sz w:val="18"/>
                <w:szCs w:val="18"/>
              </w:rPr>
              <w:t xml:space="preserve"> 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w w:val="127"/>
                <w:sz w:val="18"/>
                <w:szCs w:val="18"/>
              </w:rPr>
              <w:t>PROIECTUL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spacing w:val="22"/>
                <w:w w:val="127"/>
                <w:sz w:val="18"/>
                <w:szCs w:val="18"/>
              </w:rPr>
              <w:t xml:space="preserve"> 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w w:val="127"/>
                <w:sz w:val="18"/>
                <w:szCs w:val="18"/>
              </w:rPr>
              <w:t>ATAȘAT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spacing w:val="-13"/>
                <w:w w:val="127"/>
                <w:sz w:val="18"/>
                <w:szCs w:val="18"/>
              </w:rPr>
              <w:t xml:space="preserve"> 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w w:val="127"/>
                <w:sz w:val="18"/>
                <w:szCs w:val="18"/>
              </w:rPr>
              <w:t>ȘI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spacing w:val="5"/>
                <w:w w:val="127"/>
                <w:sz w:val="18"/>
                <w:szCs w:val="18"/>
              </w:rPr>
              <w:t xml:space="preserve"> 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w w:val="127"/>
                <w:sz w:val="18"/>
                <w:szCs w:val="18"/>
              </w:rPr>
              <w:t>ECHIPA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spacing w:val="4"/>
                <w:w w:val="127"/>
                <w:sz w:val="18"/>
                <w:szCs w:val="18"/>
              </w:rPr>
              <w:t xml:space="preserve"> 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w w:val="127"/>
                <w:sz w:val="18"/>
                <w:szCs w:val="18"/>
              </w:rPr>
              <w:t>DE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spacing w:val="-10"/>
                <w:w w:val="127"/>
                <w:sz w:val="18"/>
                <w:szCs w:val="18"/>
              </w:rPr>
              <w:t xml:space="preserve"> 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w w:val="131"/>
                <w:sz w:val="18"/>
                <w:szCs w:val="18"/>
              </w:rPr>
              <w:t>PROIECTARE</w:t>
            </w:r>
          </w:p>
        </w:tc>
      </w:tr>
      <w:tr w:rsidR="00C43AF5" w:rsidRPr="00EA4F49" w14:paraId="52B32B51" w14:textId="77777777" w:rsidTr="00015A4F">
        <w:tblPrEx>
          <w:jc w:val="left"/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423"/>
        </w:trPr>
        <w:tc>
          <w:tcPr>
            <w:tcW w:w="10910" w:type="dxa"/>
            <w:gridSpan w:val="11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74E07C83" w14:textId="0F9B1021" w:rsidR="00C43AF5" w:rsidRPr="00EA4F49" w:rsidRDefault="00C43AF5" w:rsidP="00EA4F49">
            <w:pPr>
              <w:spacing w:after="0" w:line="205" w:lineRule="exact"/>
              <w:ind w:right="-20"/>
              <w:rPr>
                <w:rFonts w:ascii="Times New Roman" w:eastAsia="Myriad Pro" w:hAnsi="Times New Roman" w:cs="Times New Roman"/>
                <w:sz w:val="20"/>
                <w:szCs w:val="20"/>
              </w:rPr>
            </w:pPr>
            <w:r w:rsidRPr="00EA4F49">
              <w:rPr>
                <w:rFonts w:ascii="Segoe UI Symbol" w:eastAsia="Arial Unicode MS" w:hAnsi="Segoe UI Symbol" w:cs="Segoe UI Symbol"/>
                <w:sz w:val="20"/>
                <w:szCs w:val="20"/>
              </w:rPr>
              <w:t>☐</w:t>
            </w:r>
            <w:r w:rsidRPr="00EA4F49">
              <w:rPr>
                <w:rFonts w:ascii="Times New Roman" w:eastAsia="Arial Unicode MS" w:hAnsi="Times New Roman" w:cs="Times New Roman"/>
                <w:spacing w:val="21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Proiect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5"/>
                <w:sz w:val="20"/>
                <w:szCs w:val="20"/>
              </w:rPr>
              <w:t>pentru</w:t>
            </w:r>
            <w:proofErr w:type="spellEnd"/>
            <w:r w:rsidRPr="00EA4F49">
              <w:rPr>
                <w:rFonts w:ascii="Times New Roman" w:eastAsia="Myriad Pro" w:hAnsi="Times New Roman" w:cs="Times New Roman"/>
                <w:w w:val="95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5"/>
                <w:sz w:val="20"/>
                <w:szCs w:val="20"/>
              </w:rPr>
              <w:t>autorizarea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23"/>
                <w:w w:val="95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construirii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EA4F49">
              <w:rPr>
                <w:rFonts w:ascii="Segoe UI Symbol" w:eastAsia="Arial Unicode MS" w:hAnsi="Segoe UI Symbol" w:cs="Segoe UI Symbol"/>
                <w:sz w:val="20"/>
                <w:szCs w:val="20"/>
              </w:rPr>
              <w:t>☐</w:t>
            </w:r>
            <w:r w:rsidRPr="00EA4F49">
              <w:rPr>
                <w:rFonts w:ascii="Times New Roman" w:eastAsia="Arial Unicode MS" w:hAnsi="Times New Roman" w:cs="Times New Roman"/>
                <w:spacing w:val="21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Proiect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4"/>
                <w:sz w:val="20"/>
                <w:szCs w:val="20"/>
              </w:rPr>
              <w:t>p</w:t>
            </w:r>
            <w:r w:rsidRPr="00EA4F49">
              <w:rPr>
                <w:rFonts w:ascii="Times New Roman" w:eastAsia="Myriad Pro" w:hAnsi="Times New Roman" w:cs="Times New Roman"/>
                <w:spacing w:val="1"/>
                <w:w w:val="94"/>
                <w:sz w:val="20"/>
                <w:szCs w:val="20"/>
              </w:rPr>
              <w:t>e</w:t>
            </w:r>
            <w:r w:rsidRPr="00EA4F49">
              <w:rPr>
                <w:rFonts w:ascii="Times New Roman" w:eastAsia="Myriad Pro" w:hAnsi="Times New Roman" w:cs="Times New Roman"/>
                <w:w w:val="94"/>
                <w:sz w:val="20"/>
                <w:szCs w:val="20"/>
              </w:rPr>
              <w:t>ntru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4"/>
                <w:w w:val="94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A4F49">
              <w:rPr>
                <w:rFonts w:ascii="Times New Roman" w:eastAsia="Myriad Pro" w:hAnsi="Times New Roman" w:cs="Times New Roman"/>
                <w:w w:val="94"/>
                <w:sz w:val="20"/>
                <w:szCs w:val="20"/>
              </w:rPr>
              <w:t>autorizarea</w:t>
            </w:r>
            <w:proofErr w:type="spellEnd"/>
            <w:r w:rsidRPr="00EA4F49">
              <w:rPr>
                <w:rFonts w:ascii="Times New Roman" w:eastAsia="Myriad Pro" w:hAnsi="Times New Roman" w:cs="Times New Roman"/>
                <w:w w:val="94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pacing w:val="1"/>
                <w:w w:val="94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desfii</w:t>
            </w:r>
            <w:r w:rsidRPr="00EA4F49">
              <w:rPr>
                <w:rFonts w:ascii="Times New Roman" w:eastAsia="Myriad Pro" w:hAnsi="Times New Roman" w:cs="Times New Roman"/>
                <w:spacing w:val="2"/>
                <w:sz w:val="20"/>
                <w:szCs w:val="20"/>
              </w:rPr>
              <w:t>n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țării</w:t>
            </w:r>
            <w:proofErr w:type="spellEnd"/>
            <w:proofErr w:type="gramEnd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 xml:space="preserve">   </w:t>
            </w:r>
            <w:r w:rsidRPr="00EA4F49">
              <w:rPr>
                <w:rFonts w:ascii="Segoe UI Symbol" w:eastAsia="Arial Unicode MS" w:hAnsi="Segoe UI Symbol" w:cs="Segoe UI Symbol"/>
                <w:sz w:val="20"/>
                <w:szCs w:val="20"/>
              </w:rPr>
              <w:t>☐</w:t>
            </w:r>
            <w:r w:rsidRPr="00EA4F49">
              <w:rPr>
                <w:rFonts w:ascii="Times New Roman" w:eastAsia="Arial Unicode MS" w:hAnsi="Times New Roman" w:cs="Times New Roman"/>
                <w:spacing w:val="22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Pro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i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ect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3"/>
                <w:sz w:val="20"/>
                <w:szCs w:val="20"/>
              </w:rPr>
              <w:t>pentru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9"/>
                <w:w w:val="9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interve</w:t>
            </w:r>
            <w:r w:rsidRPr="00EA4F49">
              <w:rPr>
                <w:rFonts w:ascii="Times New Roman" w:eastAsia="Myriad Pro" w:hAnsi="Times New Roman" w:cs="Times New Roman"/>
                <w:spacing w:val="2"/>
                <w:sz w:val="20"/>
                <w:szCs w:val="20"/>
              </w:rPr>
              <w:t>n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ții</w:t>
            </w:r>
            <w:proofErr w:type="spellEnd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5"/>
                <w:sz w:val="20"/>
                <w:szCs w:val="20"/>
              </w:rPr>
              <w:t>asupra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9"/>
                <w:w w:val="95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clădirilor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30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existente</w:t>
            </w:r>
            <w:proofErr w:type="spellEnd"/>
          </w:p>
          <w:p w14:paraId="3D7DA668" w14:textId="77777777" w:rsidR="00C43AF5" w:rsidRDefault="00C43AF5" w:rsidP="00A53362">
            <w:pPr>
              <w:spacing w:after="0" w:line="204" w:lineRule="exact"/>
              <w:ind w:left="138" w:right="-20"/>
              <w:rPr>
                <w:rFonts w:ascii="Times New Roman" w:eastAsia="Myriad Pro" w:hAnsi="Times New Roman" w:cs="Times New Roman"/>
                <w:sz w:val="20"/>
                <w:szCs w:val="20"/>
              </w:rPr>
            </w:pPr>
            <w:r w:rsidRPr="00EA4F49">
              <w:rPr>
                <w:rFonts w:ascii="Segoe UI Symbol" w:eastAsia="Arial Unicode MS" w:hAnsi="Segoe UI Symbol" w:cs="Segoe UI Symbol"/>
                <w:sz w:val="20"/>
                <w:szCs w:val="20"/>
              </w:rPr>
              <w:t>☐</w:t>
            </w:r>
            <w:r w:rsidRPr="00EA4F49">
              <w:rPr>
                <w:rFonts w:ascii="Times New Roman" w:eastAsia="Arial Unicode MS" w:hAnsi="Times New Roman" w:cs="Times New Roman"/>
                <w:spacing w:val="21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Proiect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5"/>
                <w:sz w:val="20"/>
                <w:szCs w:val="20"/>
              </w:rPr>
              <w:t>pentru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"/>
                <w:w w:val="95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5"/>
                <w:sz w:val="20"/>
                <w:szCs w:val="20"/>
              </w:rPr>
              <w:t>autorizarea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23"/>
                <w:w w:val="95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amena</w:t>
            </w:r>
            <w:r w:rsidRPr="00EA4F49">
              <w:rPr>
                <w:rFonts w:ascii="Times New Roman" w:eastAsia="Myriad Pro" w:hAnsi="Times New Roman" w:cs="Times New Roman"/>
                <w:spacing w:val="3"/>
                <w:sz w:val="20"/>
                <w:szCs w:val="20"/>
              </w:rPr>
              <w:t>j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ării</w:t>
            </w:r>
            <w:proofErr w:type="spellEnd"/>
          </w:p>
          <w:p w14:paraId="131CA372" w14:textId="77777777" w:rsidR="00EA4F49" w:rsidRDefault="00EA4F49" w:rsidP="00A53362">
            <w:pPr>
              <w:spacing w:after="0" w:line="204" w:lineRule="exact"/>
              <w:ind w:left="138" w:right="-20"/>
              <w:rPr>
                <w:rFonts w:ascii="Times New Roman" w:eastAsia="Myriad Pro" w:hAnsi="Times New Roman" w:cs="Times New Roman"/>
                <w:sz w:val="20"/>
                <w:szCs w:val="20"/>
              </w:rPr>
            </w:pPr>
          </w:p>
          <w:p w14:paraId="6315B44F" w14:textId="77777777" w:rsidR="00EA4F49" w:rsidRPr="00EA4F49" w:rsidRDefault="00EA4F49" w:rsidP="00A53362">
            <w:pPr>
              <w:spacing w:after="0" w:line="204" w:lineRule="exact"/>
              <w:ind w:left="138" w:right="-20"/>
              <w:rPr>
                <w:rFonts w:ascii="Times New Roman" w:eastAsia="Myriad Pro" w:hAnsi="Times New Roman" w:cs="Times New Roman"/>
                <w:sz w:val="20"/>
                <w:szCs w:val="20"/>
              </w:rPr>
            </w:pPr>
          </w:p>
        </w:tc>
      </w:tr>
      <w:tr w:rsidR="00C43AF5" w:rsidRPr="002107A6" w14:paraId="2C15AFF0" w14:textId="77777777" w:rsidTr="00015A4F">
        <w:tblPrEx>
          <w:jc w:val="left"/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504"/>
        </w:trPr>
        <w:tc>
          <w:tcPr>
            <w:tcW w:w="3825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3E919C7D" w14:textId="77777777" w:rsidR="00C43AF5" w:rsidRPr="002107A6" w:rsidRDefault="00C43AF5" w:rsidP="00A53362">
            <w:pPr>
              <w:spacing w:after="0" w:line="167" w:lineRule="exact"/>
              <w:ind w:left="99" w:right="-20"/>
              <w:rPr>
                <w:rFonts w:ascii="Times New Roman" w:eastAsia="Myriad Pro" w:hAnsi="Times New Roman" w:cs="Times New Roman"/>
                <w:sz w:val="20"/>
                <w:szCs w:val="20"/>
              </w:rPr>
            </w:pPr>
            <w:r w:rsidRPr="002107A6">
              <w:rPr>
                <w:rFonts w:ascii="Times New Roman" w:eastAsia="Myriad Pro" w:hAnsi="Times New Roman" w:cs="Times New Roman"/>
                <w:color w:val="0D5F78"/>
                <w:w w:val="123"/>
                <w:sz w:val="20"/>
                <w:szCs w:val="20"/>
              </w:rPr>
              <w:t xml:space="preserve">Nr. </w:t>
            </w:r>
            <w:r w:rsidRPr="002107A6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/</w:t>
            </w:r>
            <w:r w:rsidRPr="002107A6">
              <w:rPr>
                <w:rFonts w:ascii="Times New Roman" w:eastAsia="Myriad Pro" w:hAnsi="Times New Roman" w:cs="Times New Roman"/>
                <w:color w:val="0D5F78"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2107A6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data</w:t>
            </w:r>
            <w:proofErr w:type="gramEnd"/>
            <w:r w:rsidRPr="002107A6">
              <w:rPr>
                <w:rFonts w:ascii="Times New Roman" w:eastAsia="Myriad Pro" w:hAnsi="Times New Roman" w:cs="Times New Roman"/>
                <w:color w:val="0D5F78"/>
                <w:spacing w:val="20"/>
                <w:sz w:val="20"/>
                <w:szCs w:val="20"/>
              </w:rPr>
              <w:t xml:space="preserve"> </w:t>
            </w:r>
            <w:proofErr w:type="spellStart"/>
            <w:r w:rsidRPr="002107A6">
              <w:rPr>
                <w:rFonts w:ascii="Times New Roman" w:eastAsia="Myriad Pro" w:hAnsi="Times New Roman" w:cs="Times New Roman"/>
                <w:color w:val="0D5F78"/>
                <w:w w:val="105"/>
                <w:sz w:val="20"/>
                <w:szCs w:val="20"/>
              </w:rPr>
              <w:t>proiect</w:t>
            </w:r>
            <w:r w:rsidRPr="002107A6">
              <w:rPr>
                <w:rFonts w:ascii="Times New Roman" w:eastAsia="Myriad Pro" w:hAnsi="Times New Roman" w:cs="Times New Roman"/>
                <w:color w:val="0D5F78"/>
                <w:spacing w:val="1"/>
                <w:w w:val="105"/>
                <w:sz w:val="20"/>
                <w:szCs w:val="20"/>
              </w:rPr>
              <w:t>u</w:t>
            </w:r>
            <w:r w:rsidRPr="002107A6">
              <w:rPr>
                <w:rFonts w:ascii="Times New Roman" w:eastAsia="Myriad Pro" w:hAnsi="Times New Roman" w:cs="Times New Roman"/>
                <w:color w:val="0D5F78"/>
                <w:spacing w:val="-1"/>
                <w:w w:val="122"/>
                <w:sz w:val="20"/>
                <w:szCs w:val="20"/>
              </w:rPr>
              <w:t>l</w:t>
            </w:r>
            <w:r w:rsidRPr="002107A6">
              <w:rPr>
                <w:rFonts w:ascii="Times New Roman" w:eastAsia="Myriad Pro" w:hAnsi="Times New Roman" w:cs="Times New Roman"/>
                <w:color w:val="0D5F78"/>
                <w:w w:val="104"/>
                <w:sz w:val="20"/>
                <w:szCs w:val="20"/>
              </w:rPr>
              <w:t>u</w:t>
            </w:r>
            <w:r w:rsidRPr="002107A6">
              <w:rPr>
                <w:rFonts w:ascii="Times New Roman" w:eastAsia="Myriad Pro" w:hAnsi="Times New Roman" w:cs="Times New Roman"/>
                <w:color w:val="0D5F78"/>
                <w:w w:val="123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7085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732D4DFC" w14:textId="77777777" w:rsidR="00C43AF5" w:rsidRPr="002107A6" w:rsidRDefault="00C43AF5" w:rsidP="00A53362">
            <w:pPr>
              <w:spacing w:after="0" w:line="167" w:lineRule="exact"/>
              <w:ind w:left="99" w:right="-20"/>
              <w:rPr>
                <w:rFonts w:ascii="Times New Roman" w:eastAsia="Myriad Pro" w:hAnsi="Times New Roman" w:cs="Times New Roman"/>
                <w:b/>
                <w:bCs/>
                <w:sz w:val="20"/>
                <w:szCs w:val="20"/>
              </w:rPr>
            </w:pPr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w w:val="109"/>
                <w:sz w:val="20"/>
                <w:szCs w:val="20"/>
              </w:rPr>
              <w:t>Elaborator</w:t>
            </w:r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spacing w:val="23"/>
                <w:w w:val="109"/>
                <w:sz w:val="20"/>
                <w:szCs w:val="20"/>
              </w:rPr>
              <w:t xml:space="preserve"> </w:t>
            </w:r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w w:val="109"/>
                <w:sz w:val="20"/>
                <w:szCs w:val="20"/>
              </w:rPr>
              <w:t>(</w:t>
            </w:r>
            <w:proofErr w:type="spellStart"/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w w:val="109"/>
                <w:sz w:val="20"/>
                <w:szCs w:val="20"/>
              </w:rPr>
              <w:t>denumire</w:t>
            </w:r>
            <w:proofErr w:type="spellEnd"/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spacing w:val="-14"/>
                <w:w w:val="109"/>
                <w:sz w:val="20"/>
                <w:szCs w:val="20"/>
              </w:rPr>
              <w:t xml:space="preserve"> </w:t>
            </w:r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sz w:val="20"/>
                <w:szCs w:val="20"/>
              </w:rPr>
              <w:t>+</w:t>
            </w:r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spacing w:val="6"/>
                <w:sz w:val="20"/>
                <w:szCs w:val="20"/>
              </w:rPr>
              <w:t xml:space="preserve"> </w:t>
            </w:r>
            <w:proofErr w:type="spellStart"/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w w:val="104"/>
                <w:sz w:val="20"/>
                <w:szCs w:val="20"/>
              </w:rPr>
              <w:t>sediu</w:t>
            </w:r>
            <w:proofErr w:type="spellEnd"/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w w:val="104"/>
                <w:sz w:val="20"/>
                <w:szCs w:val="20"/>
              </w:rPr>
              <w:t>)</w:t>
            </w:r>
          </w:p>
        </w:tc>
      </w:tr>
      <w:tr w:rsidR="00C43AF5" w:rsidRPr="002107A6" w14:paraId="6794CB59" w14:textId="77777777" w:rsidTr="00015A4F">
        <w:tblPrEx>
          <w:jc w:val="left"/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512"/>
        </w:trPr>
        <w:tc>
          <w:tcPr>
            <w:tcW w:w="4605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570B5989" w14:textId="77777777" w:rsidR="00C43AF5" w:rsidRPr="002107A6" w:rsidRDefault="00C43AF5" w:rsidP="00A53362">
            <w:pPr>
              <w:spacing w:after="0" w:line="167" w:lineRule="exact"/>
              <w:ind w:left="99" w:right="-20"/>
              <w:rPr>
                <w:rFonts w:ascii="Times New Roman" w:eastAsia="Myriad Pro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w w:val="107"/>
                <w:sz w:val="20"/>
                <w:szCs w:val="20"/>
              </w:rPr>
              <w:t>Proiectant</w:t>
            </w:r>
            <w:proofErr w:type="spellEnd"/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spacing w:val="5"/>
                <w:w w:val="107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sz w:val="20"/>
                <w:szCs w:val="20"/>
              </w:rPr>
              <w:t>autor</w:t>
            </w:r>
            <w:proofErr w:type="spellEnd"/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sz w:val="20"/>
                <w:szCs w:val="20"/>
              </w:rPr>
              <w:t xml:space="preserve"> </w:t>
            </w:r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spacing w:val="2"/>
                <w:sz w:val="20"/>
                <w:szCs w:val="20"/>
              </w:rPr>
              <w:t xml:space="preserve"> </w:t>
            </w:r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sz w:val="20"/>
                <w:szCs w:val="20"/>
              </w:rPr>
              <w:t>—</w:t>
            </w:r>
            <w:proofErr w:type="gramEnd"/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spacing w:val="1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sz w:val="20"/>
                <w:szCs w:val="20"/>
              </w:rPr>
              <w:t>arhitect</w:t>
            </w:r>
            <w:proofErr w:type="spellEnd"/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sz w:val="20"/>
                <w:szCs w:val="20"/>
              </w:rPr>
              <w:t xml:space="preserve"> </w:t>
            </w:r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spacing w:val="9"/>
                <w:sz w:val="20"/>
                <w:szCs w:val="20"/>
              </w:rPr>
              <w:t xml:space="preserve"> </w:t>
            </w:r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sz w:val="20"/>
                <w:szCs w:val="20"/>
              </w:rPr>
              <w:t>/</w:t>
            </w:r>
            <w:proofErr w:type="gramEnd"/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spacing w:val="-2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sz w:val="20"/>
                <w:szCs w:val="20"/>
              </w:rPr>
              <w:t>arhit</w:t>
            </w:r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spacing w:val="-1"/>
                <w:sz w:val="20"/>
                <w:szCs w:val="20"/>
              </w:rPr>
              <w:t>e</w:t>
            </w:r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sz w:val="20"/>
                <w:szCs w:val="20"/>
              </w:rPr>
              <w:t>ct</w:t>
            </w:r>
            <w:proofErr w:type="spellEnd"/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sz w:val="20"/>
                <w:szCs w:val="20"/>
              </w:rPr>
              <w:t xml:space="preserve"> </w:t>
            </w:r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spacing w:val="11"/>
                <w:sz w:val="20"/>
                <w:szCs w:val="20"/>
              </w:rPr>
              <w:t xml:space="preserve"> </w:t>
            </w:r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sz w:val="20"/>
                <w:szCs w:val="20"/>
              </w:rPr>
              <w:t>conductor</w:t>
            </w:r>
            <w:proofErr w:type="gramEnd"/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sz w:val="20"/>
                <w:szCs w:val="20"/>
              </w:rPr>
              <w:t xml:space="preserve"> </w:t>
            </w:r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spacing w:val="2"/>
                <w:sz w:val="20"/>
                <w:szCs w:val="20"/>
              </w:rPr>
              <w:t xml:space="preserve"> </w:t>
            </w:r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sz w:val="20"/>
                <w:szCs w:val="20"/>
              </w:rPr>
              <w:t>/</w:t>
            </w:r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spacing w:val="-1"/>
                <w:sz w:val="20"/>
                <w:szCs w:val="20"/>
              </w:rPr>
              <w:t xml:space="preserve"> </w:t>
            </w:r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spacing w:val="-1"/>
                <w:w w:val="107"/>
                <w:sz w:val="20"/>
                <w:szCs w:val="20"/>
              </w:rPr>
              <w:t>architect</w:t>
            </w:r>
            <w:r w:rsidRPr="002107A6">
              <w:rPr>
                <w:rFonts w:ascii="Times New Roman" w:eastAsia="Myriad Pro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sz w:val="20"/>
                <w:szCs w:val="20"/>
              </w:rPr>
              <w:t>de</w:t>
            </w:r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spacing w:val="3"/>
                <w:sz w:val="20"/>
                <w:szCs w:val="20"/>
              </w:rPr>
              <w:t xml:space="preserve"> </w:t>
            </w:r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spacing w:val="-1"/>
                <w:w w:val="123"/>
                <w:sz w:val="20"/>
                <w:szCs w:val="20"/>
              </w:rPr>
              <w:t>i</w:t>
            </w:r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w w:val="104"/>
                <w:sz w:val="20"/>
                <w:szCs w:val="20"/>
              </w:rPr>
              <w:t>n</w:t>
            </w:r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w w:val="111"/>
                <w:sz w:val="20"/>
                <w:szCs w:val="20"/>
              </w:rPr>
              <w:t>ter</w:t>
            </w:r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spacing w:val="-1"/>
                <w:w w:val="111"/>
                <w:sz w:val="20"/>
                <w:szCs w:val="20"/>
              </w:rPr>
              <w:t>i</w:t>
            </w:r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w w:val="111"/>
                <w:sz w:val="20"/>
                <w:szCs w:val="20"/>
              </w:rPr>
              <w:t>or</w:t>
            </w:r>
          </w:p>
        </w:tc>
        <w:tc>
          <w:tcPr>
            <w:tcW w:w="1557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6976C451" w14:textId="77777777" w:rsidR="00C43AF5" w:rsidRPr="002107A6" w:rsidRDefault="00C43AF5" w:rsidP="00A53362">
            <w:pPr>
              <w:spacing w:after="0" w:line="167" w:lineRule="exact"/>
              <w:ind w:left="99" w:right="-20"/>
              <w:rPr>
                <w:rFonts w:ascii="Times New Roman" w:eastAsia="Myriad Pro" w:hAnsi="Times New Roman" w:cs="Times New Roman"/>
                <w:b/>
                <w:bCs/>
                <w:sz w:val="20"/>
                <w:szCs w:val="20"/>
              </w:rPr>
            </w:pPr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w w:val="124"/>
                <w:sz w:val="20"/>
                <w:szCs w:val="20"/>
              </w:rPr>
              <w:t>Nr.</w:t>
            </w:r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spacing w:val="-2"/>
                <w:w w:val="124"/>
                <w:sz w:val="20"/>
                <w:szCs w:val="20"/>
              </w:rPr>
              <w:t xml:space="preserve"> </w:t>
            </w:r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w w:val="124"/>
                <w:sz w:val="20"/>
                <w:szCs w:val="20"/>
              </w:rPr>
              <w:t>TNA</w:t>
            </w:r>
          </w:p>
        </w:tc>
        <w:tc>
          <w:tcPr>
            <w:tcW w:w="4748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0C5658AE" w14:textId="77777777" w:rsidR="00C43AF5" w:rsidRPr="002107A6" w:rsidRDefault="00C43AF5" w:rsidP="00A53362">
            <w:pPr>
              <w:spacing w:after="0" w:line="167" w:lineRule="exact"/>
              <w:ind w:left="99" w:right="-20"/>
              <w:rPr>
                <w:rFonts w:ascii="Times New Roman" w:eastAsia="Myriad Pro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w w:val="112"/>
                <w:sz w:val="20"/>
                <w:szCs w:val="20"/>
              </w:rPr>
              <w:t>I</w:t>
            </w:r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spacing w:val="1"/>
                <w:w w:val="112"/>
                <w:sz w:val="20"/>
                <w:szCs w:val="20"/>
              </w:rPr>
              <w:t>n</w:t>
            </w:r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w w:val="112"/>
                <w:sz w:val="20"/>
                <w:szCs w:val="20"/>
              </w:rPr>
              <w:t>gineri</w:t>
            </w:r>
            <w:proofErr w:type="spellEnd"/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w w:val="112"/>
                <w:sz w:val="20"/>
                <w:szCs w:val="20"/>
              </w:rPr>
              <w:t>,</w:t>
            </w:r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spacing w:val="5"/>
                <w:w w:val="112"/>
                <w:sz w:val="20"/>
                <w:szCs w:val="20"/>
              </w:rPr>
              <w:t xml:space="preserve"> </w:t>
            </w:r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spacing w:val="-1"/>
                <w:sz w:val="20"/>
                <w:szCs w:val="20"/>
              </w:rPr>
              <w:t>p</w:t>
            </w:r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sz w:val="20"/>
                <w:szCs w:val="20"/>
              </w:rPr>
              <w:t>e</w:t>
            </w:r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spacing w:val="-1"/>
                <w:w w:val="102"/>
                <w:sz w:val="20"/>
                <w:szCs w:val="20"/>
              </w:rPr>
              <w:t>s</w:t>
            </w:r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w w:val="101"/>
                <w:sz w:val="20"/>
                <w:szCs w:val="20"/>
              </w:rPr>
              <w:t>p</w:t>
            </w:r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w w:val="106"/>
                <w:sz w:val="20"/>
                <w:szCs w:val="20"/>
              </w:rPr>
              <w:t>ecia</w:t>
            </w:r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spacing w:val="-1"/>
                <w:w w:val="106"/>
                <w:sz w:val="20"/>
                <w:szCs w:val="20"/>
              </w:rPr>
              <w:t>l</w:t>
            </w:r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w w:val="112"/>
                <w:sz w:val="20"/>
                <w:szCs w:val="20"/>
              </w:rPr>
              <w:t>i</w:t>
            </w:r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spacing w:val="1"/>
                <w:w w:val="112"/>
                <w:sz w:val="20"/>
                <w:szCs w:val="20"/>
              </w:rPr>
              <w:t>t</w:t>
            </w:r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w w:val="106"/>
                <w:sz w:val="20"/>
                <w:szCs w:val="20"/>
              </w:rPr>
              <w:t>ă</w:t>
            </w:r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spacing w:val="1"/>
                <w:w w:val="106"/>
                <w:sz w:val="20"/>
                <w:szCs w:val="20"/>
              </w:rPr>
              <w:t>ț</w:t>
            </w:r>
            <w:r w:rsidRPr="002107A6">
              <w:rPr>
                <w:rFonts w:ascii="Times New Roman" w:eastAsia="Myriad Pro" w:hAnsi="Times New Roman" w:cs="Times New Roman"/>
                <w:b/>
                <w:bCs/>
                <w:color w:val="0D5F78"/>
                <w:w w:val="123"/>
                <w:sz w:val="20"/>
                <w:szCs w:val="20"/>
              </w:rPr>
              <w:t>i</w:t>
            </w:r>
            <w:proofErr w:type="spellEnd"/>
          </w:p>
        </w:tc>
      </w:tr>
    </w:tbl>
    <w:p w14:paraId="524A01C1" w14:textId="77777777" w:rsidR="00C43AF5" w:rsidRDefault="00C43AF5" w:rsidP="00C43AF5">
      <w:pPr>
        <w:spacing w:before="7" w:after="0" w:line="100" w:lineRule="exact"/>
        <w:rPr>
          <w:sz w:val="10"/>
          <w:szCs w:val="10"/>
        </w:rPr>
      </w:pPr>
    </w:p>
    <w:p w14:paraId="7C321C94" w14:textId="77777777" w:rsidR="00C43AF5" w:rsidRDefault="00C43AF5" w:rsidP="00C43AF5">
      <w:pPr>
        <w:spacing w:before="7" w:after="0" w:line="100" w:lineRule="exact"/>
        <w:rPr>
          <w:sz w:val="10"/>
          <w:szCs w:val="10"/>
        </w:rPr>
      </w:pPr>
    </w:p>
    <w:tbl>
      <w:tblPr>
        <w:tblW w:w="10932" w:type="dxa"/>
        <w:tblInd w:w="-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2"/>
        <w:gridCol w:w="3510"/>
      </w:tblGrid>
      <w:tr w:rsidR="00C43AF5" w:rsidRPr="00EA4F49" w14:paraId="17AAF9D3" w14:textId="77777777" w:rsidTr="009F78F9">
        <w:trPr>
          <w:trHeight w:hRule="exact" w:val="294"/>
        </w:trPr>
        <w:tc>
          <w:tcPr>
            <w:tcW w:w="10932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</w:tcPr>
          <w:p w14:paraId="297F674F" w14:textId="77777777" w:rsidR="00C43AF5" w:rsidRPr="00EA4F49" w:rsidRDefault="00C43AF5" w:rsidP="00A53362">
            <w:pPr>
              <w:spacing w:before="1" w:after="0" w:line="198" w:lineRule="exact"/>
              <w:ind w:left="138" w:right="-20"/>
              <w:rPr>
                <w:rFonts w:ascii="Times New Roman" w:eastAsia="Myriad Pro" w:hAnsi="Times New Roman" w:cs="Times New Roman"/>
                <w:b/>
                <w:bCs/>
                <w:sz w:val="20"/>
                <w:szCs w:val="20"/>
              </w:rPr>
            </w:pPr>
            <w:r w:rsidRPr="00EA4F49">
              <w:rPr>
                <w:rFonts w:ascii="Times New Roman" w:eastAsia="Myriad Pro" w:hAnsi="Times New Roman" w:cs="Times New Roman"/>
                <w:b/>
                <w:bCs/>
                <w:spacing w:val="1"/>
                <w:sz w:val="20"/>
                <w:szCs w:val="20"/>
              </w:rPr>
              <w:t>8</w:t>
            </w:r>
            <w:r w:rsidRPr="00EA4F49">
              <w:rPr>
                <w:rFonts w:ascii="Times New Roman" w:eastAsia="Myriad Pro" w:hAnsi="Times New Roman" w:cs="Times New Roman"/>
                <w:b/>
                <w:bCs/>
                <w:sz w:val="20"/>
                <w:szCs w:val="20"/>
              </w:rPr>
              <w:t>.</w:t>
            </w:r>
            <w:r w:rsidRPr="00EA4F49">
              <w:rPr>
                <w:rFonts w:ascii="Times New Roman" w:eastAsia="Myriad Pro" w:hAnsi="Times New Roman" w:cs="Times New Roman"/>
                <w:b/>
                <w:bCs/>
                <w:spacing w:val="14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b/>
                <w:bCs/>
                <w:w w:val="124"/>
                <w:sz w:val="20"/>
                <w:szCs w:val="20"/>
              </w:rPr>
              <w:t>CLASA</w:t>
            </w:r>
            <w:r w:rsidRPr="00EA4F49">
              <w:rPr>
                <w:rFonts w:ascii="Times New Roman" w:eastAsia="Myriad Pro" w:hAnsi="Times New Roman" w:cs="Times New Roman"/>
                <w:b/>
                <w:bCs/>
                <w:spacing w:val="4"/>
                <w:w w:val="124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b/>
                <w:bCs/>
                <w:w w:val="124"/>
                <w:sz w:val="20"/>
                <w:szCs w:val="20"/>
              </w:rPr>
              <w:t>DE</w:t>
            </w:r>
            <w:r w:rsidRPr="00EA4F49">
              <w:rPr>
                <w:rFonts w:ascii="Times New Roman" w:eastAsia="Myriad Pro" w:hAnsi="Times New Roman" w:cs="Times New Roman"/>
                <w:b/>
                <w:bCs/>
                <w:spacing w:val="-3"/>
                <w:w w:val="124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b/>
                <w:bCs/>
                <w:w w:val="124"/>
                <w:sz w:val="20"/>
                <w:szCs w:val="20"/>
              </w:rPr>
              <w:t>CONSECINȚE</w:t>
            </w:r>
            <w:r w:rsidRPr="00EA4F49">
              <w:rPr>
                <w:rFonts w:ascii="Times New Roman" w:eastAsia="Myriad Pro" w:hAnsi="Times New Roman" w:cs="Times New Roman"/>
                <w:b/>
                <w:bCs/>
                <w:spacing w:val="13"/>
                <w:w w:val="124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b/>
                <w:bCs/>
                <w:w w:val="83"/>
                <w:sz w:val="20"/>
                <w:szCs w:val="20"/>
              </w:rPr>
              <w:t>/</w:t>
            </w:r>
            <w:r w:rsidRPr="00EA4F49">
              <w:rPr>
                <w:rFonts w:ascii="Times New Roman" w:eastAsia="Myriad Pro" w:hAnsi="Times New Roman" w:cs="Times New Roman"/>
                <w:b/>
                <w:bCs/>
                <w:spacing w:val="12"/>
                <w:w w:val="83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b/>
                <w:bCs/>
                <w:w w:val="130"/>
                <w:sz w:val="20"/>
                <w:szCs w:val="20"/>
              </w:rPr>
              <w:t>VERIFICA</w:t>
            </w:r>
            <w:r w:rsidRPr="00EA4F49">
              <w:rPr>
                <w:rFonts w:ascii="Times New Roman" w:eastAsia="Myriad Pro" w:hAnsi="Times New Roman" w:cs="Times New Roman"/>
                <w:b/>
                <w:bCs/>
                <w:spacing w:val="1"/>
                <w:w w:val="130"/>
                <w:sz w:val="20"/>
                <w:szCs w:val="20"/>
              </w:rPr>
              <w:t>R</w:t>
            </w:r>
            <w:r w:rsidRPr="00EA4F49">
              <w:rPr>
                <w:rFonts w:ascii="Times New Roman" w:eastAsia="Myriad Pro" w:hAnsi="Times New Roman" w:cs="Times New Roman"/>
                <w:b/>
                <w:bCs/>
                <w:w w:val="130"/>
                <w:sz w:val="20"/>
                <w:szCs w:val="20"/>
              </w:rPr>
              <w:t>EA</w:t>
            </w:r>
            <w:r w:rsidRPr="00EA4F49">
              <w:rPr>
                <w:rFonts w:ascii="Times New Roman" w:eastAsia="Myriad Pro" w:hAnsi="Times New Roman" w:cs="Times New Roman"/>
                <w:b/>
                <w:bCs/>
                <w:spacing w:val="31"/>
                <w:w w:val="130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b/>
                <w:bCs/>
                <w:w w:val="130"/>
                <w:sz w:val="20"/>
                <w:szCs w:val="20"/>
              </w:rPr>
              <w:t>TEHNICĂ</w:t>
            </w:r>
          </w:p>
        </w:tc>
      </w:tr>
      <w:tr w:rsidR="00C43AF5" w:rsidRPr="00EA4F49" w14:paraId="24B1EB6E" w14:textId="77777777" w:rsidTr="009F78F9">
        <w:trPr>
          <w:trHeight w:hRule="exact" w:val="216"/>
        </w:trPr>
        <w:tc>
          <w:tcPr>
            <w:tcW w:w="10932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153EC901" w14:textId="77777777" w:rsidR="00C43AF5" w:rsidRPr="00EA4F49" w:rsidRDefault="00C43AF5" w:rsidP="00A53362">
            <w:pPr>
              <w:spacing w:after="0" w:line="205" w:lineRule="exact"/>
              <w:ind w:left="137" w:right="-20"/>
              <w:rPr>
                <w:rFonts w:ascii="Times New Roman" w:eastAsia="Myriad Pro" w:hAnsi="Times New Roman" w:cs="Times New Roman"/>
                <w:sz w:val="20"/>
                <w:szCs w:val="20"/>
              </w:rPr>
            </w:pPr>
            <w:r w:rsidRPr="00EA4F49">
              <w:rPr>
                <w:rFonts w:ascii="Segoe UI Symbol" w:eastAsia="Arial Unicode MS" w:hAnsi="Segoe UI Symbol" w:cs="Segoe UI Symbol"/>
                <w:sz w:val="20"/>
                <w:szCs w:val="20"/>
              </w:rPr>
              <w:t>☐</w:t>
            </w:r>
            <w:r w:rsidRPr="00EA4F49">
              <w:rPr>
                <w:rFonts w:ascii="Times New Roman" w:eastAsia="Arial Unicode MS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 xml:space="preserve">CC </w:t>
            </w:r>
            <w:r w:rsidRPr="00EA4F49">
              <w:rPr>
                <w:rFonts w:ascii="Times New Roman" w:eastAsia="Myriad Pro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1</w:t>
            </w:r>
            <w:r w:rsidRPr="00EA4F49">
              <w:rPr>
                <w:rFonts w:ascii="Times New Roman" w:eastAsia="Myriad Pro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w w:val="83"/>
                <w:sz w:val="20"/>
                <w:szCs w:val="20"/>
              </w:rPr>
              <w:t>/</w:t>
            </w:r>
            <w:r w:rsidRPr="00EA4F49">
              <w:rPr>
                <w:rFonts w:ascii="Times New Roman" w:eastAsia="Myriad Pro" w:hAnsi="Times New Roman" w:cs="Times New Roman"/>
                <w:spacing w:val="12"/>
                <w:w w:val="83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w w:val="118"/>
                <w:sz w:val="20"/>
                <w:szCs w:val="20"/>
              </w:rPr>
              <w:t>NVP</w:t>
            </w:r>
            <w:r w:rsidRPr="00EA4F49">
              <w:rPr>
                <w:rFonts w:ascii="Times New Roman" w:eastAsia="Myriad Pro" w:hAnsi="Times New Roman" w:cs="Times New Roman"/>
                <w:spacing w:val="1"/>
                <w:w w:val="118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 xml:space="preserve">1     </w:t>
            </w:r>
            <w:r w:rsidRPr="00EA4F49">
              <w:rPr>
                <w:rFonts w:ascii="Times New Roman" w:eastAsia="Myriad Pro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EA4F49">
              <w:rPr>
                <w:rFonts w:ascii="Segoe UI Symbol" w:eastAsia="Arial Unicode MS" w:hAnsi="Segoe UI Symbol" w:cs="Segoe UI Symbol"/>
                <w:sz w:val="20"/>
                <w:szCs w:val="20"/>
              </w:rPr>
              <w:t>☐</w:t>
            </w:r>
            <w:r w:rsidRPr="00EA4F49">
              <w:rPr>
                <w:rFonts w:ascii="Times New Roman" w:eastAsia="Arial Unicode MS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 xml:space="preserve">CC </w:t>
            </w:r>
            <w:r w:rsidRPr="00EA4F49">
              <w:rPr>
                <w:rFonts w:ascii="Times New Roman" w:eastAsia="Myriad Pro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2</w:t>
            </w:r>
            <w:r w:rsidRPr="00EA4F49">
              <w:rPr>
                <w:rFonts w:ascii="Times New Roman" w:eastAsia="Myriad Pro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w w:val="83"/>
                <w:sz w:val="20"/>
                <w:szCs w:val="20"/>
              </w:rPr>
              <w:t>/</w:t>
            </w:r>
            <w:r w:rsidRPr="00EA4F49">
              <w:rPr>
                <w:rFonts w:ascii="Times New Roman" w:eastAsia="Myriad Pro" w:hAnsi="Times New Roman" w:cs="Times New Roman"/>
                <w:spacing w:val="13"/>
                <w:w w:val="83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w w:val="118"/>
                <w:sz w:val="20"/>
                <w:szCs w:val="20"/>
              </w:rPr>
              <w:t>NVP</w:t>
            </w:r>
            <w:r w:rsidRPr="00EA4F49">
              <w:rPr>
                <w:rFonts w:ascii="Times New Roman" w:eastAsia="Myriad Pro" w:hAnsi="Times New Roman" w:cs="Times New Roman"/>
                <w:spacing w:val="1"/>
                <w:w w:val="118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 xml:space="preserve">2     </w:t>
            </w:r>
            <w:r w:rsidRPr="00EA4F49">
              <w:rPr>
                <w:rFonts w:ascii="Times New Roman" w:eastAsia="Myriad Pro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EA4F49">
              <w:rPr>
                <w:rFonts w:ascii="Segoe UI Symbol" w:eastAsia="Arial Unicode MS" w:hAnsi="Segoe UI Symbol" w:cs="Segoe UI Symbol"/>
                <w:sz w:val="20"/>
                <w:szCs w:val="20"/>
              </w:rPr>
              <w:t>☐</w:t>
            </w:r>
            <w:r w:rsidRPr="00EA4F49">
              <w:rPr>
                <w:rFonts w:ascii="Times New Roman" w:eastAsia="Arial Unicode MS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 xml:space="preserve">CC </w:t>
            </w:r>
            <w:r w:rsidRPr="00EA4F49">
              <w:rPr>
                <w:rFonts w:ascii="Times New Roman" w:eastAsia="Myriad Pro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3</w:t>
            </w:r>
            <w:r w:rsidRPr="00EA4F49">
              <w:rPr>
                <w:rFonts w:ascii="Times New Roman" w:eastAsia="Myriad Pro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w w:val="83"/>
                <w:sz w:val="20"/>
                <w:szCs w:val="20"/>
              </w:rPr>
              <w:t>/</w:t>
            </w:r>
            <w:r w:rsidRPr="00EA4F49">
              <w:rPr>
                <w:rFonts w:ascii="Times New Roman" w:eastAsia="Myriad Pro" w:hAnsi="Times New Roman" w:cs="Times New Roman"/>
                <w:spacing w:val="12"/>
                <w:w w:val="83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w w:val="118"/>
                <w:sz w:val="20"/>
                <w:szCs w:val="20"/>
              </w:rPr>
              <w:t>NVP</w:t>
            </w:r>
            <w:r w:rsidRPr="00EA4F49">
              <w:rPr>
                <w:rFonts w:ascii="Times New Roman" w:eastAsia="Myriad Pro" w:hAnsi="Times New Roman" w:cs="Times New Roman"/>
                <w:spacing w:val="1"/>
                <w:w w:val="118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 xml:space="preserve">3     </w:t>
            </w:r>
            <w:r w:rsidRPr="00EA4F49">
              <w:rPr>
                <w:rFonts w:ascii="Times New Roman" w:eastAsia="Myriad Pro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EA4F49">
              <w:rPr>
                <w:rFonts w:ascii="Segoe UI Symbol" w:eastAsia="Arial Unicode MS" w:hAnsi="Segoe UI Symbol" w:cs="Segoe UI Symbol"/>
                <w:sz w:val="20"/>
                <w:szCs w:val="20"/>
              </w:rPr>
              <w:t>☐</w:t>
            </w:r>
            <w:r w:rsidRPr="00EA4F49">
              <w:rPr>
                <w:rFonts w:ascii="Times New Roman" w:eastAsia="Arial Unicode MS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 xml:space="preserve">CC </w:t>
            </w:r>
            <w:r w:rsidRPr="00EA4F49">
              <w:rPr>
                <w:rFonts w:ascii="Times New Roman" w:eastAsia="Myriad Pro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4</w:t>
            </w:r>
            <w:r w:rsidRPr="00EA4F49">
              <w:rPr>
                <w:rFonts w:ascii="Times New Roman" w:eastAsia="Myriad Pro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w w:val="83"/>
                <w:sz w:val="20"/>
                <w:szCs w:val="20"/>
              </w:rPr>
              <w:t>/</w:t>
            </w:r>
            <w:r w:rsidRPr="00EA4F49">
              <w:rPr>
                <w:rFonts w:ascii="Times New Roman" w:eastAsia="Myriad Pro" w:hAnsi="Times New Roman" w:cs="Times New Roman"/>
                <w:spacing w:val="12"/>
                <w:w w:val="83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w w:val="118"/>
                <w:sz w:val="20"/>
                <w:szCs w:val="20"/>
              </w:rPr>
              <w:t>NVP</w:t>
            </w:r>
            <w:r w:rsidRPr="00EA4F49">
              <w:rPr>
                <w:rFonts w:ascii="Times New Roman" w:eastAsia="Myriad Pro" w:hAnsi="Times New Roman" w:cs="Times New Roman"/>
                <w:spacing w:val="1"/>
                <w:w w:val="118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4</w:t>
            </w:r>
          </w:p>
        </w:tc>
      </w:tr>
      <w:tr w:rsidR="00C43AF5" w:rsidRPr="00EA4F49" w14:paraId="6D082FDD" w14:textId="77777777" w:rsidTr="009F78F9">
        <w:trPr>
          <w:trHeight w:hRule="exact" w:val="504"/>
        </w:trPr>
        <w:tc>
          <w:tcPr>
            <w:tcW w:w="7422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58A19A0D" w14:textId="77777777" w:rsidR="00C43AF5" w:rsidRPr="00EA4F49" w:rsidRDefault="00C43AF5" w:rsidP="00A53362">
            <w:pPr>
              <w:spacing w:before="2" w:after="0" w:line="240" w:lineRule="auto"/>
              <w:ind w:left="99" w:right="-20"/>
              <w:rPr>
                <w:rFonts w:ascii="Times New Roman" w:eastAsia="Myriad Pro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reziste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1"/>
                <w:sz w:val="20"/>
                <w:szCs w:val="20"/>
              </w:rPr>
              <w:t>n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ță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spacing w:val="-1"/>
                <w:sz w:val="20"/>
                <w:szCs w:val="20"/>
              </w:rPr>
              <w:t>m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ecan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-1"/>
                <w:sz w:val="20"/>
                <w:szCs w:val="20"/>
              </w:rPr>
              <w:t>i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că</w:t>
            </w:r>
            <w:proofErr w:type="spellEnd"/>
            <w:proofErr w:type="gramEnd"/>
            <w:r w:rsidRPr="00EA4F49">
              <w:rPr>
                <w:rFonts w:ascii="Times New Roman" w:eastAsia="Myriad Pro" w:hAnsi="Times New Roman" w:cs="Times New Roman"/>
                <w:color w:val="0D5F78"/>
                <w:spacing w:val="28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și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16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stabilit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1"/>
                <w:sz w:val="20"/>
                <w:szCs w:val="20"/>
              </w:rPr>
              <w:t>a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te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11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—</w:t>
            </w:r>
            <w:proofErr w:type="gramEnd"/>
            <w:r w:rsidRPr="00EA4F49">
              <w:rPr>
                <w:rFonts w:ascii="Times New Roman" w:eastAsia="Myriad Pro" w:hAnsi="Times New Roman" w:cs="Times New Roman"/>
                <w:color w:val="0D5F78"/>
                <w:spacing w:val="11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nume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și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16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prenume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2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spacing w:val="-1"/>
                <w:w w:val="108"/>
                <w:sz w:val="20"/>
                <w:szCs w:val="20"/>
              </w:rPr>
              <w:t>v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-1"/>
                <w:w w:val="92"/>
                <w:sz w:val="20"/>
                <w:szCs w:val="20"/>
              </w:rPr>
              <w:t>e</w:t>
            </w:r>
            <w:r w:rsidRPr="00EA4F49">
              <w:rPr>
                <w:rFonts w:ascii="Times New Roman" w:eastAsia="Myriad Pro" w:hAnsi="Times New Roman" w:cs="Times New Roman"/>
                <w:color w:val="0D5F78"/>
                <w:w w:val="127"/>
                <w:sz w:val="20"/>
                <w:szCs w:val="20"/>
              </w:rPr>
              <w:t>rif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-1"/>
                <w:w w:val="127"/>
                <w:sz w:val="20"/>
                <w:szCs w:val="20"/>
              </w:rPr>
              <w:t>i</w:t>
            </w:r>
            <w:r w:rsidRPr="00EA4F49">
              <w:rPr>
                <w:rFonts w:ascii="Times New Roman" w:eastAsia="Myriad Pro" w:hAnsi="Times New Roman" w:cs="Times New Roman"/>
                <w:color w:val="0D5F78"/>
                <w:w w:val="108"/>
                <w:sz w:val="20"/>
                <w:szCs w:val="20"/>
              </w:rPr>
              <w:t>cator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7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/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-1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-1"/>
                <w:w w:val="113"/>
                <w:sz w:val="20"/>
                <w:szCs w:val="20"/>
              </w:rPr>
              <w:t>n</w:t>
            </w:r>
            <w:r w:rsidRPr="00EA4F49">
              <w:rPr>
                <w:rFonts w:ascii="Times New Roman" w:eastAsia="Myriad Pro" w:hAnsi="Times New Roman" w:cs="Times New Roman"/>
                <w:color w:val="0D5F78"/>
                <w:w w:val="113"/>
                <w:sz w:val="20"/>
                <w:szCs w:val="20"/>
              </w:rPr>
              <w:t>r.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13"/>
                <w:w w:val="11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w w:val="113"/>
                <w:sz w:val="20"/>
                <w:szCs w:val="20"/>
              </w:rPr>
              <w:t>atestat</w:t>
            </w:r>
            <w:proofErr w:type="spellEnd"/>
          </w:p>
        </w:tc>
        <w:tc>
          <w:tcPr>
            <w:tcW w:w="351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4A9FBC50" w14:textId="193473C9" w:rsidR="00C43AF5" w:rsidRPr="00EA4F49" w:rsidRDefault="00C43AF5" w:rsidP="00A53362">
            <w:pPr>
              <w:spacing w:before="2" w:after="0" w:line="240" w:lineRule="auto"/>
              <w:ind w:left="99" w:right="-20"/>
              <w:rPr>
                <w:rFonts w:ascii="Times New Roman" w:eastAsia="Myriad Pro" w:hAnsi="Times New Roman" w:cs="Times New Roman"/>
                <w:sz w:val="20"/>
                <w:szCs w:val="20"/>
              </w:rPr>
            </w:pP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w w:val="112"/>
                <w:sz w:val="20"/>
                <w:szCs w:val="20"/>
              </w:rPr>
              <w:t>Referat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2"/>
                <w:w w:val="112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 xml:space="preserve">nr. </w:t>
            </w:r>
            <w:r w:rsidR="009F78F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 xml:space="preserve">       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5"/>
                <w:sz w:val="20"/>
                <w:szCs w:val="20"/>
              </w:rPr>
              <w:t xml:space="preserve"> </w:t>
            </w:r>
            <w:r w:rsidR="009F78F9">
              <w:rPr>
                <w:rFonts w:ascii="Times New Roman" w:eastAsia="Myriad Pro" w:hAnsi="Times New Roman" w:cs="Times New Roman"/>
                <w:color w:val="0D5F78"/>
                <w:spacing w:val="5"/>
                <w:sz w:val="20"/>
                <w:szCs w:val="20"/>
              </w:rPr>
              <w:t xml:space="preserve">    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/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-2"/>
                <w:sz w:val="20"/>
                <w:szCs w:val="20"/>
              </w:rPr>
              <w:t xml:space="preserve"> </w:t>
            </w:r>
          </w:p>
        </w:tc>
      </w:tr>
      <w:tr w:rsidR="00C43AF5" w:rsidRPr="00EA4F49" w14:paraId="25947523" w14:textId="77777777" w:rsidTr="009F78F9">
        <w:trPr>
          <w:trHeight w:hRule="exact" w:val="505"/>
        </w:trPr>
        <w:tc>
          <w:tcPr>
            <w:tcW w:w="7422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6E211337" w14:textId="77777777" w:rsidR="00C43AF5" w:rsidRPr="00EA4F49" w:rsidRDefault="00C43AF5" w:rsidP="00A53362">
            <w:pPr>
              <w:spacing w:before="2" w:after="0" w:line="240" w:lineRule="auto"/>
              <w:ind w:left="99" w:right="-20"/>
              <w:rPr>
                <w:rFonts w:ascii="Times New Roman" w:eastAsia="Myriad Pro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s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1"/>
                <w:sz w:val="20"/>
                <w:szCs w:val="20"/>
              </w:rPr>
              <w:t>e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curitate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8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-1"/>
                <w:sz w:val="20"/>
                <w:szCs w:val="20"/>
              </w:rPr>
              <w:t>l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a</w:t>
            </w:r>
            <w:proofErr w:type="gramEnd"/>
            <w:r w:rsidRPr="00EA4F49">
              <w:rPr>
                <w:rFonts w:ascii="Times New Roman" w:eastAsia="Myriad Pro" w:hAnsi="Times New Roman" w:cs="Times New Roman"/>
                <w:color w:val="0D5F78"/>
                <w:spacing w:val="19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incendiu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28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—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11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nume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și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14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prenume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21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w w:val="111"/>
                <w:sz w:val="20"/>
                <w:szCs w:val="20"/>
              </w:rPr>
              <w:t>verificator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4"/>
                <w:w w:val="111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/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-3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 xml:space="preserve">nr. 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6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w w:val="103"/>
                <w:sz w:val="20"/>
                <w:szCs w:val="20"/>
              </w:rPr>
              <w:t>atestat</w:t>
            </w:r>
            <w:proofErr w:type="spellEnd"/>
          </w:p>
        </w:tc>
        <w:tc>
          <w:tcPr>
            <w:tcW w:w="351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05EB0E69" w14:textId="2CE028C6" w:rsidR="00C43AF5" w:rsidRPr="00EA4F49" w:rsidRDefault="00C43AF5" w:rsidP="00A53362">
            <w:pPr>
              <w:spacing w:before="2" w:after="0" w:line="240" w:lineRule="auto"/>
              <w:ind w:left="99" w:right="-20"/>
              <w:rPr>
                <w:rFonts w:ascii="Times New Roman" w:eastAsia="Myriad Pro" w:hAnsi="Times New Roman" w:cs="Times New Roman"/>
                <w:sz w:val="20"/>
                <w:szCs w:val="20"/>
              </w:rPr>
            </w:pP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w w:val="112"/>
                <w:sz w:val="20"/>
                <w:szCs w:val="20"/>
              </w:rPr>
              <w:t>Referat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2"/>
                <w:w w:val="112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 xml:space="preserve">nr. 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5"/>
                <w:sz w:val="20"/>
                <w:szCs w:val="20"/>
              </w:rPr>
              <w:t xml:space="preserve"> </w:t>
            </w:r>
            <w:r w:rsidR="009F78F9">
              <w:rPr>
                <w:rFonts w:ascii="Times New Roman" w:eastAsia="Myriad Pro" w:hAnsi="Times New Roman" w:cs="Times New Roman"/>
                <w:color w:val="0D5F78"/>
                <w:spacing w:val="5"/>
                <w:sz w:val="20"/>
                <w:szCs w:val="20"/>
              </w:rPr>
              <w:t xml:space="preserve">          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/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-2"/>
                <w:sz w:val="20"/>
                <w:szCs w:val="20"/>
              </w:rPr>
              <w:t xml:space="preserve"> </w:t>
            </w:r>
          </w:p>
        </w:tc>
      </w:tr>
      <w:tr w:rsidR="00C43AF5" w:rsidRPr="00EA4F49" w14:paraId="5AF02318" w14:textId="77777777" w:rsidTr="009F78F9">
        <w:trPr>
          <w:trHeight w:hRule="exact" w:val="504"/>
        </w:trPr>
        <w:tc>
          <w:tcPr>
            <w:tcW w:w="7422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4B5E92E3" w14:textId="77777777" w:rsidR="00C43AF5" w:rsidRPr="00EA4F49" w:rsidRDefault="00C43AF5" w:rsidP="00A53362">
            <w:pPr>
              <w:spacing w:before="2" w:after="0" w:line="240" w:lineRule="auto"/>
              <w:ind w:left="99" w:right="-20"/>
              <w:rPr>
                <w:rFonts w:ascii="Times New Roman" w:eastAsia="Myriad Pro" w:hAnsi="Times New Roman" w:cs="Times New Roman"/>
                <w:sz w:val="20"/>
                <w:szCs w:val="20"/>
              </w:rPr>
            </w:pP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ig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-1"/>
                <w:sz w:val="20"/>
                <w:szCs w:val="20"/>
              </w:rPr>
              <w:t>i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enă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,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25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spacing w:val="1"/>
                <w:sz w:val="20"/>
                <w:szCs w:val="20"/>
              </w:rPr>
              <w:t>să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nătate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24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și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15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med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-1"/>
                <w:sz w:val="20"/>
                <w:szCs w:val="20"/>
              </w:rPr>
              <w:t>i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u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16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w w:val="109"/>
                <w:sz w:val="20"/>
                <w:szCs w:val="20"/>
              </w:rPr>
              <w:t>înconjurător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4"/>
                <w:w w:val="109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—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11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nume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9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și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16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pre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1"/>
                <w:sz w:val="20"/>
                <w:szCs w:val="20"/>
              </w:rPr>
              <w:t>n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ume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26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w w:val="111"/>
                <w:sz w:val="20"/>
                <w:szCs w:val="20"/>
              </w:rPr>
              <w:t>verificator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4"/>
                <w:w w:val="111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/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-1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-1"/>
                <w:w w:val="113"/>
                <w:sz w:val="20"/>
                <w:szCs w:val="20"/>
              </w:rPr>
              <w:t>n</w:t>
            </w:r>
            <w:r w:rsidRPr="00EA4F49">
              <w:rPr>
                <w:rFonts w:ascii="Times New Roman" w:eastAsia="Myriad Pro" w:hAnsi="Times New Roman" w:cs="Times New Roman"/>
                <w:color w:val="0D5F78"/>
                <w:w w:val="113"/>
                <w:sz w:val="20"/>
                <w:szCs w:val="20"/>
              </w:rPr>
              <w:t>r.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11"/>
                <w:w w:val="11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w w:val="113"/>
                <w:sz w:val="20"/>
                <w:szCs w:val="20"/>
              </w:rPr>
              <w:t>atestat</w:t>
            </w:r>
            <w:proofErr w:type="spellEnd"/>
          </w:p>
        </w:tc>
        <w:tc>
          <w:tcPr>
            <w:tcW w:w="351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0635D9C6" w14:textId="63B75AEA" w:rsidR="00C43AF5" w:rsidRPr="00EA4F49" w:rsidRDefault="00C43AF5" w:rsidP="00A53362">
            <w:pPr>
              <w:spacing w:before="2" w:after="0" w:line="240" w:lineRule="auto"/>
              <w:ind w:left="99" w:right="-20"/>
              <w:rPr>
                <w:rFonts w:ascii="Times New Roman" w:eastAsia="Myriad Pro" w:hAnsi="Times New Roman" w:cs="Times New Roman"/>
                <w:sz w:val="20"/>
                <w:szCs w:val="20"/>
              </w:rPr>
            </w:pP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w w:val="112"/>
                <w:sz w:val="20"/>
                <w:szCs w:val="20"/>
              </w:rPr>
              <w:t>Referat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2"/>
                <w:w w:val="112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 xml:space="preserve">nr. 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5"/>
                <w:sz w:val="20"/>
                <w:szCs w:val="20"/>
              </w:rPr>
              <w:t xml:space="preserve"> </w:t>
            </w:r>
            <w:r w:rsidR="009F78F9">
              <w:rPr>
                <w:rFonts w:ascii="Times New Roman" w:eastAsia="Myriad Pro" w:hAnsi="Times New Roman" w:cs="Times New Roman"/>
                <w:color w:val="0D5F78"/>
                <w:spacing w:val="5"/>
                <w:sz w:val="20"/>
                <w:szCs w:val="20"/>
              </w:rPr>
              <w:t xml:space="preserve">          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/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-2"/>
                <w:sz w:val="20"/>
                <w:szCs w:val="20"/>
              </w:rPr>
              <w:t xml:space="preserve"> </w:t>
            </w:r>
          </w:p>
        </w:tc>
      </w:tr>
      <w:tr w:rsidR="00C43AF5" w:rsidRPr="00EA4F49" w14:paraId="5DAB22CA" w14:textId="77777777" w:rsidTr="009F78F9">
        <w:trPr>
          <w:trHeight w:hRule="exact" w:val="504"/>
        </w:trPr>
        <w:tc>
          <w:tcPr>
            <w:tcW w:w="7422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497F4954" w14:textId="77777777" w:rsidR="00C43AF5" w:rsidRPr="00EA4F49" w:rsidRDefault="00C43AF5" w:rsidP="00A53362">
            <w:pPr>
              <w:spacing w:before="2" w:after="0" w:line="240" w:lineRule="auto"/>
              <w:ind w:left="99" w:right="-20"/>
              <w:rPr>
                <w:rFonts w:ascii="Times New Roman" w:eastAsia="Myriad Pro" w:hAnsi="Times New Roman" w:cs="Times New Roman"/>
                <w:sz w:val="20"/>
                <w:szCs w:val="20"/>
              </w:rPr>
            </w:pP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w w:val="106"/>
                <w:sz w:val="20"/>
                <w:szCs w:val="20"/>
              </w:rPr>
              <w:t>sigura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1"/>
                <w:w w:val="106"/>
                <w:sz w:val="20"/>
                <w:szCs w:val="20"/>
              </w:rPr>
              <w:t>n</w:t>
            </w:r>
            <w:r w:rsidRPr="00EA4F49">
              <w:rPr>
                <w:rFonts w:ascii="Times New Roman" w:eastAsia="Myriad Pro" w:hAnsi="Times New Roman" w:cs="Times New Roman"/>
                <w:color w:val="0D5F78"/>
                <w:w w:val="106"/>
                <w:sz w:val="20"/>
                <w:szCs w:val="20"/>
              </w:rPr>
              <w:t>ță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9"/>
                <w:w w:val="106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și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15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accesibil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-1"/>
                <w:sz w:val="20"/>
                <w:szCs w:val="20"/>
              </w:rPr>
              <w:t>i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tate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11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spacing w:val="-1"/>
                <w:sz w:val="20"/>
                <w:szCs w:val="20"/>
              </w:rPr>
              <w:t>î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n</w:t>
            </w:r>
            <w:proofErr w:type="spellEnd"/>
            <w:proofErr w:type="gramEnd"/>
            <w:r w:rsidRPr="00EA4F49">
              <w:rPr>
                <w:rFonts w:ascii="Times New Roman" w:eastAsia="Myriad Pro" w:hAnsi="Times New Roman" w:cs="Times New Roman"/>
                <w:color w:val="0D5F78"/>
                <w:spacing w:val="18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exploatare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8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—</w:t>
            </w:r>
            <w:proofErr w:type="gramEnd"/>
            <w:r w:rsidRPr="00EA4F49">
              <w:rPr>
                <w:rFonts w:ascii="Times New Roman" w:eastAsia="Myriad Pro" w:hAnsi="Times New Roman" w:cs="Times New Roman"/>
                <w:color w:val="0D5F78"/>
                <w:spacing w:val="11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nume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și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15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prenume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2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spacing w:val="-1"/>
                <w:w w:val="111"/>
                <w:sz w:val="20"/>
                <w:szCs w:val="20"/>
              </w:rPr>
              <w:t>v</w:t>
            </w:r>
            <w:r w:rsidRPr="00EA4F49">
              <w:rPr>
                <w:rFonts w:ascii="Times New Roman" w:eastAsia="Myriad Pro" w:hAnsi="Times New Roman" w:cs="Times New Roman"/>
                <w:color w:val="0D5F78"/>
                <w:w w:val="111"/>
                <w:sz w:val="20"/>
                <w:szCs w:val="20"/>
              </w:rPr>
              <w:t>er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-1"/>
                <w:w w:val="111"/>
                <w:sz w:val="20"/>
                <w:szCs w:val="20"/>
              </w:rPr>
              <w:t>i</w:t>
            </w:r>
            <w:r w:rsidRPr="00EA4F49">
              <w:rPr>
                <w:rFonts w:ascii="Times New Roman" w:eastAsia="Myriad Pro" w:hAnsi="Times New Roman" w:cs="Times New Roman"/>
                <w:color w:val="0D5F78"/>
                <w:w w:val="111"/>
                <w:sz w:val="20"/>
                <w:szCs w:val="20"/>
              </w:rPr>
              <w:t>f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-1"/>
                <w:w w:val="111"/>
                <w:sz w:val="20"/>
                <w:szCs w:val="20"/>
              </w:rPr>
              <w:t>i</w:t>
            </w:r>
            <w:r w:rsidRPr="00EA4F49">
              <w:rPr>
                <w:rFonts w:ascii="Times New Roman" w:eastAsia="Myriad Pro" w:hAnsi="Times New Roman" w:cs="Times New Roman"/>
                <w:color w:val="0D5F78"/>
                <w:w w:val="111"/>
                <w:sz w:val="20"/>
                <w:szCs w:val="20"/>
              </w:rPr>
              <w:t>cator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4"/>
                <w:w w:val="111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/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-1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-1"/>
                <w:w w:val="113"/>
                <w:sz w:val="20"/>
                <w:szCs w:val="20"/>
              </w:rPr>
              <w:t>n</w:t>
            </w:r>
            <w:r w:rsidRPr="00EA4F49">
              <w:rPr>
                <w:rFonts w:ascii="Times New Roman" w:eastAsia="Myriad Pro" w:hAnsi="Times New Roman" w:cs="Times New Roman"/>
                <w:color w:val="0D5F78"/>
                <w:w w:val="113"/>
                <w:sz w:val="20"/>
                <w:szCs w:val="20"/>
              </w:rPr>
              <w:t>r.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13"/>
                <w:w w:val="11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w w:val="113"/>
                <w:sz w:val="20"/>
                <w:szCs w:val="20"/>
              </w:rPr>
              <w:t>atestat</w:t>
            </w:r>
            <w:proofErr w:type="spellEnd"/>
          </w:p>
        </w:tc>
        <w:tc>
          <w:tcPr>
            <w:tcW w:w="351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332CEDCA" w14:textId="200176C1" w:rsidR="00C43AF5" w:rsidRPr="00EA4F49" w:rsidRDefault="00C43AF5" w:rsidP="00A53362">
            <w:pPr>
              <w:spacing w:before="2" w:after="0" w:line="240" w:lineRule="auto"/>
              <w:ind w:left="99" w:right="-20"/>
              <w:rPr>
                <w:rFonts w:ascii="Times New Roman" w:eastAsia="Myriad Pro" w:hAnsi="Times New Roman" w:cs="Times New Roman"/>
                <w:sz w:val="20"/>
                <w:szCs w:val="20"/>
              </w:rPr>
            </w:pP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w w:val="112"/>
                <w:sz w:val="20"/>
                <w:szCs w:val="20"/>
              </w:rPr>
              <w:t>Referat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2"/>
                <w:w w:val="112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 xml:space="preserve">nr. 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5"/>
                <w:sz w:val="20"/>
                <w:szCs w:val="20"/>
              </w:rPr>
              <w:t xml:space="preserve"> </w:t>
            </w:r>
            <w:r w:rsidR="009F78F9">
              <w:rPr>
                <w:rFonts w:ascii="Times New Roman" w:eastAsia="Myriad Pro" w:hAnsi="Times New Roman" w:cs="Times New Roman"/>
                <w:color w:val="0D5F78"/>
                <w:spacing w:val="5"/>
                <w:sz w:val="20"/>
                <w:szCs w:val="20"/>
              </w:rPr>
              <w:t xml:space="preserve">          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/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-2"/>
                <w:sz w:val="20"/>
                <w:szCs w:val="20"/>
              </w:rPr>
              <w:t xml:space="preserve"> </w:t>
            </w:r>
          </w:p>
        </w:tc>
      </w:tr>
      <w:tr w:rsidR="00C43AF5" w:rsidRPr="00EA4F49" w14:paraId="422B42B9" w14:textId="77777777" w:rsidTr="009F78F9">
        <w:trPr>
          <w:trHeight w:hRule="exact" w:val="505"/>
        </w:trPr>
        <w:tc>
          <w:tcPr>
            <w:tcW w:w="7422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0962995F" w14:textId="77777777" w:rsidR="00C43AF5" w:rsidRPr="00EA4F49" w:rsidRDefault="00C43AF5" w:rsidP="00A53362">
            <w:pPr>
              <w:spacing w:before="2" w:after="0" w:line="240" w:lineRule="auto"/>
              <w:ind w:left="99" w:right="-20"/>
              <w:rPr>
                <w:rFonts w:ascii="Times New Roman" w:eastAsia="Myriad Pro" w:hAnsi="Times New Roman" w:cs="Times New Roman"/>
                <w:sz w:val="20"/>
                <w:szCs w:val="20"/>
              </w:rPr>
            </w:pP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protecție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2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w w:val="107"/>
                <w:sz w:val="20"/>
                <w:szCs w:val="20"/>
              </w:rPr>
              <w:t>împotr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-1"/>
                <w:w w:val="107"/>
                <w:sz w:val="20"/>
                <w:szCs w:val="20"/>
              </w:rPr>
              <w:t>i</w:t>
            </w:r>
            <w:r w:rsidRPr="00EA4F49">
              <w:rPr>
                <w:rFonts w:ascii="Times New Roman" w:eastAsia="Myriad Pro" w:hAnsi="Times New Roman" w:cs="Times New Roman"/>
                <w:color w:val="0D5F78"/>
                <w:w w:val="107"/>
                <w:sz w:val="20"/>
                <w:szCs w:val="20"/>
              </w:rPr>
              <w:t>va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9"/>
                <w:w w:val="107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spacing w:val="-1"/>
                <w:sz w:val="20"/>
                <w:szCs w:val="20"/>
              </w:rPr>
              <w:t>z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gomot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1"/>
                <w:sz w:val="20"/>
                <w:szCs w:val="20"/>
              </w:rPr>
              <w:t>u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-1"/>
                <w:sz w:val="20"/>
                <w:szCs w:val="20"/>
              </w:rPr>
              <w:t>l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ui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26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—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11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nu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-1"/>
                <w:sz w:val="20"/>
                <w:szCs w:val="20"/>
              </w:rPr>
              <w:t>m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e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și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16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prenume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21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w w:val="111"/>
                <w:sz w:val="20"/>
                <w:szCs w:val="20"/>
              </w:rPr>
              <w:t>verificator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4"/>
                <w:w w:val="111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/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-3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 xml:space="preserve">nr. 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6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w w:val="101"/>
                <w:sz w:val="20"/>
                <w:szCs w:val="20"/>
              </w:rPr>
              <w:t>at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1"/>
                <w:w w:val="101"/>
                <w:sz w:val="20"/>
                <w:szCs w:val="20"/>
              </w:rPr>
              <w:t>e</w:t>
            </w:r>
            <w:r w:rsidRPr="00EA4F49">
              <w:rPr>
                <w:rFonts w:ascii="Times New Roman" w:eastAsia="Myriad Pro" w:hAnsi="Times New Roman" w:cs="Times New Roman"/>
                <w:color w:val="0D5F78"/>
                <w:w w:val="104"/>
                <w:sz w:val="20"/>
                <w:szCs w:val="20"/>
              </w:rPr>
              <w:t>stat</w:t>
            </w:r>
            <w:proofErr w:type="spellEnd"/>
          </w:p>
        </w:tc>
        <w:tc>
          <w:tcPr>
            <w:tcW w:w="351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26A279E6" w14:textId="3EF2A6A5" w:rsidR="00C43AF5" w:rsidRPr="00EA4F49" w:rsidRDefault="00C43AF5" w:rsidP="00A53362">
            <w:pPr>
              <w:spacing w:before="2" w:after="0" w:line="240" w:lineRule="auto"/>
              <w:ind w:left="99" w:right="-20"/>
              <w:rPr>
                <w:rFonts w:ascii="Times New Roman" w:eastAsia="Myriad Pro" w:hAnsi="Times New Roman" w:cs="Times New Roman"/>
                <w:sz w:val="20"/>
                <w:szCs w:val="20"/>
              </w:rPr>
            </w:pP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w w:val="112"/>
                <w:sz w:val="20"/>
                <w:szCs w:val="20"/>
              </w:rPr>
              <w:t>Referat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2"/>
                <w:w w:val="112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 xml:space="preserve">nr. </w:t>
            </w:r>
            <w:r w:rsidR="009F78F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 xml:space="preserve">          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5"/>
                <w:sz w:val="20"/>
                <w:szCs w:val="20"/>
              </w:rPr>
              <w:t xml:space="preserve"> </w:t>
            </w:r>
            <w:r w:rsidR="009F78F9">
              <w:rPr>
                <w:rFonts w:ascii="Times New Roman" w:eastAsia="Myriad Pro" w:hAnsi="Times New Roman" w:cs="Times New Roman"/>
                <w:color w:val="0D5F78"/>
                <w:spacing w:val="5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/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-2"/>
                <w:sz w:val="20"/>
                <w:szCs w:val="20"/>
              </w:rPr>
              <w:t xml:space="preserve"> </w:t>
            </w:r>
          </w:p>
        </w:tc>
      </w:tr>
      <w:tr w:rsidR="00C43AF5" w:rsidRPr="00EA4F49" w14:paraId="0FA829A4" w14:textId="77777777" w:rsidTr="009F78F9">
        <w:trPr>
          <w:trHeight w:hRule="exact" w:val="504"/>
        </w:trPr>
        <w:tc>
          <w:tcPr>
            <w:tcW w:w="7422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10AB88B4" w14:textId="77777777" w:rsidR="00C43AF5" w:rsidRPr="00EA4F49" w:rsidRDefault="00C43AF5" w:rsidP="00A53362">
            <w:pPr>
              <w:spacing w:before="2" w:after="0" w:line="240" w:lineRule="auto"/>
              <w:ind w:left="99" w:right="-20"/>
              <w:rPr>
                <w:rFonts w:ascii="Times New Roman" w:eastAsia="Myriad Pro" w:hAnsi="Times New Roman" w:cs="Times New Roman"/>
                <w:sz w:val="20"/>
                <w:szCs w:val="20"/>
              </w:rPr>
            </w:pP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economie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1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-1"/>
                <w:sz w:val="20"/>
                <w:szCs w:val="20"/>
              </w:rPr>
              <w:t>d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e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spacing w:val="-1"/>
                <w:sz w:val="20"/>
                <w:szCs w:val="20"/>
              </w:rPr>
              <w:t>e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nerg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-1"/>
                <w:sz w:val="20"/>
                <w:szCs w:val="20"/>
              </w:rPr>
              <w:t>i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e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și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16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izolare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8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term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-1"/>
                <w:sz w:val="20"/>
                <w:szCs w:val="20"/>
              </w:rPr>
              <w:t>i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1"/>
                <w:sz w:val="20"/>
                <w:szCs w:val="20"/>
              </w:rPr>
              <w:t>c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ă</w:t>
            </w:r>
            <w:proofErr w:type="spellEnd"/>
            <w:proofErr w:type="gramEnd"/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8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—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11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nume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și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16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prenume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2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w w:val="111"/>
                <w:sz w:val="20"/>
                <w:szCs w:val="20"/>
              </w:rPr>
              <w:t>verificator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4"/>
                <w:w w:val="111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/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-1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-1"/>
                <w:w w:val="113"/>
                <w:sz w:val="20"/>
                <w:szCs w:val="20"/>
              </w:rPr>
              <w:t>n</w:t>
            </w:r>
            <w:r w:rsidRPr="00EA4F49">
              <w:rPr>
                <w:rFonts w:ascii="Times New Roman" w:eastAsia="Myriad Pro" w:hAnsi="Times New Roman" w:cs="Times New Roman"/>
                <w:color w:val="0D5F78"/>
                <w:w w:val="113"/>
                <w:sz w:val="20"/>
                <w:szCs w:val="20"/>
              </w:rPr>
              <w:t>r.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12"/>
                <w:w w:val="11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w w:val="113"/>
                <w:sz w:val="20"/>
                <w:szCs w:val="20"/>
              </w:rPr>
              <w:t>atestat</w:t>
            </w:r>
            <w:proofErr w:type="spellEnd"/>
          </w:p>
        </w:tc>
        <w:tc>
          <w:tcPr>
            <w:tcW w:w="351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1FA81E89" w14:textId="348E701F" w:rsidR="00C43AF5" w:rsidRPr="00EA4F49" w:rsidRDefault="00C43AF5" w:rsidP="00A53362">
            <w:pPr>
              <w:spacing w:before="2" w:after="0" w:line="240" w:lineRule="auto"/>
              <w:ind w:left="99" w:right="-20"/>
              <w:rPr>
                <w:rFonts w:ascii="Times New Roman" w:eastAsia="Myriad Pro" w:hAnsi="Times New Roman" w:cs="Times New Roman"/>
                <w:sz w:val="20"/>
                <w:szCs w:val="20"/>
              </w:rPr>
            </w:pPr>
            <w:proofErr w:type="spellStart"/>
            <w:r w:rsidRPr="00EA4F49">
              <w:rPr>
                <w:rFonts w:ascii="Times New Roman" w:eastAsia="Myriad Pro" w:hAnsi="Times New Roman" w:cs="Times New Roman"/>
                <w:color w:val="0D5F78"/>
                <w:w w:val="112"/>
                <w:sz w:val="20"/>
                <w:szCs w:val="20"/>
              </w:rPr>
              <w:t>Referat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0D5F78"/>
                <w:spacing w:val="2"/>
                <w:w w:val="112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 xml:space="preserve">nr. 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5"/>
                <w:sz w:val="20"/>
                <w:szCs w:val="20"/>
              </w:rPr>
              <w:t xml:space="preserve"> </w:t>
            </w:r>
            <w:r w:rsidR="009F78F9">
              <w:rPr>
                <w:rFonts w:ascii="Times New Roman" w:eastAsia="Myriad Pro" w:hAnsi="Times New Roman" w:cs="Times New Roman"/>
                <w:color w:val="0D5F78"/>
                <w:spacing w:val="5"/>
                <w:sz w:val="20"/>
                <w:szCs w:val="20"/>
              </w:rPr>
              <w:t xml:space="preserve">          </w:t>
            </w:r>
            <w:r w:rsidRPr="00EA4F49">
              <w:rPr>
                <w:rFonts w:ascii="Times New Roman" w:eastAsia="Myriad Pro" w:hAnsi="Times New Roman" w:cs="Times New Roman"/>
                <w:color w:val="0D5F78"/>
                <w:sz w:val="20"/>
                <w:szCs w:val="20"/>
              </w:rPr>
              <w:t>/</w:t>
            </w:r>
            <w:r w:rsidRPr="00EA4F49">
              <w:rPr>
                <w:rFonts w:ascii="Times New Roman" w:eastAsia="Myriad Pro" w:hAnsi="Times New Roman" w:cs="Times New Roman"/>
                <w:color w:val="0D5F78"/>
                <w:spacing w:val="-2"/>
                <w:sz w:val="20"/>
                <w:szCs w:val="20"/>
              </w:rPr>
              <w:t xml:space="preserve"> </w:t>
            </w:r>
          </w:p>
        </w:tc>
      </w:tr>
    </w:tbl>
    <w:p w14:paraId="41523113" w14:textId="77777777" w:rsidR="00C43AF5" w:rsidRDefault="00C43AF5" w:rsidP="00C43AF5">
      <w:pPr>
        <w:spacing w:before="1" w:after="0" w:line="110" w:lineRule="exact"/>
        <w:rPr>
          <w:sz w:val="11"/>
          <w:szCs w:val="11"/>
        </w:rPr>
      </w:pPr>
    </w:p>
    <w:tbl>
      <w:tblPr>
        <w:tblW w:w="10905" w:type="dxa"/>
        <w:tblInd w:w="-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2"/>
        <w:gridCol w:w="2923"/>
        <w:gridCol w:w="3250"/>
      </w:tblGrid>
      <w:tr w:rsidR="00C43AF5" w:rsidRPr="00DB2473" w14:paraId="4ABF308A" w14:textId="77777777" w:rsidTr="00015A4F">
        <w:trPr>
          <w:trHeight w:hRule="exact" w:val="211"/>
        </w:trPr>
        <w:tc>
          <w:tcPr>
            <w:tcW w:w="10905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</w:tcPr>
          <w:p w14:paraId="09317E19" w14:textId="77777777" w:rsidR="00C43AF5" w:rsidRPr="00DB2473" w:rsidRDefault="00C43AF5" w:rsidP="00A53362">
            <w:pPr>
              <w:spacing w:after="0" w:line="199" w:lineRule="exact"/>
              <w:ind w:left="138" w:right="-20"/>
              <w:rPr>
                <w:rFonts w:ascii="Times New Roman" w:eastAsia="Myriad Pro" w:hAnsi="Times New Roman" w:cs="Times New Roman"/>
                <w:sz w:val="18"/>
                <w:szCs w:val="18"/>
              </w:rPr>
            </w:pPr>
            <w:r w:rsidRPr="00DB2473">
              <w:rPr>
                <w:rFonts w:ascii="Times New Roman" w:eastAsia="Myriad Pro" w:hAnsi="Times New Roman" w:cs="Times New Roman"/>
                <w:spacing w:val="1"/>
                <w:sz w:val="18"/>
                <w:szCs w:val="18"/>
              </w:rPr>
              <w:t>9</w:t>
            </w:r>
            <w:r w:rsidRPr="00DB2473">
              <w:rPr>
                <w:rFonts w:ascii="Times New Roman" w:eastAsia="Myriad Pro" w:hAnsi="Times New Roman" w:cs="Times New Roman"/>
                <w:sz w:val="18"/>
                <w:szCs w:val="18"/>
              </w:rPr>
              <w:t>.</w:t>
            </w:r>
            <w:r w:rsidRPr="00DB2473">
              <w:rPr>
                <w:rFonts w:ascii="Times New Roman" w:eastAsia="Myriad Pro" w:hAnsi="Times New Roman" w:cs="Times New Roman"/>
                <w:spacing w:val="14"/>
                <w:sz w:val="18"/>
                <w:szCs w:val="18"/>
              </w:rPr>
              <w:t xml:space="preserve"> 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w w:val="132"/>
                <w:sz w:val="18"/>
                <w:szCs w:val="18"/>
              </w:rPr>
              <w:t>VALORI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spacing w:val="-4"/>
                <w:w w:val="132"/>
                <w:sz w:val="18"/>
                <w:szCs w:val="18"/>
              </w:rPr>
              <w:t xml:space="preserve"> 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w w:val="132"/>
                <w:sz w:val="18"/>
                <w:szCs w:val="18"/>
              </w:rPr>
              <w:t>ȘI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spacing w:val="-4"/>
                <w:w w:val="132"/>
                <w:sz w:val="18"/>
                <w:szCs w:val="18"/>
              </w:rPr>
              <w:t xml:space="preserve"> 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w w:val="123"/>
                <w:sz w:val="18"/>
                <w:szCs w:val="18"/>
              </w:rPr>
              <w:t>DURA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spacing w:val="1"/>
                <w:w w:val="123"/>
                <w:sz w:val="18"/>
                <w:szCs w:val="18"/>
              </w:rPr>
              <w:t>T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w w:val="121"/>
                <w:sz w:val="18"/>
                <w:szCs w:val="18"/>
              </w:rPr>
              <w:t>Ă</w:t>
            </w:r>
          </w:p>
        </w:tc>
      </w:tr>
      <w:tr w:rsidR="00C43AF5" w:rsidRPr="00DB2473" w14:paraId="1258FFF7" w14:textId="77777777" w:rsidTr="00015A4F">
        <w:trPr>
          <w:trHeight w:hRule="exact" w:val="504"/>
        </w:trPr>
        <w:tc>
          <w:tcPr>
            <w:tcW w:w="4732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23B60576" w14:textId="77777777" w:rsidR="00C43AF5" w:rsidRPr="00DB2473" w:rsidRDefault="00C43AF5" w:rsidP="00A53362">
            <w:pPr>
              <w:spacing w:before="2" w:after="0" w:line="240" w:lineRule="auto"/>
              <w:ind w:left="99" w:right="-20"/>
              <w:jc w:val="center"/>
              <w:rPr>
                <w:rFonts w:ascii="Times New Roman" w:eastAsia="Myriad Pro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w w:val="111"/>
                <w:sz w:val="18"/>
                <w:szCs w:val="18"/>
              </w:rPr>
              <w:t>Val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spacing w:val="-1"/>
                <w:w w:val="111"/>
                <w:sz w:val="18"/>
                <w:szCs w:val="18"/>
              </w:rPr>
              <w:t>o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w w:val="111"/>
                <w:sz w:val="18"/>
                <w:szCs w:val="18"/>
              </w:rPr>
              <w:t>a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spacing w:val="-1"/>
                <w:w w:val="111"/>
                <w:sz w:val="18"/>
                <w:szCs w:val="18"/>
              </w:rPr>
              <w:t>r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w w:val="111"/>
                <w:sz w:val="18"/>
                <w:szCs w:val="18"/>
              </w:rPr>
              <w:t>ea</w:t>
            </w:r>
            <w:proofErr w:type="spellEnd"/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spacing w:val="4"/>
                <w:w w:val="111"/>
                <w:sz w:val="18"/>
                <w:szCs w:val="18"/>
              </w:rPr>
              <w:t xml:space="preserve"> </w:t>
            </w:r>
            <w:proofErr w:type="spellStart"/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spacing w:val="-1"/>
                <w:w w:val="122"/>
                <w:sz w:val="18"/>
                <w:szCs w:val="18"/>
              </w:rPr>
              <w:t>l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w w:val="104"/>
                <w:sz w:val="18"/>
                <w:szCs w:val="18"/>
              </w:rPr>
              <w:t>u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spacing w:val="-1"/>
                <w:w w:val="103"/>
                <w:sz w:val="18"/>
                <w:szCs w:val="18"/>
              </w:rPr>
              <w:t>c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spacing w:val="2"/>
                <w:w w:val="141"/>
                <w:sz w:val="18"/>
                <w:szCs w:val="18"/>
              </w:rPr>
              <w:t>r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spacing w:val="-1"/>
                <w:w w:val="107"/>
                <w:sz w:val="18"/>
                <w:szCs w:val="18"/>
              </w:rPr>
              <w:t>ă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w w:val="141"/>
                <w:sz w:val="18"/>
                <w:szCs w:val="18"/>
              </w:rPr>
              <w:t>r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w w:val="122"/>
                <w:sz w:val="18"/>
                <w:szCs w:val="18"/>
              </w:rPr>
              <w:t>i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spacing w:val="-1"/>
                <w:w w:val="122"/>
                <w:sz w:val="18"/>
                <w:szCs w:val="18"/>
              </w:rPr>
              <w:t>l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spacing w:val="-1"/>
                <w:w w:val="94"/>
                <w:sz w:val="18"/>
                <w:szCs w:val="18"/>
              </w:rPr>
              <w:t>o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w w:val="141"/>
                <w:sz w:val="18"/>
                <w:szCs w:val="18"/>
              </w:rPr>
              <w:t>r</w:t>
            </w:r>
            <w:proofErr w:type="spellEnd"/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spacing w:val="7"/>
                <w:sz w:val="18"/>
                <w:szCs w:val="18"/>
              </w:rPr>
              <w:t xml:space="preserve"> </w:t>
            </w:r>
            <w:proofErr w:type="spellStart"/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sz w:val="18"/>
                <w:szCs w:val="18"/>
              </w:rPr>
              <w:t>supu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spacing w:val="-1"/>
                <w:sz w:val="18"/>
                <w:szCs w:val="18"/>
              </w:rPr>
              <w:t>s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sz w:val="18"/>
                <w:szCs w:val="18"/>
              </w:rPr>
              <w:t>e</w:t>
            </w:r>
            <w:proofErr w:type="spellEnd"/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spacing w:val="12"/>
                <w:sz w:val="18"/>
                <w:szCs w:val="18"/>
              </w:rPr>
              <w:t xml:space="preserve"> </w:t>
            </w:r>
            <w:proofErr w:type="spellStart"/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spacing w:val="-1"/>
                <w:w w:val="112"/>
                <w:sz w:val="18"/>
                <w:szCs w:val="18"/>
              </w:rPr>
              <w:t>a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w w:val="112"/>
                <w:sz w:val="18"/>
                <w:szCs w:val="18"/>
              </w:rPr>
              <w:t>u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spacing w:val="-1"/>
                <w:w w:val="112"/>
                <w:sz w:val="18"/>
                <w:szCs w:val="18"/>
              </w:rPr>
              <w:t>t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w w:val="112"/>
                <w:sz w:val="18"/>
                <w:szCs w:val="18"/>
              </w:rPr>
              <w:t>oriz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spacing w:val="-1"/>
                <w:w w:val="112"/>
                <w:sz w:val="18"/>
                <w:szCs w:val="18"/>
              </w:rPr>
              <w:t>ă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w w:val="112"/>
                <w:sz w:val="18"/>
                <w:szCs w:val="18"/>
              </w:rPr>
              <w:t>r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spacing w:val="-1"/>
                <w:w w:val="112"/>
                <w:sz w:val="18"/>
                <w:szCs w:val="18"/>
              </w:rPr>
              <w:t>i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w w:val="112"/>
                <w:sz w:val="18"/>
                <w:szCs w:val="18"/>
              </w:rPr>
              <w:t>i</w:t>
            </w:r>
            <w:proofErr w:type="spellEnd"/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spacing w:val="8"/>
                <w:w w:val="112"/>
                <w:sz w:val="18"/>
                <w:szCs w:val="18"/>
              </w:rPr>
              <w:t xml:space="preserve"> 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w w:val="110"/>
                <w:sz w:val="18"/>
                <w:szCs w:val="18"/>
              </w:rPr>
              <w:t>(le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spacing w:val="-1"/>
                <w:w w:val="110"/>
                <w:sz w:val="18"/>
                <w:szCs w:val="18"/>
              </w:rPr>
              <w:t>i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w w:val="121"/>
                <w:sz w:val="18"/>
                <w:szCs w:val="18"/>
              </w:rPr>
              <w:t>)</w:t>
            </w:r>
          </w:p>
        </w:tc>
        <w:tc>
          <w:tcPr>
            <w:tcW w:w="2923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18FC45DA" w14:textId="77777777" w:rsidR="00C43AF5" w:rsidRPr="00DB2473" w:rsidRDefault="00C43AF5" w:rsidP="00A53362">
            <w:pPr>
              <w:spacing w:before="2" w:after="0" w:line="240" w:lineRule="auto"/>
              <w:ind w:left="99" w:right="-20"/>
              <w:jc w:val="center"/>
              <w:rPr>
                <w:rFonts w:ascii="Times New Roman" w:eastAsia="Myriad Pro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w w:val="108"/>
                <w:sz w:val="18"/>
                <w:szCs w:val="18"/>
              </w:rPr>
              <w:t>Valoarea</w:t>
            </w:r>
            <w:proofErr w:type="spellEnd"/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spacing w:val="20"/>
                <w:w w:val="108"/>
                <w:sz w:val="18"/>
                <w:szCs w:val="18"/>
              </w:rPr>
              <w:t xml:space="preserve"> </w:t>
            </w:r>
            <w:proofErr w:type="spellStart"/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spacing w:val="-1"/>
                <w:w w:val="108"/>
                <w:sz w:val="18"/>
                <w:szCs w:val="18"/>
              </w:rPr>
              <w:t>o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w w:val="108"/>
                <w:sz w:val="18"/>
                <w:szCs w:val="18"/>
              </w:rPr>
              <w:t>b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spacing w:val="-1"/>
                <w:w w:val="108"/>
                <w:sz w:val="18"/>
                <w:szCs w:val="18"/>
              </w:rPr>
              <w:t>i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w w:val="108"/>
                <w:sz w:val="18"/>
                <w:szCs w:val="18"/>
              </w:rPr>
              <w:t>ectiv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spacing w:val="-1"/>
                <w:w w:val="108"/>
                <w:sz w:val="18"/>
                <w:szCs w:val="18"/>
              </w:rPr>
              <w:t>u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w w:val="108"/>
                <w:sz w:val="18"/>
                <w:szCs w:val="18"/>
              </w:rPr>
              <w:t>lui</w:t>
            </w:r>
            <w:proofErr w:type="spellEnd"/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spacing w:val="-14"/>
                <w:w w:val="108"/>
                <w:sz w:val="18"/>
                <w:szCs w:val="18"/>
              </w:rPr>
              <w:t xml:space="preserve"> 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w w:val="110"/>
                <w:sz w:val="18"/>
                <w:szCs w:val="18"/>
              </w:rPr>
              <w:t>(le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spacing w:val="-1"/>
                <w:w w:val="110"/>
                <w:sz w:val="18"/>
                <w:szCs w:val="18"/>
              </w:rPr>
              <w:t>i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w w:val="121"/>
                <w:sz w:val="18"/>
                <w:szCs w:val="18"/>
              </w:rPr>
              <w:t>)</w:t>
            </w:r>
          </w:p>
        </w:tc>
        <w:tc>
          <w:tcPr>
            <w:tcW w:w="325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211088B3" w14:textId="77777777" w:rsidR="00C43AF5" w:rsidRPr="00DB2473" w:rsidRDefault="00C43AF5" w:rsidP="00A53362">
            <w:pPr>
              <w:spacing w:before="2" w:after="0" w:line="240" w:lineRule="auto"/>
              <w:ind w:left="98" w:right="-20"/>
              <w:jc w:val="center"/>
              <w:rPr>
                <w:rFonts w:ascii="Times New Roman" w:eastAsia="Myriad Pro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w w:val="111"/>
                <w:sz w:val="18"/>
                <w:szCs w:val="18"/>
              </w:rPr>
              <w:t>Durata</w:t>
            </w:r>
            <w:proofErr w:type="spellEnd"/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spacing w:val="4"/>
                <w:w w:val="111"/>
                <w:sz w:val="18"/>
                <w:szCs w:val="18"/>
              </w:rPr>
              <w:t xml:space="preserve"> </w:t>
            </w:r>
            <w:proofErr w:type="spellStart"/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spacing w:val="-1"/>
                <w:sz w:val="18"/>
                <w:szCs w:val="18"/>
              </w:rPr>
              <w:t>e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sz w:val="18"/>
                <w:szCs w:val="18"/>
              </w:rPr>
              <w:t>sti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spacing w:val="-1"/>
                <w:sz w:val="18"/>
                <w:szCs w:val="18"/>
              </w:rPr>
              <w:t>m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sz w:val="18"/>
                <w:szCs w:val="18"/>
              </w:rPr>
              <w:t>ată</w:t>
            </w:r>
            <w:proofErr w:type="spellEnd"/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spacing w:val="27"/>
                <w:sz w:val="18"/>
                <w:szCs w:val="18"/>
              </w:rPr>
              <w:t xml:space="preserve"> 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sz w:val="18"/>
                <w:szCs w:val="18"/>
              </w:rPr>
              <w:t>de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spacing w:val="3"/>
                <w:sz w:val="18"/>
                <w:szCs w:val="18"/>
              </w:rPr>
              <w:t xml:space="preserve"> </w:t>
            </w:r>
            <w:proofErr w:type="spellStart"/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sz w:val="18"/>
                <w:szCs w:val="18"/>
              </w:rPr>
              <w:t>execuție</w:t>
            </w:r>
            <w:proofErr w:type="spellEnd"/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spacing w:val="10"/>
                <w:sz w:val="18"/>
                <w:szCs w:val="18"/>
              </w:rPr>
              <w:t xml:space="preserve"> 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w w:val="113"/>
                <w:sz w:val="18"/>
                <w:szCs w:val="18"/>
              </w:rPr>
              <w:t>(</w:t>
            </w:r>
            <w:proofErr w:type="spellStart"/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w w:val="113"/>
                <w:sz w:val="18"/>
                <w:szCs w:val="18"/>
              </w:rPr>
              <w:t>luni</w:t>
            </w:r>
            <w:proofErr w:type="spellEnd"/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w w:val="113"/>
                <w:sz w:val="18"/>
                <w:szCs w:val="18"/>
              </w:rPr>
              <w:t>)</w:t>
            </w:r>
          </w:p>
        </w:tc>
      </w:tr>
    </w:tbl>
    <w:p w14:paraId="7B605E66" w14:textId="77777777" w:rsidR="00C43AF5" w:rsidRPr="00DB2473" w:rsidRDefault="00C43AF5" w:rsidP="00C43AF5">
      <w:pPr>
        <w:spacing w:before="1" w:after="0" w:line="160" w:lineRule="exact"/>
        <w:rPr>
          <w:b/>
          <w:bCs/>
          <w:sz w:val="16"/>
          <w:szCs w:val="16"/>
        </w:rPr>
      </w:pPr>
    </w:p>
    <w:tbl>
      <w:tblPr>
        <w:tblW w:w="10905" w:type="dxa"/>
        <w:tblInd w:w="-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05"/>
      </w:tblGrid>
      <w:tr w:rsidR="00C43AF5" w:rsidRPr="00EA4F49" w14:paraId="4D06AB83" w14:textId="77777777" w:rsidTr="00015A4F">
        <w:trPr>
          <w:trHeight w:hRule="exact" w:val="211"/>
        </w:trPr>
        <w:tc>
          <w:tcPr>
            <w:tcW w:w="10905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</w:tcPr>
          <w:p w14:paraId="3B126DAF" w14:textId="77777777" w:rsidR="00C43AF5" w:rsidRPr="00EA4F49" w:rsidRDefault="00C43AF5" w:rsidP="00A53362">
            <w:pPr>
              <w:spacing w:after="0" w:line="199" w:lineRule="exact"/>
              <w:ind w:left="138" w:right="-20"/>
              <w:rPr>
                <w:rFonts w:ascii="Times New Roman" w:eastAsia="Myriad Pro" w:hAnsi="Times New Roman" w:cs="Times New Roman"/>
                <w:b/>
                <w:bCs/>
                <w:sz w:val="20"/>
                <w:szCs w:val="20"/>
              </w:rPr>
            </w:pPr>
            <w:r w:rsidRPr="00EA4F49">
              <w:rPr>
                <w:rFonts w:ascii="Times New Roman" w:eastAsia="Myriad Pro" w:hAnsi="Times New Roman" w:cs="Times New Roman"/>
                <w:b/>
                <w:bCs/>
                <w:spacing w:val="1"/>
                <w:sz w:val="20"/>
                <w:szCs w:val="20"/>
              </w:rPr>
              <w:t>10</w:t>
            </w:r>
            <w:r w:rsidRPr="00EA4F49">
              <w:rPr>
                <w:rFonts w:ascii="Times New Roman" w:eastAsia="Myriad Pro" w:hAnsi="Times New Roman" w:cs="Times New Roman"/>
                <w:b/>
                <w:bCs/>
                <w:sz w:val="20"/>
                <w:szCs w:val="20"/>
              </w:rPr>
              <w:t>.</w:t>
            </w:r>
            <w:r w:rsidRPr="00EA4F49">
              <w:rPr>
                <w:rFonts w:ascii="Times New Roman" w:eastAsia="Myriad Pro" w:hAnsi="Times New Roman" w:cs="Times New Roman"/>
                <w:b/>
                <w:bCs/>
                <w:spacing w:val="13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b/>
                <w:bCs/>
                <w:w w:val="128"/>
                <w:sz w:val="20"/>
                <w:szCs w:val="20"/>
              </w:rPr>
              <w:t>ANEXEZ</w:t>
            </w:r>
            <w:r w:rsidRPr="00EA4F49">
              <w:rPr>
                <w:rFonts w:ascii="Times New Roman" w:eastAsia="Myriad Pro" w:hAnsi="Times New Roman" w:cs="Times New Roman"/>
                <w:b/>
                <w:bCs/>
                <w:spacing w:val="-14"/>
                <w:w w:val="128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b/>
                <w:bCs/>
                <w:spacing w:val="1"/>
                <w:w w:val="128"/>
                <w:sz w:val="20"/>
                <w:szCs w:val="20"/>
              </w:rPr>
              <w:t>L</w:t>
            </w:r>
            <w:r w:rsidRPr="00EA4F49">
              <w:rPr>
                <w:rFonts w:ascii="Times New Roman" w:eastAsia="Myriad Pro" w:hAnsi="Times New Roman" w:cs="Times New Roman"/>
                <w:b/>
                <w:bCs/>
                <w:w w:val="128"/>
                <w:sz w:val="20"/>
                <w:szCs w:val="20"/>
              </w:rPr>
              <w:t>A</w:t>
            </w:r>
            <w:r w:rsidRPr="00EA4F49">
              <w:rPr>
                <w:rFonts w:ascii="Times New Roman" w:eastAsia="Myriad Pro" w:hAnsi="Times New Roman" w:cs="Times New Roman"/>
                <w:b/>
                <w:bCs/>
                <w:spacing w:val="4"/>
                <w:w w:val="128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b/>
                <w:bCs/>
                <w:w w:val="128"/>
                <w:sz w:val="20"/>
                <w:szCs w:val="20"/>
              </w:rPr>
              <w:t>PREZENTA</w:t>
            </w:r>
            <w:r w:rsidRPr="00EA4F49">
              <w:rPr>
                <w:rFonts w:ascii="Times New Roman" w:eastAsia="Myriad Pro" w:hAnsi="Times New Roman" w:cs="Times New Roman"/>
                <w:b/>
                <w:bCs/>
                <w:spacing w:val="-10"/>
                <w:w w:val="128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b/>
                <w:bCs/>
                <w:w w:val="136"/>
                <w:sz w:val="20"/>
                <w:szCs w:val="20"/>
              </w:rPr>
              <w:t>CERERE</w:t>
            </w:r>
          </w:p>
        </w:tc>
      </w:tr>
      <w:tr w:rsidR="00C43AF5" w:rsidRPr="00EA4F49" w14:paraId="4725376A" w14:textId="77777777" w:rsidTr="00015A4F">
        <w:trPr>
          <w:trHeight w:hRule="exact" w:val="216"/>
        </w:trPr>
        <w:tc>
          <w:tcPr>
            <w:tcW w:w="10905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13EEB1BC" w14:textId="77777777" w:rsidR="00C43AF5" w:rsidRPr="00EA4F49" w:rsidRDefault="00C43AF5" w:rsidP="00A53362">
            <w:pPr>
              <w:spacing w:after="0" w:line="205" w:lineRule="exact"/>
              <w:ind w:left="99" w:right="-20"/>
              <w:rPr>
                <w:rFonts w:ascii="Times New Roman" w:eastAsia="Myriad Pro" w:hAnsi="Times New Roman" w:cs="Times New Roman"/>
                <w:sz w:val="20"/>
                <w:szCs w:val="20"/>
              </w:rPr>
            </w:pPr>
            <w:r w:rsidRPr="00EA4F49">
              <w:rPr>
                <w:rFonts w:ascii="Segoe UI Symbol" w:eastAsia="Arial Unicode MS" w:hAnsi="Segoe UI Symbol" w:cs="Segoe UI Symbol"/>
                <w:sz w:val="20"/>
                <w:szCs w:val="20"/>
              </w:rPr>
              <w:t>☐</w:t>
            </w:r>
            <w:r w:rsidRPr="00EA4F49">
              <w:rPr>
                <w:rFonts w:ascii="Times New Roman" w:eastAsia="Arial Unicode MS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a)</w:t>
            </w:r>
            <w:r w:rsidRPr="00EA4F49">
              <w:rPr>
                <w:rFonts w:ascii="Times New Roman" w:eastAsia="Myriad Pro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extras de</w:t>
            </w:r>
            <w:r w:rsidRPr="00EA4F49">
              <w:rPr>
                <w:rFonts w:ascii="Times New Roman" w:eastAsia="Myriad Pro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pl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a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n</w:t>
            </w:r>
            <w:r w:rsidRPr="00EA4F49">
              <w:rPr>
                <w:rFonts w:ascii="Times New Roman" w:eastAsia="Myriad Pro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cadastral</w:t>
            </w:r>
            <w:r w:rsidRPr="00EA4F49">
              <w:rPr>
                <w:rFonts w:ascii="Times New Roman" w:eastAsia="Myriad Pro" w:hAnsi="Times New Roman" w:cs="Times New Roman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actual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iz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at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și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extras de</w:t>
            </w:r>
            <w:r w:rsidRPr="00EA4F49">
              <w:rPr>
                <w:rFonts w:ascii="Times New Roman" w:eastAsia="Myriad Pro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car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t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e</w:t>
            </w:r>
            <w:r w:rsidRPr="00EA4F49">
              <w:rPr>
                <w:rFonts w:ascii="Times New Roman" w:eastAsia="Myriad Pro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funciară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8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actualiza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t</w:t>
            </w:r>
            <w:proofErr w:type="spellEnd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,</w:t>
            </w:r>
            <w:r w:rsidRPr="00EA4F49">
              <w:rPr>
                <w:rFonts w:ascii="Times New Roman" w:eastAsia="Myriad Pro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nu</w:t>
            </w:r>
            <w:r w:rsidRPr="00EA4F49">
              <w:rPr>
                <w:rFonts w:ascii="Times New Roman" w:eastAsia="Myriad Pro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mai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6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vechi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de</w:t>
            </w:r>
            <w:r w:rsidRPr="00EA4F49">
              <w:rPr>
                <w:rFonts w:ascii="Times New Roman" w:eastAsia="Myriad Pro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30</w:t>
            </w:r>
            <w:r w:rsidRPr="00EA4F49">
              <w:rPr>
                <w:rFonts w:ascii="Times New Roman" w:eastAsia="Myriad Pro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de</w:t>
            </w:r>
            <w:r w:rsidRPr="00EA4F49">
              <w:rPr>
                <w:rFonts w:ascii="Times New Roman" w:eastAsia="Myriad Pro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106"/>
                <w:sz w:val="20"/>
                <w:szCs w:val="20"/>
              </w:rPr>
              <w:t>zile</w:t>
            </w:r>
            <w:proofErr w:type="spellEnd"/>
          </w:p>
        </w:tc>
      </w:tr>
      <w:tr w:rsidR="00C43AF5" w:rsidRPr="00EA4F49" w14:paraId="14DB9ED0" w14:textId="77777777" w:rsidTr="00015A4F">
        <w:trPr>
          <w:trHeight w:hRule="exact" w:val="215"/>
        </w:trPr>
        <w:tc>
          <w:tcPr>
            <w:tcW w:w="10905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79CBA73C" w14:textId="77777777" w:rsidR="00C43AF5" w:rsidRPr="00EA4F49" w:rsidRDefault="00C43AF5" w:rsidP="00A53362">
            <w:pPr>
              <w:spacing w:after="0" w:line="204" w:lineRule="exact"/>
              <w:ind w:left="99" w:right="-20"/>
              <w:rPr>
                <w:rFonts w:ascii="Times New Roman" w:eastAsia="Myriad Pro" w:hAnsi="Times New Roman" w:cs="Times New Roman"/>
                <w:sz w:val="20"/>
                <w:szCs w:val="20"/>
              </w:rPr>
            </w:pPr>
            <w:r w:rsidRPr="00EA4F49">
              <w:rPr>
                <w:rFonts w:ascii="Segoe UI Symbol" w:eastAsia="Arial Unicode MS" w:hAnsi="Segoe UI Symbol" w:cs="Segoe UI Symbol"/>
                <w:sz w:val="20"/>
                <w:szCs w:val="20"/>
              </w:rPr>
              <w:t>☐</w:t>
            </w:r>
            <w:r w:rsidRPr="00EA4F49">
              <w:rPr>
                <w:rFonts w:ascii="Times New Roman" w:eastAsia="Arial Unicode MS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b)</w:t>
            </w:r>
            <w:r w:rsidRPr="00EA4F49">
              <w:rPr>
                <w:rFonts w:ascii="Times New Roman" w:eastAsia="Myriad Pro" w:hAnsi="Times New Roman" w:cs="Times New Roman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actele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care</w:t>
            </w:r>
            <w:r w:rsidRPr="00EA4F49">
              <w:rPr>
                <w:rFonts w:ascii="Times New Roman" w:eastAsia="Myriad Pro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3"/>
                <w:sz w:val="20"/>
                <w:szCs w:val="20"/>
              </w:rPr>
              <w:t>a</w:t>
            </w:r>
            <w:r w:rsidRPr="00EA4F49">
              <w:rPr>
                <w:rFonts w:ascii="Times New Roman" w:eastAsia="Myriad Pro" w:hAnsi="Times New Roman" w:cs="Times New Roman"/>
                <w:spacing w:val="1"/>
                <w:w w:val="93"/>
                <w:sz w:val="20"/>
                <w:szCs w:val="20"/>
              </w:rPr>
              <w:t>t</w:t>
            </w:r>
            <w:r w:rsidRPr="00EA4F49">
              <w:rPr>
                <w:rFonts w:ascii="Times New Roman" w:eastAsia="Myriad Pro" w:hAnsi="Times New Roman" w:cs="Times New Roman"/>
                <w:w w:val="93"/>
                <w:sz w:val="20"/>
                <w:szCs w:val="20"/>
              </w:rPr>
              <w:t>es</w:t>
            </w:r>
            <w:r w:rsidRPr="00EA4F49">
              <w:rPr>
                <w:rFonts w:ascii="Times New Roman" w:eastAsia="Myriad Pro" w:hAnsi="Times New Roman" w:cs="Times New Roman"/>
                <w:spacing w:val="1"/>
                <w:w w:val="93"/>
                <w:sz w:val="20"/>
                <w:szCs w:val="20"/>
              </w:rPr>
              <w:t>t</w:t>
            </w:r>
            <w:r w:rsidRPr="00EA4F49">
              <w:rPr>
                <w:rFonts w:ascii="Times New Roman" w:eastAsia="Myriad Pro" w:hAnsi="Times New Roman" w:cs="Times New Roman"/>
                <w:w w:val="93"/>
                <w:sz w:val="20"/>
                <w:szCs w:val="20"/>
              </w:rPr>
              <w:t>ă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8"/>
                <w:w w:val="9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3"/>
                <w:sz w:val="20"/>
                <w:szCs w:val="20"/>
              </w:rPr>
              <w:t>dreptul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4"/>
                <w:w w:val="9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în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8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ba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z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căruia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titularul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pacing w:val="2"/>
                <w:w w:val="91"/>
                <w:sz w:val="20"/>
                <w:szCs w:val="20"/>
              </w:rPr>
              <w:t>p</w:t>
            </w:r>
            <w:r w:rsidRPr="00EA4F49">
              <w:rPr>
                <w:rFonts w:ascii="Times New Roman" w:eastAsia="Myriad Pro" w:hAnsi="Times New Roman" w:cs="Times New Roman"/>
                <w:w w:val="91"/>
                <w:sz w:val="20"/>
                <w:szCs w:val="20"/>
              </w:rPr>
              <w:t>oate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1"/>
                <w:w w:val="91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solicita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6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5"/>
                <w:sz w:val="20"/>
                <w:szCs w:val="20"/>
              </w:rPr>
              <w:t>emiterea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9"/>
                <w:w w:val="95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autoriz</w:t>
            </w:r>
            <w:r w:rsidRPr="00EA4F49">
              <w:rPr>
                <w:rFonts w:ascii="Times New Roman" w:eastAsia="Myriad Pro" w:hAnsi="Times New Roman" w:cs="Times New Roman"/>
                <w:spacing w:val="2"/>
                <w:sz w:val="20"/>
                <w:szCs w:val="20"/>
              </w:rPr>
              <w:t>a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ție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i</w:t>
            </w:r>
            <w:proofErr w:type="spellEnd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,</w:t>
            </w:r>
            <w:r w:rsidRPr="00EA4F49">
              <w:rPr>
                <w:rFonts w:ascii="Times New Roman" w:eastAsia="Myriad Pro" w:hAnsi="Times New Roman" w:cs="Times New Roman"/>
                <w:spacing w:val="6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da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c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ă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2"/>
                <w:sz w:val="20"/>
                <w:szCs w:val="20"/>
              </w:rPr>
              <w:t>este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0"/>
                <w:w w:val="92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cazul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(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copie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conform</w:t>
            </w:r>
            <w:r w:rsidRPr="00EA4F49">
              <w:rPr>
                <w:rFonts w:ascii="Times New Roman" w:eastAsia="Myriad Pro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cu</w:t>
            </w:r>
            <w:r w:rsidRPr="00EA4F49">
              <w:rPr>
                <w:rFonts w:ascii="Times New Roman" w:eastAsia="Myriad Pro" w:hAnsi="Times New Roman" w:cs="Times New Roman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102"/>
                <w:sz w:val="20"/>
                <w:szCs w:val="20"/>
              </w:rPr>
              <w:t>originalul</w:t>
            </w:r>
            <w:proofErr w:type="spellEnd"/>
            <w:r w:rsidRPr="00EA4F49">
              <w:rPr>
                <w:rFonts w:ascii="Times New Roman" w:eastAsia="Myriad Pro" w:hAnsi="Times New Roman" w:cs="Times New Roman"/>
                <w:w w:val="102"/>
                <w:sz w:val="20"/>
                <w:szCs w:val="20"/>
              </w:rPr>
              <w:t>)</w:t>
            </w:r>
          </w:p>
        </w:tc>
      </w:tr>
      <w:tr w:rsidR="00C43AF5" w:rsidRPr="00EA4F49" w14:paraId="533B56EA" w14:textId="77777777" w:rsidTr="000039B8">
        <w:trPr>
          <w:trHeight w:hRule="exact" w:val="659"/>
        </w:trPr>
        <w:tc>
          <w:tcPr>
            <w:tcW w:w="10905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63ABDC9D" w14:textId="57F52B95" w:rsidR="00C43AF5" w:rsidRPr="00EA4F49" w:rsidRDefault="00C43AF5" w:rsidP="000039B8">
            <w:pPr>
              <w:spacing w:after="0" w:line="208" w:lineRule="exact"/>
              <w:ind w:left="99" w:right="-20"/>
              <w:rPr>
                <w:rFonts w:ascii="Times New Roman" w:eastAsia="Myriad Pro" w:hAnsi="Times New Roman" w:cs="Times New Roman"/>
                <w:sz w:val="20"/>
                <w:szCs w:val="20"/>
              </w:rPr>
            </w:pPr>
            <w:r w:rsidRPr="00EA4F49">
              <w:rPr>
                <w:rFonts w:ascii="Segoe UI Symbol" w:eastAsia="Arial Unicode MS" w:hAnsi="Segoe UI Symbol" w:cs="Segoe UI Symbol"/>
                <w:sz w:val="20"/>
                <w:szCs w:val="20"/>
              </w:rPr>
              <w:t>☐</w:t>
            </w:r>
            <w:r w:rsidRPr="00EA4F49">
              <w:rPr>
                <w:rFonts w:ascii="Times New Roman" w:eastAsia="Arial Unicode MS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c)</w:t>
            </w:r>
            <w:r w:rsidRPr="00EA4F49">
              <w:rPr>
                <w:rFonts w:ascii="Times New Roman" w:eastAsia="Myriad Pro" w:hAnsi="Times New Roman" w:cs="Times New Roman"/>
                <w:spacing w:val="17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proiectul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4"/>
                <w:sz w:val="20"/>
                <w:szCs w:val="20"/>
              </w:rPr>
              <w:t>pen</w:t>
            </w:r>
            <w:r w:rsidRPr="00EA4F49">
              <w:rPr>
                <w:rFonts w:ascii="Times New Roman" w:eastAsia="Myriad Pro" w:hAnsi="Times New Roman" w:cs="Times New Roman"/>
                <w:spacing w:val="1"/>
                <w:w w:val="94"/>
                <w:sz w:val="20"/>
                <w:szCs w:val="20"/>
              </w:rPr>
              <w:t>t</w:t>
            </w:r>
            <w:r w:rsidRPr="00EA4F49">
              <w:rPr>
                <w:rFonts w:ascii="Times New Roman" w:eastAsia="Myriad Pro" w:hAnsi="Times New Roman" w:cs="Times New Roman"/>
                <w:w w:val="94"/>
                <w:sz w:val="20"/>
                <w:szCs w:val="20"/>
              </w:rPr>
              <w:t>ru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"/>
                <w:w w:val="94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A4F49">
              <w:rPr>
                <w:rFonts w:ascii="Times New Roman" w:eastAsia="Myriad Pro" w:hAnsi="Times New Roman" w:cs="Times New Roman"/>
                <w:w w:val="94"/>
                <w:sz w:val="20"/>
                <w:szCs w:val="20"/>
              </w:rPr>
              <w:t>autorizarea</w:t>
            </w:r>
            <w:proofErr w:type="spellEnd"/>
            <w:r w:rsidRPr="00EA4F49">
              <w:rPr>
                <w:rFonts w:ascii="Times New Roman" w:eastAsia="Myriad Pro" w:hAnsi="Times New Roman" w:cs="Times New Roman"/>
                <w:w w:val="94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pacing w:val="1"/>
                <w:w w:val="94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construirii</w:t>
            </w:r>
            <w:proofErr w:type="spellEnd"/>
            <w:proofErr w:type="gramEnd"/>
            <w:r w:rsidRPr="00EA4F49">
              <w:rPr>
                <w:rFonts w:ascii="Times New Roman" w:eastAsia="Myriad Pro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w w:val="83"/>
                <w:sz w:val="20"/>
                <w:szCs w:val="20"/>
              </w:rPr>
              <w:t>/</w:t>
            </w:r>
            <w:r w:rsidRPr="00EA4F49">
              <w:rPr>
                <w:rFonts w:ascii="Times New Roman" w:eastAsia="Myriad Pro" w:hAnsi="Times New Roman" w:cs="Times New Roman"/>
                <w:spacing w:val="12"/>
                <w:w w:val="8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desfii</w:t>
            </w:r>
            <w:r w:rsidRPr="00EA4F49">
              <w:rPr>
                <w:rFonts w:ascii="Times New Roman" w:eastAsia="Myriad Pro" w:hAnsi="Times New Roman" w:cs="Times New Roman"/>
                <w:spacing w:val="3"/>
                <w:sz w:val="20"/>
                <w:szCs w:val="20"/>
              </w:rPr>
              <w:t>n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țării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w w:val="83"/>
                <w:sz w:val="20"/>
                <w:szCs w:val="20"/>
              </w:rPr>
              <w:t>/</w:t>
            </w:r>
            <w:r w:rsidRPr="00EA4F49">
              <w:rPr>
                <w:rFonts w:ascii="Times New Roman" w:eastAsia="Myriad Pro" w:hAnsi="Times New Roman" w:cs="Times New Roman"/>
                <w:spacing w:val="12"/>
                <w:w w:val="8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interve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n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țiilor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6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as</w:t>
            </w:r>
            <w:r w:rsidRPr="00EA4F49">
              <w:rPr>
                <w:rFonts w:ascii="Times New Roman" w:eastAsia="Myriad Pro" w:hAnsi="Times New Roman" w:cs="Times New Roman"/>
                <w:spacing w:val="2"/>
                <w:sz w:val="20"/>
                <w:szCs w:val="20"/>
              </w:rPr>
              <w:t>u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pra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construcțiilor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A4F49">
              <w:rPr>
                <w:rFonts w:ascii="Times New Roman" w:eastAsia="Myriad Pro" w:hAnsi="Times New Roman" w:cs="Times New Roman"/>
                <w:spacing w:val="1"/>
                <w:w w:val="90"/>
                <w:sz w:val="20"/>
                <w:szCs w:val="20"/>
              </w:rPr>
              <w:t>ex</w:t>
            </w:r>
            <w:r w:rsidRPr="00EA4F49">
              <w:rPr>
                <w:rFonts w:ascii="Times New Roman" w:eastAsia="Myriad Pro" w:hAnsi="Times New Roman" w:cs="Times New Roman"/>
                <w:w w:val="90"/>
                <w:sz w:val="20"/>
                <w:szCs w:val="20"/>
              </w:rPr>
              <w:t>istente</w:t>
            </w:r>
            <w:proofErr w:type="spellEnd"/>
            <w:r w:rsidRPr="00EA4F49">
              <w:rPr>
                <w:rFonts w:ascii="Times New Roman" w:eastAsia="Myriad Pro" w:hAnsi="Times New Roman" w:cs="Times New Roman"/>
                <w:w w:val="90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pacing w:val="14"/>
                <w:w w:val="90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w w:val="90"/>
                <w:sz w:val="20"/>
                <w:szCs w:val="20"/>
              </w:rPr>
              <w:t>/</w:t>
            </w:r>
            <w:proofErr w:type="gramEnd"/>
            <w:r w:rsidRPr="00EA4F49">
              <w:rPr>
                <w:rFonts w:ascii="Times New Roman" w:eastAsia="Myriad Pro" w:hAnsi="Times New Roman" w:cs="Times New Roman"/>
                <w:spacing w:val="7"/>
                <w:w w:val="90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amena</w:t>
            </w:r>
            <w:r w:rsidRPr="00EA4F49">
              <w:rPr>
                <w:rFonts w:ascii="Times New Roman" w:eastAsia="Myriad Pro" w:hAnsi="Times New Roman" w:cs="Times New Roman"/>
                <w:spacing w:val="2"/>
                <w:sz w:val="20"/>
                <w:szCs w:val="20"/>
              </w:rPr>
              <w:t>j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ării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w w:val="83"/>
                <w:sz w:val="20"/>
                <w:szCs w:val="20"/>
              </w:rPr>
              <w:t>/</w:t>
            </w:r>
            <w:r w:rsidRPr="00EA4F49">
              <w:rPr>
                <w:rFonts w:ascii="Times New Roman" w:eastAsia="Myriad Pro" w:hAnsi="Times New Roman" w:cs="Times New Roman"/>
                <w:spacing w:val="12"/>
                <w:w w:val="8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organizării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de</w:t>
            </w:r>
            <w:r w:rsidRPr="00EA4F49">
              <w:rPr>
                <w:rFonts w:ascii="Times New Roman" w:eastAsia="Myriad Pro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pacing w:val="2"/>
                <w:sz w:val="20"/>
                <w:szCs w:val="20"/>
              </w:rPr>
              <w:t>ș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antier</w:t>
            </w:r>
            <w:proofErr w:type="spellEnd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,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după</w:t>
            </w:r>
            <w:proofErr w:type="spellEnd"/>
            <w:r w:rsidR="000039B8">
              <w:rPr>
                <w:rFonts w:ascii="Times New Roman" w:eastAsia="Myriad Pro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caz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(2</w:t>
            </w:r>
            <w:r w:rsidRPr="00EA4F49">
              <w:rPr>
                <w:rFonts w:ascii="Times New Roman" w:eastAsia="Myriad Pro" w:hAnsi="Times New Roman" w:cs="Times New Roman"/>
                <w:spacing w:val="15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7"/>
                <w:sz w:val="20"/>
                <w:szCs w:val="20"/>
              </w:rPr>
              <w:t>exemplare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8"/>
                <w:w w:val="97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originale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sau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1</w:t>
            </w:r>
            <w:r w:rsidRPr="00EA4F49">
              <w:rPr>
                <w:rFonts w:ascii="Times New Roman" w:eastAsia="Myriad Pro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exemplar</w:t>
            </w:r>
            <w:r w:rsidRPr="00EA4F49">
              <w:rPr>
                <w:rFonts w:ascii="Times New Roman" w:eastAsia="Myriad Pro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original,</w:t>
            </w:r>
            <w:r w:rsidRPr="00EA4F49">
              <w:rPr>
                <w:rFonts w:ascii="Times New Roman" w:eastAsia="Myriad Pro" w:hAnsi="Times New Roman" w:cs="Times New Roman"/>
                <w:spacing w:val="18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în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format</w:t>
            </w:r>
            <w:r w:rsidRPr="00EA4F49">
              <w:rPr>
                <w:rFonts w:ascii="Times New Roman" w:eastAsia="Myriad Pro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letric</w:t>
            </w:r>
            <w:proofErr w:type="spellEnd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,</w:t>
            </w:r>
            <w:r w:rsidRPr="00EA4F49">
              <w:rPr>
                <w:rFonts w:ascii="Times New Roman" w:eastAsia="Myriad Pro" w:hAnsi="Times New Roman" w:cs="Times New Roman"/>
                <w:spacing w:val="21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acolo</w:t>
            </w:r>
            <w:proofErr w:type="spellEnd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3"/>
                <w:sz w:val="20"/>
                <w:szCs w:val="20"/>
              </w:rPr>
              <w:t>unde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6"/>
                <w:w w:val="9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3"/>
                <w:sz w:val="20"/>
                <w:szCs w:val="20"/>
              </w:rPr>
              <w:t>autoritatea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6"/>
                <w:w w:val="93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are</w:t>
            </w:r>
            <w:r w:rsidRPr="00EA4F49">
              <w:rPr>
                <w:rFonts w:ascii="Times New Roman" w:eastAsia="Myriad Pro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posibilitatea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de</w:t>
            </w:r>
            <w:r w:rsidRPr="00EA4F49">
              <w:rPr>
                <w:rFonts w:ascii="Times New Roman" w:eastAsia="Myriad Pro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gram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</w:t>
            </w:r>
            <w:proofErr w:type="gramEnd"/>
            <w:r w:rsidRPr="00EA4F49">
              <w:rPr>
                <w:rFonts w:ascii="Times New Roman" w:eastAsia="Myriad Pro" w:hAnsi="Times New Roman" w:cs="Times New Roman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arhiva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9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în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pacing w:val="-1"/>
                <w:sz w:val="20"/>
                <w:szCs w:val="20"/>
              </w:rPr>
              <w:t>f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ormat</w:t>
            </w:r>
            <w:r w:rsidRPr="00EA4F49">
              <w:rPr>
                <w:rFonts w:ascii="Times New Roman" w:eastAsia="Myriad Pro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w w:val="101"/>
                <w:sz w:val="20"/>
                <w:szCs w:val="20"/>
              </w:rPr>
              <w:t>digital)</w:t>
            </w:r>
          </w:p>
        </w:tc>
      </w:tr>
      <w:tr w:rsidR="00C43AF5" w:rsidRPr="00EA4F49" w14:paraId="6B20B618" w14:textId="77777777" w:rsidTr="00015A4F">
        <w:trPr>
          <w:trHeight w:hRule="exact" w:val="217"/>
        </w:trPr>
        <w:tc>
          <w:tcPr>
            <w:tcW w:w="10905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26822DB8" w14:textId="77777777" w:rsidR="00C43AF5" w:rsidRPr="00EA4F49" w:rsidRDefault="00C43AF5" w:rsidP="00A53362">
            <w:pPr>
              <w:spacing w:after="0" w:line="205" w:lineRule="exact"/>
              <w:ind w:left="99" w:right="-20"/>
              <w:rPr>
                <w:rFonts w:ascii="Times New Roman" w:eastAsia="Myriad Pro" w:hAnsi="Times New Roman" w:cs="Times New Roman"/>
                <w:sz w:val="20"/>
                <w:szCs w:val="20"/>
              </w:rPr>
            </w:pPr>
            <w:r w:rsidRPr="00EA4F49">
              <w:rPr>
                <w:rFonts w:ascii="Segoe UI Symbol" w:eastAsia="Arial Unicode MS" w:hAnsi="Segoe UI Symbol" w:cs="Segoe UI Symbol"/>
                <w:sz w:val="20"/>
                <w:szCs w:val="20"/>
              </w:rPr>
              <w:t>☐</w:t>
            </w:r>
            <w:r w:rsidRPr="00EA4F49">
              <w:rPr>
                <w:rFonts w:ascii="Times New Roman" w:eastAsia="Arial Unicode MS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d)</w:t>
            </w:r>
            <w:r w:rsidRPr="00EA4F49">
              <w:rPr>
                <w:rFonts w:ascii="Times New Roman" w:eastAsia="Myriad Pro" w:hAnsi="Times New Roman" w:cs="Times New Roman"/>
                <w:spacing w:val="8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refera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t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ele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de</w:t>
            </w:r>
            <w:r w:rsidRPr="00EA4F49">
              <w:rPr>
                <w:rFonts w:ascii="Times New Roman" w:eastAsia="Myriad Pro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verificare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24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ale</w:t>
            </w:r>
            <w:r w:rsidRPr="00EA4F49">
              <w:rPr>
                <w:rFonts w:ascii="Times New Roman" w:eastAsia="Myriad Pro" w:hAnsi="Times New Roman" w:cs="Times New Roman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proi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e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ct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u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lui</w:t>
            </w:r>
            <w:proofErr w:type="spellEnd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,</w:t>
            </w:r>
            <w:r w:rsidRPr="00EA4F49">
              <w:rPr>
                <w:rFonts w:ascii="Times New Roman" w:eastAsia="Myriad Pro" w:hAnsi="Times New Roman" w:cs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5"/>
                <w:sz w:val="20"/>
                <w:szCs w:val="20"/>
              </w:rPr>
              <w:t>corespun</w:t>
            </w:r>
            <w:r w:rsidRPr="00EA4F49">
              <w:rPr>
                <w:rFonts w:ascii="Times New Roman" w:eastAsia="Myriad Pro" w:hAnsi="Times New Roman" w:cs="Times New Roman"/>
                <w:spacing w:val="3"/>
                <w:w w:val="95"/>
                <w:sz w:val="20"/>
                <w:szCs w:val="20"/>
              </w:rPr>
              <w:t>z</w:t>
            </w:r>
            <w:r w:rsidRPr="00EA4F49">
              <w:rPr>
                <w:rFonts w:ascii="Times New Roman" w:eastAsia="Myriad Pro" w:hAnsi="Times New Roman" w:cs="Times New Roman"/>
                <w:w w:val="95"/>
                <w:sz w:val="20"/>
                <w:szCs w:val="20"/>
              </w:rPr>
              <w:t>ător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5"/>
                <w:w w:val="95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clasei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de</w:t>
            </w:r>
            <w:r w:rsidRPr="00EA4F49">
              <w:rPr>
                <w:rFonts w:ascii="Times New Roman" w:eastAsia="Myriad Pro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5"/>
                <w:sz w:val="20"/>
                <w:szCs w:val="20"/>
              </w:rPr>
              <w:t>conseci</w:t>
            </w:r>
            <w:r w:rsidRPr="00EA4F49">
              <w:rPr>
                <w:rFonts w:ascii="Times New Roman" w:eastAsia="Myriad Pro" w:hAnsi="Times New Roman" w:cs="Times New Roman"/>
                <w:spacing w:val="2"/>
                <w:w w:val="95"/>
                <w:sz w:val="20"/>
                <w:szCs w:val="20"/>
              </w:rPr>
              <w:t>n</w:t>
            </w:r>
            <w:r w:rsidRPr="00EA4F49">
              <w:rPr>
                <w:rFonts w:ascii="Times New Roman" w:eastAsia="Myriad Pro" w:hAnsi="Times New Roman" w:cs="Times New Roman"/>
                <w:w w:val="95"/>
                <w:sz w:val="20"/>
                <w:szCs w:val="20"/>
              </w:rPr>
              <w:t>țe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2"/>
                <w:w w:val="95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</w:t>
            </w:r>
            <w:r w:rsidRPr="00EA4F49">
              <w:rPr>
                <w:rFonts w:ascii="Times New Roman" w:eastAsia="Myriad Pro" w:hAnsi="Times New Roman" w:cs="Times New Roman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obiectivului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(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câte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1</w:t>
            </w:r>
            <w:r w:rsidRPr="00EA4F49">
              <w:rPr>
                <w:rFonts w:ascii="Times New Roman" w:eastAsia="Myriad Pro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ex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e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mplar</w:t>
            </w:r>
            <w:r w:rsidRPr="00EA4F49">
              <w:rPr>
                <w:rFonts w:ascii="Times New Roman" w:eastAsia="Myriad Pro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copie</w:t>
            </w:r>
            <w:proofErr w:type="spellEnd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)</w:t>
            </w:r>
          </w:p>
        </w:tc>
      </w:tr>
      <w:tr w:rsidR="00C43AF5" w:rsidRPr="00EA4F49" w14:paraId="73DCED2A" w14:textId="77777777" w:rsidTr="00015A4F">
        <w:trPr>
          <w:trHeight w:hRule="exact" w:val="217"/>
        </w:trPr>
        <w:tc>
          <w:tcPr>
            <w:tcW w:w="10905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60F6B725" w14:textId="12EF1C44" w:rsidR="00C43AF5" w:rsidRPr="00EA4F49" w:rsidRDefault="00C43AF5" w:rsidP="00A53362">
            <w:pPr>
              <w:spacing w:after="0" w:line="205" w:lineRule="exact"/>
              <w:ind w:left="99" w:right="-20"/>
              <w:rPr>
                <w:rFonts w:ascii="Times New Roman" w:eastAsia="Myriad Pro" w:hAnsi="Times New Roman" w:cs="Times New Roman"/>
                <w:sz w:val="20"/>
                <w:szCs w:val="20"/>
              </w:rPr>
            </w:pPr>
            <w:r w:rsidRPr="00EA4F49">
              <w:rPr>
                <w:rFonts w:ascii="Segoe UI Symbol" w:eastAsia="Arial Unicode MS" w:hAnsi="Segoe UI Symbol" w:cs="Segoe UI Symbol"/>
                <w:sz w:val="20"/>
                <w:szCs w:val="20"/>
              </w:rPr>
              <w:t>☐</w:t>
            </w:r>
            <w:r w:rsidRPr="00EA4F49">
              <w:rPr>
                <w:rFonts w:ascii="Times New Roman" w:eastAsia="Arial Unicode MS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e)</w:t>
            </w:r>
            <w:r w:rsidRPr="00EA4F49">
              <w:rPr>
                <w:rFonts w:ascii="Times New Roman" w:eastAsia="Myriad Pro" w:hAnsi="Times New Roman" w:cs="Times New Roman"/>
                <w:spacing w:val="9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avize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l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4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și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5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ac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o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rdurile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stabilite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pr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i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n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certifi</w:t>
            </w:r>
            <w:r w:rsidRPr="00EA4F49">
              <w:rPr>
                <w:rFonts w:ascii="Times New Roman" w:eastAsia="Myriad Pro" w:hAnsi="Times New Roman" w:cs="Times New Roman"/>
                <w:spacing w:val="2"/>
                <w:sz w:val="20"/>
                <w:szCs w:val="20"/>
              </w:rPr>
              <w:t>c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atul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de</w:t>
            </w:r>
            <w:r w:rsidRPr="00EA4F49">
              <w:rPr>
                <w:rFonts w:ascii="Times New Roman" w:eastAsia="Myriad Pro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urbanism</w:t>
            </w:r>
            <w:r w:rsidRPr="00EA4F49">
              <w:rPr>
                <w:rFonts w:ascii="Times New Roman" w:eastAsia="Myriad Pro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nr.</w:t>
            </w:r>
            <w:r w:rsidRPr="00EA4F49">
              <w:rPr>
                <w:rFonts w:ascii="Times New Roman" w:eastAsia="Myriad Pro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…</w:t>
            </w:r>
            <w:r w:rsidR="009F78F9">
              <w:rPr>
                <w:rFonts w:ascii="Times New Roman" w:eastAsia="Myriad Pro" w:hAnsi="Times New Roman" w:cs="Times New Roman"/>
                <w:sz w:val="20"/>
                <w:szCs w:val="20"/>
              </w:rPr>
              <w:t>…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…</w:t>
            </w:r>
            <w:r w:rsidRPr="00EA4F49">
              <w:rPr>
                <w:rFonts w:ascii="Times New Roman" w:eastAsia="Myriad Pro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d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i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n ……………</w:t>
            </w:r>
            <w:r w:rsidRPr="00EA4F49">
              <w:rPr>
                <w:rFonts w:ascii="Times New Roman" w:eastAsia="Myriad Pro" w:hAnsi="Times New Roman" w:cs="Times New Roman"/>
                <w:spacing w:val="29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(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pacing w:val="2"/>
                <w:sz w:val="20"/>
                <w:szCs w:val="20"/>
              </w:rPr>
              <w:t>c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â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t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1</w:t>
            </w:r>
            <w:r w:rsidRPr="00EA4F49">
              <w:rPr>
                <w:rFonts w:ascii="Times New Roman" w:eastAsia="Myriad Pro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exempl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a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r</w:t>
            </w:r>
            <w:r w:rsidRPr="00EA4F49">
              <w:rPr>
                <w:rFonts w:ascii="Times New Roman" w:eastAsia="Myriad Pro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copi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e</w:t>
            </w:r>
            <w:proofErr w:type="spellEnd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)</w:t>
            </w:r>
          </w:p>
        </w:tc>
      </w:tr>
      <w:tr w:rsidR="00C43AF5" w:rsidRPr="00EA4F49" w14:paraId="701C139A" w14:textId="77777777" w:rsidTr="00015A4F">
        <w:trPr>
          <w:trHeight w:hRule="exact" w:val="2048"/>
        </w:trPr>
        <w:tc>
          <w:tcPr>
            <w:tcW w:w="10905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7D836595" w14:textId="77777777" w:rsidR="00C43AF5" w:rsidRPr="00EA4F49" w:rsidRDefault="00C43AF5" w:rsidP="00A53362">
            <w:pPr>
              <w:spacing w:before="2" w:after="0" w:line="240" w:lineRule="auto"/>
              <w:ind w:left="99" w:right="-20"/>
              <w:rPr>
                <w:rFonts w:ascii="Times New Roman" w:eastAsia="Myriad Pro" w:hAnsi="Times New Roman" w:cs="Times New Roman"/>
                <w:color w:val="797979"/>
                <w:sz w:val="20"/>
                <w:szCs w:val="20"/>
              </w:rPr>
            </w:pPr>
            <w:proofErr w:type="spellStart"/>
            <w:r w:rsidRPr="00EA4F49">
              <w:rPr>
                <w:rFonts w:ascii="Times New Roman" w:eastAsia="Myriad Pro" w:hAnsi="Times New Roman" w:cs="Times New Roman"/>
                <w:color w:val="797979"/>
                <w:sz w:val="20"/>
                <w:szCs w:val="20"/>
              </w:rPr>
              <w:t>av</w:t>
            </w:r>
            <w:r w:rsidRPr="00EA4F49">
              <w:rPr>
                <w:rFonts w:ascii="Times New Roman" w:eastAsia="Myriad Pro" w:hAnsi="Times New Roman" w:cs="Times New Roman"/>
                <w:color w:val="797979"/>
                <w:spacing w:val="-1"/>
                <w:sz w:val="20"/>
                <w:szCs w:val="20"/>
              </w:rPr>
              <w:t>i</w:t>
            </w:r>
            <w:r w:rsidRPr="00EA4F49">
              <w:rPr>
                <w:rFonts w:ascii="Times New Roman" w:eastAsia="Myriad Pro" w:hAnsi="Times New Roman" w:cs="Times New Roman"/>
                <w:color w:val="797979"/>
                <w:sz w:val="20"/>
                <w:szCs w:val="20"/>
              </w:rPr>
              <w:t>ze</w:t>
            </w:r>
            <w:r w:rsidRPr="00EA4F49">
              <w:rPr>
                <w:rFonts w:ascii="Times New Roman" w:eastAsia="Myriad Pro" w:hAnsi="Times New Roman" w:cs="Times New Roman"/>
                <w:color w:val="797979"/>
                <w:spacing w:val="-1"/>
                <w:sz w:val="20"/>
                <w:szCs w:val="20"/>
              </w:rPr>
              <w:t>l</w:t>
            </w:r>
            <w:r w:rsidRPr="00EA4F49">
              <w:rPr>
                <w:rFonts w:ascii="Times New Roman" w:eastAsia="Myriad Pro" w:hAnsi="Times New Roman" w:cs="Times New Roman"/>
                <w:color w:val="797979"/>
                <w:sz w:val="20"/>
                <w:szCs w:val="20"/>
              </w:rPr>
              <w:t>e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797979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797979"/>
                <w:sz w:val="20"/>
                <w:szCs w:val="20"/>
              </w:rPr>
              <w:t>și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797979"/>
                <w:spacing w:val="15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797979"/>
                <w:sz w:val="20"/>
                <w:szCs w:val="20"/>
              </w:rPr>
              <w:t>a</w:t>
            </w:r>
            <w:r w:rsidRPr="00EA4F49">
              <w:rPr>
                <w:rFonts w:ascii="Times New Roman" w:eastAsia="Myriad Pro" w:hAnsi="Times New Roman" w:cs="Times New Roman"/>
                <w:color w:val="797979"/>
                <w:spacing w:val="-1"/>
                <w:sz w:val="20"/>
                <w:szCs w:val="20"/>
              </w:rPr>
              <w:t>c</w:t>
            </w:r>
            <w:r w:rsidRPr="00EA4F49">
              <w:rPr>
                <w:rFonts w:ascii="Times New Roman" w:eastAsia="Myriad Pro" w:hAnsi="Times New Roman" w:cs="Times New Roman"/>
                <w:color w:val="797979"/>
                <w:sz w:val="20"/>
                <w:szCs w:val="20"/>
              </w:rPr>
              <w:t>ordu</w:t>
            </w:r>
            <w:r w:rsidRPr="00EA4F49">
              <w:rPr>
                <w:rFonts w:ascii="Times New Roman" w:eastAsia="Myriad Pro" w:hAnsi="Times New Roman" w:cs="Times New Roman"/>
                <w:color w:val="797979"/>
                <w:spacing w:val="-1"/>
                <w:sz w:val="20"/>
                <w:szCs w:val="20"/>
              </w:rPr>
              <w:t>r</w:t>
            </w:r>
            <w:r w:rsidRPr="00EA4F49">
              <w:rPr>
                <w:rFonts w:ascii="Times New Roman" w:eastAsia="Myriad Pro" w:hAnsi="Times New Roman" w:cs="Times New Roman"/>
                <w:color w:val="797979"/>
                <w:sz w:val="20"/>
                <w:szCs w:val="20"/>
              </w:rPr>
              <w:t>ile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797979"/>
                <w:spacing w:val="28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797979"/>
                <w:sz w:val="20"/>
                <w:szCs w:val="20"/>
              </w:rPr>
              <w:t>an</w:t>
            </w:r>
            <w:r w:rsidRPr="00EA4F49">
              <w:rPr>
                <w:rFonts w:ascii="Times New Roman" w:eastAsia="Myriad Pro" w:hAnsi="Times New Roman" w:cs="Times New Roman"/>
                <w:color w:val="797979"/>
                <w:spacing w:val="-1"/>
                <w:sz w:val="20"/>
                <w:szCs w:val="20"/>
              </w:rPr>
              <w:t>e</w:t>
            </w:r>
            <w:r w:rsidRPr="00EA4F49">
              <w:rPr>
                <w:rFonts w:ascii="Times New Roman" w:eastAsia="Myriad Pro" w:hAnsi="Times New Roman" w:cs="Times New Roman"/>
                <w:color w:val="797979"/>
                <w:sz w:val="20"/>
                <w:szCs w:val="20"/>
              </w:rPr>
              <w:t>x</w:t>
            </w:r>
            <w:r w:rsidRPr="00EA4F49">
              <w:rPr>
                <w:rFonts w:ascii="Times New Roman" w:eastAsia="Myriad Pro" w:hAnsi="Times New Roman" w:cs="Times New Roman"/>
                <w:color w:val="797979"/>
                <w:spacing w:val="-1"/>
                <w:sz w:val="20"/>
                <w:szCs w:val="20"/>
              </w:rPr>
              <w:t>a</w:t>
            </w:r>
            <w:r w:rsidRPr="00EA4F49">
              <w:rPr>
                <w:rFonts w:ascii="Times New Roman" w:eastAsia="Myriad Pro" w:hAnsi="Times New Roman" w:cs="Times New Roman"/>
                <w:color w:val="797979"/>
                <w:sz w:val="20"/>
                <w:szCs w:val="20"/>
              </w:rPr>
              <w:t>te</w:t>
            </w:r>
            <w:proofErr w:type="spellEnd"/>
            <w:r w:rsidRPr="00EA4F49">
              <w:rPr>
                <w:rFonts w:ascii="Times New Roman" w:eastAsia="Myriad Pro" w:hAnsi="Times New Roman" w:cs="Times New Roman"/>
                <w:color w:val="797979"/>
                <w:spacing w:val="-7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color w:val="797979"/>
                <w:sz w:val="20"/>
                <w:szCs w:val="20"/>
              </w:rPr>
              <w:t>—</w:t>
            </w:r>
            <w:r w:rsidRPr="00EA4F49">
              <w:rPr>
                <w:rFonts w:ascii="Times New Roman" w:eastAsia="Myriad Pro" w:hAnsi="Times New Roman" w:cs="Times New Roman"/>
                <w:color w:val="797979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color w:val="797979"/>
                <w:sz w:val="20"/>
                <w:szCs w:val="20"/>
              </w:rPr>
              <w:t>e</w:t>
            </w:r>
            <w:r w:rsidRPr="00EA4F49">
              <w:rPr>
                <w:rFonts w:ascii="Times New Roman" w:eastAsia="Myriad Pro" w:hAnsi="Times New Roman" w:cs="Times New Roman"/>
                <w:color w:val="797979"/>
                <w:spacing w:val="-1"/>
                <w:sz w:val="20"/>
                <w:szCs w:val="20"/>
              </w:rPr>
              <w:t>n</w:t>
            </w:r>
            <w:r w:rsidRPr="00EA4F49">
              <w:rPr>
                <w:rFonts w:ascii="Times New Roman" w:eastAsia="Myriad Pro" w:hAnsi="Times New Roman" w:cs="Times New Roman"/>
                <w:color w:val="797979"/>
                <w:sz w:val="20"/>
                <w:szCs w:val="20"/>
              </w:rPr>
              <w:t>um</w:t>
            </w:r>
            <w:r w:rsidRPr="00EA4F49">
              <w:rPr>
                <w:rFonts w:ascii="Times New Roman" w:eastAsia="Myriad Pro" w:hAnsi="Times New Roman" w:cs="Times New Roman"/>
                <w:color w:val="797979"/>
                <w:spacing w:val="-1"/>
                <w:sz w:val="20"/>
                <w:szCs w:val="20"/>
              </w:rPr>
              <w:t>er</w:t>
            </w:r>
            <w:r w:rsidRPr="00EA4F49">
              <w:rPr>
                <w:rFonts w:ascii="Times New Roman" w:eastAsia="Myriad Pro" w:hAnsi="Times New Roman" w:cs="Times New Roman"/>
                <w:color w:val="797979"/>
                <w:sz w:val="20"/>
                <w:szCs w:val="20"/>
              </w:rPr>
              <w:t>are</w:t>
            </w:r>
            <w:proofErr w:type="spellEnd"/>
          </w:p>
          <w:p w14:paraId="34DCF2C0" w14:textId="77777777" w:rsidR="00C43AF5" w:rsidRPr="00EA4F49" w:rsidRDefault="00C43AF5" w:rsidP="00A53362">
            <w:pPr>
              <w:spacing w:before="2" w:after="0" w:line="240" w:lineRule="auto"/>
              <w:ind w:left="99" w:right="-20"/>
              <w:rPr>
                <w:rFonts w:ascii="Times New Roman" w:eastAsia="Myriad Pro" w:hAnsi="Times New Roman" w:cs="Times New Roman"/>
                <w:color w:val="797979"/>
                <w:sz w:val="20"/>
                <w:szCs w:val="20"/>
              </w:rPr>
            </w:pPr>
          </w:p>
          <w:p w14:paraId="1B597FB3" w14:textId="77777777" w:rsidR="00C43AF5" w:rsidRPr="00EA4F49" w:rsidRDefault="00C43AF5" w:rsidP="00A53362">
            <w:pPr>
              <w:spacing w:before="2" w:after="0" w:line="240" w:lineRule="auto"/>
              <w:ind w:left="99" w:right="-20"/>
              <w:rPr>
                <w:rFonts w:ascii="Times New Roman" w:eastAsia="Myriad Pro" w:hAnsi="Times New Roman" w:cs="Times New Roman"/>
                <w:color w:val="797979"/>
                <w:sz w:val="20"/>
                <w:szCs w:val="20"/>
              </w:rPr>
            </w:pPr>
          </w:p>
          <w:p w14:paraId="5384C899" w14:textId="77777777" w:rsidR="00C43AF5" w:rsidRPr="00EA4F49" w:rsidRDefault="00C43AF5" w:rsidP="00A53362">
            <w:pPr>
              <w:spacing w:before="2" w:after="0" w:line="240" w:lineRule="auto"/>
              <w:ind w:left="99" w:right="-20"/>
              <w:rPr>
                <w:rFonts w:ascii="Times New Roman" w:eastAsia="Myriad Pro" w:hAnsi="Times New Roman" w:cs="Times New Roman"/>
                <w:color w:val="797979"/>
                <w:sz w:val="20"/>
                <w:szCs w:val="20"/>
              </w:rPr>
            </w:pPr>
          </w:p>
          <w:p w14:paraId="281075DE" w14:textId="77777777" w:rsidR="00C43AF5" w:rsidRPr="00EA4F49" w:rsidRDefault="00C43AF5" w:rsidP="00A53362">
            <w:pPr>
              <w:spacing w:before="2" w:after="0" w:line="240" w:lineRule="auto"/>
              <w:ind w:left="99" w:right="-20"/>
              <w:rPr>
                <w:rFonts w:ascii="Times New Roman" w:eastAsia="Myriad Pro" w:hAnsi="Times New Roman" w:cs="Times New Roman"/>
                <w:color w:val="797979"/>
                <w:sz w:val="20"/>
                <w:szCs w:val="20"/>
              </w:rPr>
            </w:pPr>
          </w:p>
          <w:p w14:paraId="1A8688C9" w14:textId="77777777" w:rsidR="00C43AF5" w:rsidRPr="00EA4F49" w:rsidRDefault="00C43AF5" w:rsidP="00A53362">
            <w:pPr>
              <w:spacing w:before="2" w:after="0" w:line="240" w:lineRule="auto"/>
              <w:ind w:left="99" w:right="-20"/>
              <w:rPr>
                <w:rFonts w:ascii="Times New Roman" w:eastAsia="Myriad Pro" w:hAnsi="Times New Roman" w:cs="Times New Roman"/>
                <w:color w:val="797979"/>
                <w:sz w:val="20"/>
                <w:szCs w:val="20"/>
              </w:rPr>
            </w:pPr>
          </w:p>
          <w:p w14:paraId="363A5745" w14:textId="77777777" w:rsidR="00C43AF5" w:rsidRPr="00EA4F49" w:rsidRDefault="00C43AF5" w:rsidP="00A53362">
            <w:pPr>
              <w:spacing w:before="2" w:after="0" w:line="240" w:lineRule="auto"/>
              <w:ind w:left="99" w:right="-20"/>
              <w:rPr>
                <w:rFonts w:ascii="Times New Roman" w:eastAsia="Myriad Pro" w:hAnsi="Times New Roman" w:cs="Times New Roman"/>
                <w:color w:val="797979"/>
                <w:sz w:val="20"/>
                <w:szCs w:val="20"/>
              </w:rPr>
            </w:pPr>
          </w:p>
          <w:p w14:paraId="7732BA25" w14:textId="77777777" w:rsidR="00C43AF5" w:rsidRPr="00EA4F49" w:rsidRDefault="00C43AF5" w:rsidP="00A53362">
            <w:pPr>
              <w:spacing w:before="2" w:after="0" w:line="240" w:lineRule="auto"/>
              <w:ind w:left="99" w:right="-20"/>
              <w:rPr>
                <w:rFonts w:ascii="Times New Roman" w:eastAsia="Myriad Pro" w:hAnsi="Times New Roman" w:cs="Times New Roman"/>
                <w:sz w:val="20"/>
                <w:szCs w:val="20"/>
              </w:rPr>
            </w:pPr>
          </w:p>
        </w:tc>
      </w:tr>
      <w:tr w:rsidR="00C43AF5" w:rsidRPr="00EA4F49" w14:paraId="5D39066A" w14:textId="77777777" w:rsidTr="009F78F9">
        <w:trPr>
          <w:trHeight w:hRule="exact" w:val="487"/>
        </w:trPr>
        <w:tc>
          <w:tcPr>
            <w:tcW w:w="10905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3C0D1706" w14:textId="4471876A" w:rsidR="00C43AF5" w:rsidRPr="00EA4F49" w:rsidRDefault="00C43AF5" w:rsidP="009F78F9">
            <w:pPr>
              <w:spacing w:after="0" w:line="207" w:lineRule="exact"/>
              <w:ind w:left="99" w:right="-20"/>
              <w:rPr>
                <w:rFonts w:ascii="Times New Roman" w:eastAsia="Myriad Pro" w:hAnsi="Times New Roman" w:cs="Times New Roman"/>
                <w:sz w:val="20"/>
                <w:szCs w:val="20"/>
              </w:rPr>
            </w:pPr>
            <w:r w:rsidRPr="00EA4F49">
              <w:rPr>
                <w:rFonts w:ascii="Segoe UI Symbol" w:eastAsia="Arial Unicode MS" w:hAnsi="Segoe UI Symbol" w:cs="Segoe UI Symbol"/>
                <w:sz w:val="20"/>
                <w:szCs w:val="20"/>
              </w:rPr>
              <w:t>☐</w:t>
            </w:r>
            <w:r w:rsidRPr="00EA4F49">
              <w:rPr>
                <w:rFonts w:ascii="Times New Roman" w:eastAsia="Arial Unicode MS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f)</w:t>
            </w:r>
            <w:r w:rsidRPr="00EA4F49">
              <w:rPr>
                <w:rFonts w:ascii="Times New Roman" w:eastAsia="Myriad Pro" w:hAnsi="Times New Roman" w:cs="Times New Roman"/>
                <w:spacing w:val="2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5"/>
                <w:sz w:val="20"/>
                <w:szCs w:val="20"/>
              </w:rPr>
              <w:t>punctul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9"/>
                <w:w w:val="95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de</w:t>
            </w:r>
            <w:r w:rsidRPr="00EA4F49">
              <w:rPr>
                <w:rFonts w:ascii="Times New Roman" w:eastAsia="Myriad Pro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5"/>
                <w:sz w:val="20"/>
                <w:szCs w:val="20"/>
              </w:rPr>
              <w:t>v</w:t>
            </w:r>
            <w:r w:rsidRPr="00EA4F49">
              <w:rPr>
                <w:rFonts w:ascii="Times New Roman" w:eastAsia="Myriad Pro" w:hAnsi="Times New Roman" w:cs="Times New Roman"/>
                <w:spacing w:val="1"/>
                <w:w w:val="95"/>
                <w:sz w:val="20"/>
                <w:szCs w:val="20"/>
              </w:rPr>
              <w:t>e</w:t>
            </w:r>
            <w:r w:rsidRPr="00EA4F49">
              <w:rPr>
                <w:rFonts w:ascii="Times New Roman" w:eastAsia="Myriad Pro" w:hAnsi="Times New Roman" w:cs="Times New Roman"/>
                <w:w w:val="95"/>
                <w:sz w:val="20"/>
                <w:szCs w:val="20"/>
              </w:rPr>
              <w:t>dere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9"/>
                <w:w w:val="95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sau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actul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d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ministrativ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al</w:t>
            </w:r>
            <w:r w:rsidRPr="00EA4F49">
              <w:rPr>
                <w:rFonts w:ascii="Times New Roman" w:eastAsia="Myriad Pro" w:hAnsi="Times New Roman" w:cs="Times New Roman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autori</w:t>
            </w:r>
            <w:r w:rsidRPr="00EA4F49">
              <w:rPr>
                <w:rFonts w:ascii="Times New Roman" w:eastAsia="Myriad Pro" w:hAnsi="Times New Roman" w:cs="Times New Roman"/>
                <w:spacing w:val="3"/>
                <w:sz w:val="20"/>
                <w:szCs w:val="20"/>
              </w:rPr>
              <w:t>t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ății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3"/>
                <w:sz w:val="20"/>
                <w:szCs w:val="20"/>
              </w:rPr>
              <w:t>competente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2"/>
                <w:w w:val="9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3"/>
                <w:sz w:val="20"/>
                <w:szCs w:val="20"/>
              </w:rPr>
              <w:t>p</w:t>
            </w:r>
            <w:r w:rsidRPr="00EA4F49">
              <w:rPr>
                <w:rFonts w:ascii="Times New Roman" w:eastAsia="Myriad Pro" w:hAnsi="Times New Roman" w:cs="Times New Roman"/>
                <w:spacing w:val="1"/>
                <w:w w:val="93"/>
                <w:sz w:val="20"/>
                <w:szCs w:val="20"/>
              </w:rPr>
              <w:t>e</w:t>
            </w:r>
            <w:r w:rsidRPr="00EA4F49">
              <w:rPr>
                <w:rFonts w:ascii="Times New Roman" w:eastAsia="Myriad Pro" w:hAnsi="Times New Roman" w:cs="Times New Roman"/>
                <w:w w:val="93"/>
                <w:sz w:val="20"/>
                <w:szCs w:val="20"/>
              </w:rPr>
              <w:t>ntru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9"/>
                <w:w w:val="9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3"/>
                <w:sz w:val="20"/>
                <w:szCs w:val="20"/>
              </w:rPr>
              <w:t>prote</w:t>
            </w:r>
            <w:r w:rsidRPr="00EA4F49">
              <w:rPr>
                <w:rFonts w:ascii="Times New Roman" w:eastAsia="Myriad Pro" w:hAnsi="Times New Roman" w:cs="Times New Roman"/>
                <w:spacing w:val="1"/>
                <w:w w:val="93"/>
                <w:sz w:val="20"/>
                <w:szCs w:val="20"/>
              </w:rPr>
              <w:t>c</w:t>
            </w:r>
            <w:r w:rsidRPr="00EA4F49">
              <w:rPr>
                <w:rFonts w:ascii="Times New Roman" w:eastAsia="Myriad Pro" w:hAnsi="Times New Roman" w:cs="Times New Roman"/>
                <w:w w:val="93"/>
                <w:sz w:val="20"/>
                <w:szCs w:val="20"/>
              </w:rPr>
              <w:t>ția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21"/>
                <w:w w:val="9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mediului</w:t>
            </w:r>
            <w:proofErr w:type="spellEnd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,</w:t>
            </w:r>
            <w:r w:rsidRPr="00EA4F49">
              <w:rPr>
                <w:rFonts w:ascii="Times New Roman" w:eastAsia="Myriad Pro" w:hAnsi="Times New Roman" w:cs="Times New Roman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în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8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cazul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în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care</w:t>
            </w:r>
            <w:r w:rsidRPr="00EA4F49">
              <w:rPr>
                <w:rFonts w:ascii="Times New Roman" w:eastAsia="Myriad Pro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</w:t>
            </w:r>
            <w:r w:rsidRPr="00EA4F49">
              <w:rPr>
                <w:rFonts w:ascii="Times New Roman" w:eastAsia="Myriad Pro" w:hAnsi="Times New Roman" w:cs="Times New Roman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fost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sol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i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cita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t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ă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evaluarea</w:t>
            </w:r>
            <w:proofErr w:type="spellEnd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,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109"/>
                <w:sz w:val="20"/>
                <w:szCs w:val="20"/>
              </w:rPr>
              <w:t>și</w:t>
            </w:r>
            <w:proofErr w:type="spellEnd"/>
            <w:r w:rsidR="009F78F9">
              <w:rPr>
                <w:rFonts w:ascii="Times New Roman" w:eastAsia="Myriad Pro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acordul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de</w:t>
            </w:r>
            <w:r w:rsidRPr="00EA4F49">
              <w:rPr>
                <w:rFonts w:ascii="Times New Roman" w:eastAsia="Myriad Pro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mediu</w:t>
            </w:r>
            <w:proofErr w:type="spellEnd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,</w:t>
            </w:r>
            <w:r w:rsidRPr="00EA4F49">
              <w:rPr>
                <w:rFonts w:ascii="Times New Roman" w:eastAsia="Myriad Pro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da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c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ă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2"/>
                <w:sz w:val="20"/>
                <w:szCs w:val="20"/>
              </w:rPr>
              <w:t>este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0"/>
                <w:w w:val="92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cazul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(1</w:t>
            </w:r>
            <w:r w:rsidRPr="00EA4F49">
              <w:rPr>
                <w:rFonts w:ascii="Times New Roman" w:eastAsia="Myriad Pro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exemplar</w:t>
            </w:r>
            <w:r w:rsidRPr="00EA4F49">
              <w:rPr>
                <w:rFonts w:ascii="Times New Roman" w:eastAsia="Myriad Pro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copie</w:t>
            </w:r>
            <w:proofErr w:type="spellEnd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)</w:t>
            </w:r>
          </w:p>
        </w:tc>
      </w:tr>
      <w:tr w:rsidR="00C43AF5" w:rsidRPr="00EA4F49" w14:paraId="7EDC9C08" w14:textId="77777777" w:rsidTr="00015A4F">
        <w:trPr>
          <w:trHeight w:hRule="exact" w:val="217"/>
        </w:trPr>
        <w:tc>
          <w:tcPr>
            <w:tcW w:w="10905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6FB7F270" w14:textId="77777777" w:rsidR="00C43AF5" w:rsidRPr="00EA4F49" w:rsidRDefault="00C43AF5" w:rsidP="00A53362">
            <w:pPr>
              <w:spacing w:after="0" w:line="205" w:lineRule="exact"/>
              <w:ind w:left="99" w:right="-20"/>
              <w:rPr>
                <w:rFonts w:ascii="Times New Roman" w:eastAsia="Myriad Pro" w:hAnsi="Times New Roman" w:cs="Times New Roman"/>
                <w:sz w:val="20"/>
                <w:szCs w:val="20"/>
              </w:rPr>
            </w:pPr>
            <w:r w:rsidRPr="00EA4F49">
              <w:rPr>
                <w:rFonts w:ascii="Segoe UI Symbol" w:eastAsia="Arial Unicode MS" w:hAnsi="Segoe UI Symbol" w:cs="Segoe UI Symbol"/>
                <w:sz w:val="20"/>
                <w:szCs w:val="20"/>
              </w:rPr>
              <w:t>☐</w:t>
            </w:r>
            <w:r w:rsidRPr="00EA4F49">
              <w:rPr>
                <w:rFonts w:ascii="Times New Roman" w:eastAsia="Arial Unicode MS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g)</w:t>
            </w:r>
            <w:r w:rsidRPr="00EA4F49">
              <w:rPr>
                <w:rFonts w:ascii="Times New Roman" w:eastAsia="Myriad Pro" w:hAnsi="Times New Roman" w:cs="Times New Roman"/>
                <w:spacing w:val="8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declaraț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i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pe</w:t>
            </w:r>
            <w:r w:rsidRPr="00EA4F49">
              <w:rPr>
                <w:rFonts w:ascii="Times New Roman" w:eastAsia="Myriad Pro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propria</w:t>
            </w:r>
            <w:r w:rsidRPr="00EA4F49">
              <w:rPr>
                <w:rFonts w:ascii="Times New Roman" w:eastAsia="Myriad Pro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4"/>
                <w:sz w:val="20"/>
                <w:szCs w:val="20"/>
              </w:rPr>
              <w:t>răspundere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9"/>
                <w:w w:val="94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în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cazul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în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care</w:t>
            </w:r>
            <w:r w:rsidRPr="00EA4F49">
              <w:rPr>
                <w:rFonts w:ascii="Times New Roman" w:eastAsia="Myriad Pro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3"/>
                <w:sz w:val="20"/>
                <w:szCs w:val="20"/>
              </w:rPr>
              <w:t>pentru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9"/>
                <w:w w:val="9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3"/>
                <w:sz w:val="20"/>
                <w:szCs w:val="20"/>
              </w:rPr>
              <w:t>anu</w:t>
            </w:r>
            <w:r w:rsidRPr="00EA4F49">
              <w:rPr>
                <w:rFonts w:ascii="Times New Roman" w:eastAsia="Myriad Pro" w:hAnsi="Times New Roman" w:cs="Times New Roman"/>
                <w:spacing w:val="-1"/>
                <w:w w:val="93"/>
                <w:sz w:val="20"/>
                <w:szCs w:val="20"/>
              </w:rPr>
              <w:t>m</w:t>
            </w:r>
            <w:r w:rsidRPr="00EA4F49">
              <w:rPr>
                <w:rFonts w:ascii="Times New Roman" w:eastAsia="Myriad Pro" w:hAnsi="Times New Roman" w:cs="Times New Roman"/>
                <w:w w:val="93"/>
                <w:sz w:val="20"/>
                <w:szCs w:val="20"/>
              </w:rPr>
              <w:t>ite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8"/>
                <w:w w:val="9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avize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w w:val="83"/>
                <w:sz w:val="20"/>
                <w:szCs w:val="20"/>
              </w:rPr>
              <w:t>/</w:t>
            </w:r>
            <w:r w:rsidRPr="00EA4F49">
              <w:rPr>
                <w:rFonts w:ascii="Times New Roman" w:eastAsia="Myriad Pro" w:hAnsi="Times New Roman" w:cs="Times New Roman"/>
                <w:spacing w:val="12"/>
                <w:w w:val="8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acorduri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se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invo</w:t>
            </w:r>
            <w:r w:rsidRPr="00EA4F49">
              <w:rPr>
                <w:rFonts w:ascii="Times New Roman" w:eastAsia="Myriad Pro" w:hAnsi="Times New Roman" w:cs="Times New Roman"/>
                <w:spacing w:val="2"/>
                <w:sz w:val="20"/>
                <w:szCs w:val="20"/>
              </w:rPr>
              <w:t>c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ă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6"/>
                <w:sz w:val="20"/>
                <w:szCs w:val="20"/>
              </w:rPr>
              <w:t>acordarea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8"/>
                <w:w w:val="96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taci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t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ă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w w:val="104"/>
                <w:sz w:val="20"/>
                <w:szCs w:val="20"/>
              </w:rPr>
              <w:t>(original)</w:t>
            </w:r>
          </w:p>
        </w:tc>
      </w:tr>
      <w:tr w:rsidR="00C43AF5" w:rsidRPr="00EA4F49" w14:paraId="6B6CED0D" w14:textId="77777777" w:rsidTr="00015A4F">
        <w:trPr>
          <w:trHeight w:hRule="exact" w:val="215"/>
        </w:trPr>
        <w:tc>
          <w:tcPr>
            <w:tcW w:w="10905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705AEE17" w14:textId="77777777" w:rsidR="00C43AF5" w:rsidRPr="00EA4F49" w:rsidRDefault="00C43AF5" w:rsidP="00A53362">
            <w:pPr>
              <w:spacing w:after="0" w:line="204" w:lineRule="exact"/>
              <w:ind w:left="137" w:right="-20"/>
              <w:rPr>
                <w:rFonts w:ascii="Times New Roman" w:eastAsia="Myriad Pro" w:hAnsi="Times New Roman" w:cs="Times New Roman"/>
                <w:sz w:val="20"/>
                <w:szCs w:val="20"/>
              </w:rPr>
            </w:pPr>
            <w:r w:rsidRPr="00EA4F49">
              <w:rPr>
                <w:rFonts w:ascii="Segoe UI Symbol" w:eastAsia="Arial Unicode MS" w:hAnsi="Segoe UI Symbol" w:cs="Segoe UI Symbol"/>
                <w:sz w:val="20"/>
                <w:szCs w:val="20"/>
              </w:rPr>
              <w:t>☐</w:t>
            </w:r>
            <w:r w:rsidRPr="00EA4F49">
              <w:rPr>
                <w:rFonts w:ascii="Times New Roman" w:eastAsia="Arial Unicode MS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h)</w:t>
            </w:r>
            <w:r w:rsidRPr="00EA4F49">
              <w:rPr>
                <w:rFonts w:ascii="Times New Roman" w:eastAsia="Myriad Pro" w:hAnsi="Times New Roman" w:cs="Times New Roman"/>
                <w:spacing w:val="9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acordul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vec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i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nilor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(1</w:t>
            </w:r>
            <w:r w:rsidRPr="00EA4F49">
              <w:rPr>
                <w:rFonts w:ascii="Times New Roman" w:eastAsia="Myriad Pro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exempl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a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r</w:t>
            </w:r>
            <w:r w:rsidRPr="00EA4F49">
              <w:rPr>
                <w:rFonts w:ascii="Times New Roman" w:eastAsia="Myriad Pro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c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opie</w:t>
            </w:r>
            <w:proofErr w:type="spellEnd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)</w:t>
            </w:r>
          </w:p>
        </w:tc>
      </w:tr>
      <w:tr w:rsidR="00C43AF5" w:rsidRPr="00EA4F49" w14:paraId="1B069453" w14:textId="77777777" w:rsidTr="009F78F9">
        <w:trPr>
          <w:trHeight w:hRule="exact" w:val="469"/>
        </w:trPr>
        <w:tc>
          <w:tcPr>
            <w:tcW w:w="10905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3C3D698A" w14:textId="6279BDE0" w:rsidR="00C43AF5" w:rsidRPr="00EA4F49" w:rsidRDefault="00C43AF5" w:rsidP="009F78F9">
            <w:pPr>
              <w:spacing w:after="0" w:line="208" w:lineRule="exact"/>
              <w:ind w:left="99" w:right="-20"/>
              <w:rPr>
                <w:rFonts w:ascii="Times New Roman" w:eastAsia="Myriad Pro" w:hAnsi="Times New Roman" w:cs="Times New Roman"/>
                <w:sz w:val="20"/>
                <w:szCs w:val="20"/>
              </w:rPr>
            </w:pPr>
            <w:r w:rsidRPr="00EA4F49">
              <w:rPr>
                <w:rFonts w:ascii="Segoe UI Symbol" w:eastAsia="Arial Unicode MS" w:hAnsi="Segoe UI Symbol" w:cs="Segoe UI Symbol"/>
                <w:sz w:val="20"/>
                <w:szCs w:val="20"/>
              </w:rPr>
              <w:t>☐</w:t>
            </w:r>
            <w:r w:rsidRPr="00EA4F49">
              <w:rPr>
                <w:rFonts w:ascii="Times New Roman" w:eastAsia="Arial Unicode MS" w:hAnsi="Times New Roman" w:cs="Times New Roman"/>
                <w:spacing w:val="20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i</w:t>
            </w:r>
            <w:proofErr w:type="spellEnd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)</w:t>
            </w:r>
            <w:r w:rsidRPr="00EA4F49">
              <w:rPr>
                <w:rFonts w:ascii="Times New Roman" w:eastAsia="Myriad Pro" w:hAnsi="Times New Roman" w:cs="Times New Roman"/>
                <w:spacing w:val="2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6"/>
                <w:sz w:val="20"/>
                <w:szCs w:val="20"/>
              </w:rPr>
              <w:t>raportul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8"/>
                <w:w w:val="96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de</w:t>
            </w:r>
            <w:r w:rsidRPr="00EA4F49">
              <w:rPr>
                <w:rFonts w:ascii="Times New Roman" w:eastAsia="Myriad Pro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expertiză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5"/>
                <w:sz w:val="20"/>
                <w:szCs w:val="20"/>
              </w:rPr>
              <w:t>tehnică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9"/>
                <w:w w:val="95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preliminară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privind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influe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n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ța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5"/>
                <w:sz w:val="20"/>
                <w:szCs w:val="20"/>
              </w:rPr>
              <w:t>asupra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9"/>
                <w:w w:val="95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vecinătăților</w:t>
            </w:r>
            <w:proofErr w:type="spellEnd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,</w:t>
            </w:r>
            <w:r w:rsidRPr="00EA4F49">
              <w:rPr>
                <w:rFonts w:ascii="Times New Roman" w:eastAsia="Myriad Pro" w:hAnsi="Times New Roman" w:cs="Times New Roman"/>
                <w:spacing w:val="6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3"/>
                <w:sz w:val="20"/>
                <w:szCs w:val="20"/>
              </w:rPr>
              <w:t>pentru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9"/>
                <w:w w:val="9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cerința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5"/>
                <w:sz w:val="20"/>
                <w:szCs w:val="20"/>
              </w:rPr>
              <w:t>fundamentală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0"/>
                <w:w w:val="95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5"/>
                <w:sz w:val="20"/>
                <w:szCs w:val="20"/>
              </w:rPr>
              <w:t>rezistență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6"/>
                <w:w w:val="95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m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e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cani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c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ă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și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5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stabilitate</w:t>
            </w:r>
            <w:proofErr w:type="spellEnd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,</w:t>
            </w:r>
            <w:r w:rsidR="009F78F9">
              <w:rPr>
                <w:rFonts w:ascii="Times New Roman" w:eastAsia="Myriad Pro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dacă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2"/>
                <w:sz w:val="20"/>
                <w:szCs w:val="20"/>
              </w:rPr>
              <w:t>este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0"/>
                <w:w w:val="92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cazul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(1</w:t>
            </w:r>
            <w:r w:rsidRPr="00EA4F49">
              <w:rPr>
                <w:rFonts w:ascii="Times New Roman" w:eastAsia="Myriad Pro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exemplar</w:t>
            </w:r>
            <w:r w:rsidRPr="00EA4F49">
              <w:rPr>
                <w:rFonts w:ascii="Times New Roman" w:eastAsia="Myriad Pro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copie</w:t>
            </w:r>
            <w:proofErr w:type="spellEnd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)</w:t>
            </w:r>
          </w:p>
        </w:tc>
      </w:tr>
      <w:tr w:rsidR="00C43AF5" w:rsidRPr="00EA4F49" w14:paraId="149911C2" w14:textId="77777777" w:rsidTr="009F78F9">
        <w:trPr>
          <w:trHeight w:hRule="exact" w:val="532"/>
        </w:trPr>
        <w:tc>
          <w:tcPr>
            <w:tcW w:w="10905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2E0F1B5A" w14:textId="4C034790" w:rsidR="00C43AF5" w:rsidRPr="00EA4F49" w:rsidRDefault="00C43AF5" w:rsidP="009F78F9">
            <w:pPr>
              <w:spacing w:after="0" w:line="208" w:lineRule="exact"/>
              <w:ind w:left="99" w:right="-20"/>
              <w:rPr>
                <w:rFonts w:ascii="Times New Roman" w:eastAsia="Myriad Pro" w:hAnsi="Times New Roman" w:cs="Times New Roman"/>
                <w:sz w:val="20"/>
                <w:szCs w:val="20"/>
              </w:rPr>
            </w:pPr>
            <w:r w:rsidRPr="00EA4F49">
              <w:rPr>
                <w:rFonts w:ascii="Segoe UI Symbol" w:eastAsia="Arial Unicode MS" w:hAnsi="Segoe UI Symbol" w:cs="Segoe UI Symbol"/>
                <w:sz w:val="20"/>
                <w:szCs w:val="20"/>
              </w:rPr>
              <w:t>☐</w:t>
            </w:r>
            <w:r w:rsidRPr="00EA4F49">
              <w:rPr>
                <w:rFonts w:ascii="Times New Roman" w:eastAsia="Arial Unicode MS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j)</w:t>
            </w:r>
            <w:r w:rsidRPr="00EA4F49">
              <w:rPr>
                <w:rFonts w:ascii="Times New Roman" w:eastAsia="Myriad Pro" w:hAnsi="Times New Roman" w:cs="Times New Roman"/>
                <w:spacing w:val="22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5"/>
                <w:sz w:val="20"/>
                <w:szCs w:val="20"/>
              </w:rPr>
              <w:t>rapoartele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9"/>
                <w:w w:val="95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de</w:t>
            </w:r>
            <w:r w:rsidRPr="00EA4F49">
              <w:rPr>
                <w:rFonts w:ascii="Times New Roman" w:eastAsia="Myriad Pro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experti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z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ă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3"/>
                <w:sz w:val="20"/>
                <w:szCs w:val="20"/>
              </w:rPr>
              <w:t>tehnică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9"/>
                <w:w w:val="9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pacing w:val="2"/>
                <w:w w:val="93"/>
                <w:sz w:val="20"/>
                <w:szCs w:val="20"/>
              </w:rPr>
              <w:t>p</w:t>
            </w:r>
            <w:r w:rsidRPr="00EA4F49">
              <w:rPr>
                <w:rFonts w:ascii="Times New Roman" w:eastAsia="Myriad Pro" w:hAnsi="Times New Roman" w:cs="Times New Roman"/>
                <w:w w:val="93"/>
                <w:sz w:val="20"/>
                <w:szCs w:val="20"/>
              </w:rPr>
              <w:t>entru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8"/>
                <w:w w:val="9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ceri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n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țele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5"/>
                <w:sz w:val="20"/>
                <w:szCs w:val="20"/>
              </w:rPr>
              <w:t>fund</w:t>
            </w:r>
            <w:r w:rsidRPr="00EA4F49">
              <w:rPr>
                <w:rFonts w:ascii="Times New Roman" w:eastAsia="Myriad Pro" w:hAnsi="Times New Roman" w:cs="Times New Roman"/>
                <w:spacing w:val="1"/>
                <w:w w:val="95"/>
                <w:sz w:val="20"/>
                <w:szCs w:val="20"/>
              </w:rPr>
              <w:t>a</w:t>
            </w:r>
            <w:r w:rsidRPr="00EA4F49">
              <w:rPr>
                <w:rFonts w:ascii="Times New Roman" w:eastAsia="Myriad Pro" w:hAnsi="Times New Roman" w:cs="Times New Roman"/>
                <w:w w:val="95"/>
                <w:sz w:val="20"/>
                <w:szCs w:val="20"/>
              </w:rPr>
              <w:t>mentale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8"/>
                <w:w w:val="95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5"/>
                <w:sz w:val="20"/>
                <w:szCs w:val="20"/>
              </w:rPr>
              <w:t>reziste</w:t>
            </w:r>
            <w:r w:rsidRPr="00EA4F49">
              <w:rPr>
                <w:rFonts w:ascii="Times New Roman" w:eastAsia="Myriad Pro" w:hAnsi="Times New Roman" w:cs="Times New Roman"/>
                <w:spacing w:val="3"/>
                <w:w w:val="95"/>
                <w:sz w:val="20"/>
                <w:szCs w:val="20"/>
              </w:rPr>
              <w:t>n</w:t>
            </w:r>
            <w:r w:rsidRPr="00EA4F49">
              <w:rPr>
                <w:rFonts w:ascii="Times New Roman" w:eastAsia="Myriad Pro" w:hAnsi="Times New Roman" w:cs="Times New Roman"/>
                <w:w w:val="95"/>
                <w:sz w:val="20"/>
                <w:szCs w:val="20"/>
              </w:rPr>
              <w:t>ță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9"/>
                <w:w w:val="95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m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e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canică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și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6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6"/>
                <w:sz w:val="20"/>
                <w:szCs w:val="20"/>
              </w:rPr>
              <w:t>s</w:t>
            </w:r>
            <w:r w:rsidRPr="00EA4F49">
              <w:rPr>
                <w:rFonts w:ascii="Times New Roman" w:eastAsia="Myriad Pro" w:hAnsi="Times New Roman" w:cs="Times New Roman"/>
                <w:spacing w:val="1"/>
                <w:w w:val="96"/>
                <w:sz w:val="20"/>
                <w:szCs w:val="20"/>
              </w:rPr>
              <w:t>t</w:t>
            </w:r>
            <w:r w:rsidRPr="00EA4F49">
              <w:rPr>
                <w:rFonts w:ascii="Times New Roman" w:eastAsia="Myriad Pro" w:hAnsi="Times New Roman" w:cs="Times New Roman"/>
                <w:w w:val="96"/>
                <w:sz w:val="20"/>
                <w:szCs w:val="20"/>
              </w:rPr>
              <w:t>abilitate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1"/>
                <w:w w:val="96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și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5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6"/>
                <w:sz w:val="20"/>
                <w:szCs w:val="20"/>
              </w:rPr>
              <w:t>securitate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8"/>
                <w:w w:val="96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la</w:t>
            </w:r>
            <w:r w:rsidRPr="00EA4F49">
              <w:rPr>
                <w:rFonts w:ascii="Times New Roman" w:eastAsia="Myriad Pro" w:hAnsi="Times New Roman" w:cs="Times New Roman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incendiu</w:t>
            </w:r>
            <w:proofErr w:type="spellEnd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,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w w:val="95"/>
                <w:sz w:val="20"/>
                <w:szCs w:val="20"/>
              </w:rPr>
              <w:t>precum</w:t>
            </w:r>
            <w:r w:rsidRPr="00EA4F49">
              <w:rPr>
                <w:rFonts w:ascii="Times New Roman" w:eastAsia="Myriad Pro" w:hAnsi="Times New Roman" w:cs="Times New Roman"/>
                <w:spacing w:val="10"/>
                <w:w w:val="95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și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5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pentru</w:t>
            </w:r>
            <w:proofErr w:type="spellEnd"/>
            <w:r w:rsidR="009F78F9">
              <w:rPr>
                <w:rFonts w:ascii="Times New Roman" w:eastAsia="Myriad Pro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celelalte</w:t>
            </w:r>
            <w:proofErr w:type="spellEnd"/>
            <w:proofErr w:type="gramEnd"/>
            <w:r w:rsidRPr="00EA4F49">
              <w:rPr>
                <w:rFonts w:ascii="Times New Roman" w:eastAsia="Myriad Pro" w:hAnsi="Times New Roman" w:cs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ceri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n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țe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6"/>
                <w:sz w:val="20"/>
                <w:szCs w:val="20"/>
              </w:rPr>
              <w:t>fundamentale</w:t>
            </w:r>
            <w:proofErr w:type="spellEnd"/>
            <w:r w:rsidRPr="00EA4F49">
              <w:rPr>
                <w:rFonts w:ascii="Times New Roman" w:eastAsia="Myriad Pro" w:hAnsi="Times New Roman" w:cs="Times New Roman"/>
                <w:w w:val="96"/>
                <w:sz w:val="20"/>
                <w:szCs w:val="20"/>
              </w:rPr>
              <w:t>,</w:t>
            </w:r>
            <w:r w:rsidRPr="00EA4F49">
              <w:rPr>
                <w:rFonts w:ascii="Times New Roman" w:eastAsia="Myriad Pro" w:hAnsi="Times New Roman" w:cs="Times New Roman"/>
                <w:spacing w:val="8"/>
                <w:w w:val="96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în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8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ca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z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ul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1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interve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n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țiilor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la</w:t>
            </w:r>
            <w:r w:rsidRPr="00EA4F49">
              <w:rPr>
                <w:rFonts w:ascii="Times New Roman" w:eastAsia="Myriad Pro" w:hAnsi="Times New Roman" w:cs="Times New Roman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constru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c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ții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6"/>
                <w:sz w:val="20"/>
                <w:szCs w:val="20"/>
              </w:rPr>
              <w:t>existe</w:t>
            </w:r>
            <w:r w:rsidRPr="00EA4F49">
              <w:rPr>
                <w:rFonts w:ascii="Times New Roman" w:eastAsia="Myriad Pro" w:hAnsi="Times New Roman" w:cs="Times New Roman"/>
                <w:spacing w:val="1"/>
                <w:w w:val="96"/>
                <w:sz w:val="20"/>
                <w:szCs w:val="20"/>
              </w:rPr>
              <w:t>n</w:t>
            </w:r>
            <w:r w:rsidRPr="00EA4F49">
              <w:rPr>
                <w:rFonts w:ascii="Times New Roman" w:eastAsia="Myriad Pro" w:hAnsi="Times New Roman" w:cs="Times New Roman"/>
                <w:w w:val="96"/>
                <w:sz w:val="20"/>
                <w:szCs w:val="20"/>
              </w:rPr>
              <w:t>te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8"/>
                <w:w w:val="96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(1</w:t>
            </w:r>
            <w:r w:rsidRPr="00EA4F49">
              <w:rPr>
                <w:rFonts w:ascii="Times New Roman" w:eastAsia="Myriad Pro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ex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e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mplar</w:t>
            </w:r>
            <w:r w:rsidRPr="00EA4F49">
              <w:rPr>
                <w:rFonts w:ascii="Times New Roman" w:eastAsia="Myriad Pro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cop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i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e</w:t>
            </w:r>
            <w:proofErr w:type="spellEnd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)</w:t>
            </w:r>
          </w:p>
        </w:tc>
      </w:tr>
      <w:tr w:rsidR="00C43AF5" w:rsidRPr="00EA4F49" w14:paraId="0862F74F" w14:textId="77777777" w:rsidTr="009F78F9">
        <w:trPr>
          <w:trHeight w:hRule="exact" w:val="406"/>
        </w:trPr>
        <w:tc>
          <w:tcPr>
            <w:tcW w:w="10905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4F4AEC95" w14:textId="08544455" w:rsidR="00C43AF5" w:rsidRPr="00EA4F49" w:rsidRDefault="00C43AF5" w:rsidP="00A53362">
            <w:pPr>
              <w:spacing w:after="0" w:line="205" w:lineRule="exact"/>
              <w:ind w:left="99" w:right="-20"/>
              <w:rPr>
                <w:rFonts w:ascii="Times New Roman" w:eastAsia="Myriad Pro" w:hAnsi="Times New Roman" w:cs="Times New Roman"/>
                <w:sz w:val="20"/>
                <w:szCs w:val="20"/>
              </w:rPr>
            </w:pPr>
            <w:r w:rsidRPr="00EA4F49">
              <w:rPr>
                <w:rFonts w:ascii="Segoe UI Symbol" w:eastAsia="Arial Unicode MS" w:hAnsi="Segoe UI Symbol" w:cs="Segoe UI Symbol"/>
                <w:sz w:val="20"/>
                <w:szCs w:val="20"/>
              </w:rPr>
              <w:t>☐</w:t>
            </w:r>
            <w:r w:rsidRPr="00EA4F49">
              <w:rPr>
                <w:rFonts w:ascii="Times New Roman" w:eastAsia="Arial Unicode MS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k)</w:t>
            </w:r>
            <w:r w:rsidRPr="00EA4F49">
              <w:rPr>
                <w:rFonts w:ascii="Times New Roman" w:eastAsia="Myriad Pro" w:hAnsi="Times New Roman" w:cs="Times New Roman"/>
                <w:spacing w:val="2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6"/>
                <w:sz w:val="20"/>
                <w:szCs w:val="20"/>
              </w:rPr>
              <w:t>raportul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8"/>
                <w:w w:val="96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priv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i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nd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ceri</w:t>
            </w:r>
            <w:r w:rsidRPr="00EA4F49">
              <w:rPr>
                <w:rFonts w:ascii="Times New Roman" w:eastAsia="Myriad Pro" w:hAnsi="Times New Roman" w:cs="Times New Roman"/>
                <w:spacing w:val="2"/>
                <w:sz w:val="20"/>
                <w:szCs w:val="20"/>
              </w:rPr>
              <w:t>n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țele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minime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de</w:t>
            </w:r>
            <w:r w:rsidRPr="00EA4F49">
              <w:rPr>
                <w:rFonts w:ascii="Times New Roman" w:eastAsia="Myriad Pro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7"/>
                <w:sz w:val="20"/>
                <w:szCs w:val="20"/>
              </w:rPr>
              <w:t>conformare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8"/>
                <w:w w:val="97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</w:t>
            </w:r>
            <w:r w:rsidRPr="00EA4F49">
              <w:rPr>
                <w:rFonts w:ascii="Times New Roman" w:eastAsia="Myriad Pro" w:hAnsi="Times New Roman" w:cs="Times New Roman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unei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l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ădiri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cu</w:t>
            </w:r>
            <w:r w:rsidRPr="00EA4F49">
              <w:rPr>
                <w:rFonts w:ascii="Times New Roman" w:eastAsia="Myriad Pro" w:hAnsi="Times New Roman" w:cs="Times New Roman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6"/>
                <w:sz w:val="20"/>
                <w:szCs w:val="20"/>
              </w:rPr>
              <w:t>consum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8"/>
                <w:w w:val="96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de</w:t>
            </w:r>
            <w:r w:rsidRPr="00EA4F49">
              <w:rPr>
                <w:rFonts w:ascii="Times New Roman" w:eastAsia="Myriad Pro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4"/>
                <w:sz w:val="20"/>
                <w:szCs w:val="20"/>
              </w:rPr>
              <w:t>energie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6"/>
                <w:w w:val="94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4"/>
                <w:sz w:val="20"/>
                <w:szCs w:val="20"/>
              </w:rPr>
              <w:t>aproape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4"/>
                <w:w w:val="94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egal</w:t>
            </w:r>
            <w:r w:rsidRPr="00EA4F49">
              <w:rPr>
                <w:rFonts w:ascii="Times New Roman" w:eastAsia="Myriad Pro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cu</w:t>
            </w:r>
            <w:r w:rsidRPr="00EA4F49">
              <w:rPr>
                <w:rFonts w:ascii="Times New Roman" w:eastAsia="Myriad Pro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zero,</w:t>
            </w:r>
            <w:r w:rsidRPr="00EA4F49">
              <w:rPr>
                <w:rFonts w:ascii="Times New Roman" w:eastAsia="Myriad Pro" w:hAnsi="Times New Roman" w:cs="Times New Roman"/>
                <w:spacing w:val="11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da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c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ă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2"/>
                <w:sz w:val="20"/>
                <w:szCs w:val="20"/>
              </w:rPr>
              <w:t>este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0"/>
                <w:w w:val="92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cazul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0"/>
                <w:sz w:val="20"/>
                <w:szCs w:val="20"/>
              </w:rPr>
              <w:t xml:space="preserve"> </w:t>
            </w:r>
            <w:r w:rsidR="009F78F9">
              <w:rPr>
                <w:rFonts w:ascii="Times New Roman" w:eastAsia="Myriad Pro" w:hAnsi="Times New Roman" w:cs="Times New Roman"/>
                <w:spacing w:val="10"/>
                <w:sz w:val="20"/>
                <w:szCs w:val="20"/>
              </w:rPr>
              <w:t xml:space="preserve">        </w:t>
            </w:r>
            <w:proofErr w:type="gramStart"/>
            <w:r w:rsidR="009F78F9">
              <w:rPr>
                <w:rFonts w:ascii="Times New Roman" w:eastAsia="Myriad Pro" w:hAnsi="Times New Roman" w:cs="Times New Roman"/>
                <w:spacing w:val="10"/>
                <w:sz w:val="20"/>
                <w:szCs w:val="20"/>
              </w:rPr>
              <w:t xml:space="preserve">   </w:t>
            </w:r>
            <w:r w:rsidRPr="00EA4F49">
              <w:rPr>
                <w:rFonts w:ascii="Times New Roman" w:eastAsia="Myriad Pro" w:hAnsi="Times New Roman" w:cs="Times New Roman"/>
                <w:spacing w:val="-1"/>
                <w:sz w:val="20"/>
                <w:szCs w:val="20"/>
              </w:rPr>
              <w:t>(</w:t>
            </w:r>
            <w:proofErr w:type="gramEnd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1</w:t>
            </w:r>
            <w:r w:rsidRPr="00EA4F49">
              <w:rPr>
                <w:rFonts w:ascii="Times New Roman" w:eastAsia="Myriad Pro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exemplar</w:t>
            </w:r>
            <w:r w:rsidRPr="00EA4F49">
              <w:rPr>
                <w:rFonts w:ascii="Times New Roman" w:eastAsia="Myriad Pro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copie</w:t>
            </w:r>
            <w:proofErr w:type="spellEnd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)</w:t>
            </w:r>
          </w:p>
        </w:tc>
      </w:tr>
      <w:tr w:rsidR="00C43AF5" w:rsidRPr="00EA4F49" w14:paraId="0737F922" w14:textId="77777777" w:rsidTr="009F78F9">
        <w:trPr>
          <w:trHeight w:hRule="exact" w:val="415"/>
        </w:trPr>
        <w:tc>
          <w:tcPr>
            <w:tcW w:w="10905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57B649BF" w14:textId="77777777" w:rsidR="00C43AF5" w:rsidRPr="00EA4F49" w:rsidRDefault="00C43AF5" w:rsidP="00A53362">
            <w:pPr>
              <w:spacing w:after="0" w:line="205" w:lineRule="exact"/>
              <w:ind w:left="99" w:right="-20"/>
              <w:rPr>
                <w:rFonts w:ascii="Times New Roman" w:eastAsia="Myriad Pro" w:hAnsi="Times New Roman" w:cs="Times New Roman"/>
                <w:sz w:val="20"/>
                <w:szCs w:val="20"/>
              </w:rPr>
            </w:pPr>
            <w:r w:rsidRPr="00EA4F49">
              <w:rPr>
                <w:rFonts w:ascii="Segoe UI Symbol" w:eastAsia="Arial Unicode MS" w:hAnsi="Segoe UI Symbol" w:cs="Segoe UI Symbol"/>
                <w:sz w:val="20"/>
                <w:szCs w:val="20"/>
              </w:rPr>
              <w:t>☐</w:t>
            </w:r>
            <w:r w:rsidRPr="00EA4F49">
              <w:rPr>
                <w:rFonts w:ascii="Times New Roman" w:eastAsia="Arial Unicode MS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l)</w:t>
            </w:r>
            <w:r w:rsidRPr="00EA4F49">
              <w:rPr>
                <w:rFonts w:ascii="Times New Roman" w:eastAsia="Myriad Pro" w:hAnsi="Times New Roman" w:cs="Times New Roman"/>
                <w:spacing w:val="2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6"/>
                <w:sz w:val="20"/>
                <w:szCs w:val="20"/>
              </w:rPr>
              <w:t>raportul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8"/>
                <w:w w:val="96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de</w:t>
            </w:r>
            <w:r w:rsidRPr="00EA4F49">
              <w:rPr>
                <w:rFonts w:ascii="Times New Roman" w:eastAsia="Myriad Pro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audit</w:t>
            </w:r>
            <w:r w:rsidRPr="00EA4F49">
              <w:rPr>
                <w:rFonts w:ascii="Times New Roman" w:eastAsia="Myriad Pro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w w:val="95"/>
                <w:sz w:val="20"/>
                <w:szCs w:val="20"/>
              </w:rPr>
              <w:t>energetic</w:t>
            </w:r>
            <w:r w:rsidRPr="00EA4F49">
              <w:rPr>
                <w:rFonts w:ascii="Times New Roman" w:eastAsia="Myriad Pro" w:hAnsi="Times New Roman" w:cs="Times New Roman"/>
                <w:spacing w:val="10"/>
                <w:w w:val="95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în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8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5"/>
                <w:sz w:val="20"/>
                <w:szCs w:val="20"/>
              </w:rPr>
              <w:t>v</w:t>
            </w:r>
            <w:r w:rsidRPr="00EA4F49">
              <w:rPr>
                <w:rFonts w:ascii="Times New Roman" w:eastAsia="Myriad Pro" w:hAnsi="Times New Roman" w:cs="Times New Roman"/>
                <w:spacing w:val="1"/>
                <w:w w:val="95"/>
                <w:sz w:val="20"/>
                <w:szCs w:val="20"/>
              </w:rPr>
              <w:t>e</w:t>
            </w:r>
            <w:r w:rsidRPr="00EA4F49">
              <w:rPr>
                <w:rFonts w:ascii="Times New Roman" w:eastAsia="Myriad Pro" w:hAnsi="Times New Roman" w:cs="Times New Roman"/>
                <w:w w:val="95"/>
                <w:sz w:val="20"/>
                <w:szCs w:val="20"/>
              </w:rPr>
              <w:t>derea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2"/>
                <w:w w:val="95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creșterii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5"/>
                <w:sz w:val="20"/>
                <w:szCs w:val="20"/>
              </w:rPr>
              <w:t>perfor</w:t>
            </w:r>
            <w:r w:rsidRPr="00EA4F49">
              <w:rPr>
                <w:rFonts w:ascii="Times New Roman" w:eastAsia="Myriad Pro" w:hAnsi="Times New Roman" w:cs="Times New Roman"/>
                <w:spacing w:val="-1"/>
                <w:w w:val="95"/>
                <w:sz w:val="20"/>
                <w:szCs w:val="20"/>
              </w:rPr>
              <w:t>m</w:t>
            </w:r>
            <w:r w:rsidRPr="00EA4F49">
              <w:rPr>
                <w:rFonts w:ascii="Times New Roman" w:eastAsia="Myriad Pro" w:hAnsi="Times New Roman" w:cs="Times New Roman"/>
                <w:w w:val="95"/>
                <w:sz w:val="20"/>
                <w:szCs w:val="20"/>
              </w:rPr>
              <w:t>a</w:t>
            </w:r>
            <w:r w:rsidRPr="00EA4F49">
              <w:rPr>
                <w:rFonts w:ascii="Times New Roman" w:eastAsia="Myriad Pro" w:hAnsi="Times New Roman" w:cs="Times New Roman"/>
                <w:spacing w:val="1"/>
                <w:w w:val="95"/>
                <w:sz w:val="20"/>
                <w:szCs w:val="20"/>
              </w:rPr>
              <w:t>n</w:t>
            </w:r>
            <w:r w:rsidRPr="00EA4F49">
              <w:rPr>
                <w:rFonts w:ascii="Times New Roman" w:eastAsia="Myriad Pro" w:hAnsi="Times New Roman" w:cs="Times New Roman"/>
                <w:w w:val="95"/>
                <w:sz w:val="20"/>
                <w:szCs w:val="20"/>
              </w:rPr>
              <w:t>ței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7"/>
                <w:w w:val="95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5"/>
                <w:sz w:val="20"/>
                <w:szCs w:val="20"/>
              </w:rPr>
              <w:t>en</w:t>
            </w:r>
            <w:r w:rsidRPr="00EA4F49">
              <w:rPr>
                <w:rFonts w:ascii="Times New Roman" w:eastAsia="Myriad Pro" w:hAnsi="Times New Roman" w:cs="Times New Roman"/>
                <w:spacing w:val="1"/>
                <w:w w:val="95"/>
                <w:sz w:val="20"/>
                <w:szCs w:val="20"/>
              </w:rPr>
              <w:t>e</w:t>
            </w:r>
            <w:r w:rsidRPr="00EA4F49">
              <w:rPr>
                <w:rFonts w:ascii="Times New Roman" w:eastAsia="Myriad Pro" w:hAnsi="Times New Roman" w:cs="Times New Roman"/>
                <w:w w:val="95"/>
                <w:sz w:val="20"/>
                <w:szCs w:val="20"/>
              </w:rPr>
              <w:t>rgeti</w:t>
            </w:r>
            <w:r w:rsidRPr="00EA4F49">
              <w:rPr>
                <w:rFonts w:ascii="Times New Roman" w:eastAsia="Myriad Pro" w:hAnsi="Times New Roman" w:cs="Times New Roman"/>
                <w:spacing w:val="1"/>
                <w:w w:val="95"/>
                <w:sz w:val="20"/>
                <w:szCs w:val="20"/>
              </w:rPr>
              <w:t>c</w:t>
            </w:r>
            <w:r w:rsidRPr="00EA4F49">
              <w:rPr>
                <w:rFonts w:ascii="Times New Roman" w:eastAsia="Myriad Pro" w:hAnsi="Times New Roman" w:cs="Times New Roman"/>
                <w:w w:val="95"/>
                <w:sz w:val="20"/>
                <w:szCs w:val="20"/>
              </w:rPr>
              <w:t>e</w:t>
            </w:r>
            <w:proofErr w:type="spellEnd"/>
            <w:r w:rsidRPr="00EA4F49">
              <w:rPr>
                <w:rFonts w:ascii="Times New Roman" w:eastAsia="Myriad Pro" w:hAnsi="Times New Roman" w:cs="Times New Roman"/>
                <w:w w:val="95"/>
                <w:sz w:val="20"/>
                <w:szCs w:val="20"/>
              </w:rPr>
              <w:t>,</w:t>
            </w:r>
            <w:r w:rsidRPr="00EA4F49">
              <w:rPr>
                <w:rFonts w:ascii="Times New Roman" w:eastAsia="Myriad Pro" w:hAnsi="Times New Roman" w:cs="Times New Roman"/>
                <w:spacing w:val="15"/>
                <w:w w:val="95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în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8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cazul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int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e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rve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n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țiilor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la</w:t>
            </w:r>
            <w:r w:rsidRPr="00EA4F49">
              <w:rPr>
                <w:rFonts w:ascii="Times New Roman" w:eastAsia="Myriad Pro" w:hAnsi="Times New Roman" w:cs="Times New Roman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l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ădiri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21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5"/>
                <w:sz w:val="20"/>
                <w:szCs w:val="20"/>
              </w:rPr>
              <w:t>exi</w:t>
            </w:r>
            <w:r w:rsidRPr="00EA4F49">
              <w:rPr>
                <w:rFonts w:ascii="Times New Roman" w:eastAsia="Myriad Pro" w:hAnsi="Times New Roman" w:cs="Times New Roman"/>
                <w:spacing w:val="1"/>
                <w:w w:val="95"/>
                <w:sz w:val="20"/>
                <w:szCs w:val="20"/>
              </w:rPr>
              <w:t>s</w:t>
            </w:r>
            <w:r w:rsidRPr="00EA4F49">
              <w:rPr>
                <w:rFonts w:ascii="Times New Roman" w:eastAsia="Myriad Pro" w:hAnsi="Times New Roman" w:cs="Times New Roman"/>
                <w:w w:val="95"/>
                <w:sz w:val="20"/>
                <w:szCs w:val="20"/>
              </w:rPr>
              <w:t>tente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3"/>
                <w:w w:val="95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(1</w:t>
            </w:r>
            <w:r w:rsidRPr="00EA4F49">
              <w:rPr>
                <w:rFonts w:ascii="Times New Roman" w:eastAsia="Myriad Pro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ex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e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mplar</w:t>
            </w:r>
            <w:r w:rsidRPr="00EA4F49">
              <w:rPr>
                <w:rFonts w:ascii="Times New Roman" w:eastAsia="Myriad Pro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copie</w:t>
            </w:r>
            <w:proofErr w:type="spellEnd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)</w:t>
            </w:r>
          </w:p>
        </w:tc>
      </w:tr>
      <w:tr w:rsidR="00C43AF5" w:rsidRPr="00EA4F49" w14:paraId="1A6B34F3" w14:textId="77777777" w:rsidTr="009F78F9">
        <w:trPr>
          <w:trHeight w:hRule="exact" w:val="442"/>
        </w:trPr>
        <w:tc>
          <w:tcPr>
            <w:tcW w:w="10905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5C0DD9D9" w14:textId="72F827D3" w:rsidR="00C43AF5" w:rsidRPr="00EA4F49" w:rsidRDefault="00C43AF5" w:rsidP="009F78F9">
            <w:pPr>
              <w:spacing w:after="0" w:line="207" w:lineRule="exact"/>
              <w:ind w:left="99" w:right="-20"/>
              <w:rPr>
                <w:rFonts w:ascii="Times New Roman" w:eastAsia="Myriad Pro" w:hAnsi="Times New Roman" w:cs="Times New Roman"/>
                <w:sz w:val="20"/>
                <w:szCs w:val="20"/>
              </w:rPr>
            </w:pPr>
            <w:r w:rsidRPr="00EA4F49">
              <w:rPr>
                <w:rFonts w:ascii="Segoe UI Symbol" w:eastAsia="Arial Unicode MS" w:hAnsi="Segoe UI Symbol" w:cs="Segoe UI Symbol"/>
                <w:sz w:val="20"/>
                <w:szCs w:val="20"/>
              </w:rPr>
              <w:t>☐</w:t>
            </w:r>
            <w:r w:rsidRPr="00EA4F49">
              <w:rPr>
                <w:rFonts w:ascii="Times New Roman" w:eastAsia="Arial Unicode MS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m)</w:t>
            </w:r>
            <w:r w:rsidRPr="00EA4F49">
              <w:rPr>
                <w:rFonts w:ascii="Times New Roman" w:eastAsia="Myriad Pro" w:hAnsi="Times New Roman" w:cs="Times New Roman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proiectul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2"/>
                <w:sz w:val="20"/>
                <w:szCs w:val="20"/>
              </w:rPr>
              <w:t>p</w:t>
            </w:r>
            <w:r w:rsidRPr="00EA4F49">
              <w:rPr>
                <w:rFonts w:ascii="Times New Roman" w:eastAsia="Myriad Pro" w:hAnsi="Times New Roman" w:cs="Times New Roman"/>
                <w:spacing w:val="1"/>
                <w:w w:val="92"/>
                <w:sz w:val="20"/>
                <w:szCs w:val="20"/>
              </w:rPr>
              <w:t>e</w:t>
            </w:r>
            <w:r w:rsidRPr="00EA4F49">
              <w:rPr>
                <w:rFonts w:ascii="Times New Roman" w:eastAsia="Myriad Pro" w:hAnsi="Times New Roman" w:cs="Times New Roman"/>
                <w:w w:val="92"/>
                <w:sz w:val="20"/>
                <w:szCs w:val="20"/>
              </w:rPr>
              <w:t>ntru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3"/>
                <w:w w:val="92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acordul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w w:val="83"/>
                <w:sz w:val="20"/>
                <w:szCs w:val="20"/>
              </w:rPr>
              <w:t>/</w:t>
            </w:r>
            <w:r w:rsidRPr="00EA4F49">
              <w:rPr>
                <w:rFonts w:ascii="Times New Roman" w:eastAsia="Myriad Pro" w:hAnsi="Times New Roman" w:cs="Times New Roman"/>
                <w:spacing w:val="12"/>
                <w:w w:val="8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autoriz</w:t>
            </w:r>
            <w:r w:rsidRPr="00EA4F49">
              <w:rPr>
                <w:rFonts w:ascii="Times New Roman" w:eastAsia="Myriad Pro" w:hAnsi="Times New Roman" w:cs="Times New Roman"/>
                <w:spacing w:val="2"/>
                <w:sz w:val="20"/>
                <w:szCs w:val="20"/>
              </w:rPr>
              <w:t>a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ția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7"/>
                <w:sz w:val="20"/>
                <w:szCs w:val="20"/>
              </w:rPr>
              <w:t>a</w:t>
            </w:r>
            <w:r w:rsidRPr="00EA4F49">
              <w:rPr>
                <w:rFonts w:ascii="Times New Roman" w:eastAsia="Myriad Pro" w:hAnsi="Times New Roman" w:cs="Times New Roman"/>
                <w:spacing w:val="1"/>
                <w:w w:val="97"/>
                <w:sz w:val="20"/>
                <w:szCs w:val="20"/>
              </w:rPr>
              <w:t>d</w:t>
            </w:r>
            <w:r w:rsidRPr="00EA4F49">
              <w:rPr>
                <w:rFonts w:ascii="Times New Roman" w:eastAsia="Myriad Pro" w:hAnsi="Times New Roman" w:cs="Times New Roman"/>
                <w:w w:val="97"/>
                <w:sz w:val="20"/>
                <w:szCs w:val="20"/>
              </w:rPr>
              <w:t>ministra</w:t>
            </w:r>
            <w:r w:rsidRPr="00EA4F49">
              <w:rPr>
                <w:rFonts w:ascii="Times New Roman" w:eastAsia="Myriad Pro" w:hAnsi="Times New Roman" w:cs="Times New Roman"/>
                <w:spacing w:val="1"/>
                <w:w w:val="97"/>
                <w:sz w:val="20"/>
                <w:szCs w:val="20"/>
              </w:rPr>
              <w:t>t</w:t>
            </w:r>
            <w:r w:rsidRPr="00EA4F49">
              <w:rPr>
                <w:rFonts w:ascii="Times New Roman" w:eastAsia="Myriad Pro" w:hAnsi="Times New Roman" w:cs="Times New Roman"/>
                <w:w w:val="97"/>
                <w:sz w:val="20"/>
                <w:szCs w:val="20"/>
              </w:rPr>
              <w:t>orului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8"/>
                <w:w w:val="97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drumului</w:t>
            </w:r>
            <w:proofErr w:type="spellEnd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,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3"/>
                <w:sz w:val="20"/>
                <w:szCs w:val="20"/>
              </w:rPr>
              <w:t>pentru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9"/>
                <w:w w:val="9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luc</w:t>
            </w:r>
            <w:r w:rsidRPr="00EA4F49">
              <w:rPr>
                <w:rFonts w:ascii="Times New Roman" w:eastAsia="Myriad Pro" w:hAnsi="Times New Roman" w:cs="Times New Roman"/>
                <w:spacing w:val="2"/>
                <w:sz w:val="20"/>
                <w:szCs w:val="20"/>
              </w:rPr>
              <w:t>r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ările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20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4"/>
                <w:sz w:val="20"/>
                <w:szCs w:val="20"/>
              </w:rPr>
              <w:t>ex</w:t>
            </w:r>
            <w:r w:rsidRPr="00EA4F49">
              <w:rPr>
                <w:rFonts w:ascii="Times New Roman" w:eastAsia="Myriad Pro" w:hAnsi="Times New Roman" w:cs="Times New Roman"/>
                <w:spacing w:val="1"/>
                <w:w w:val="94"/>
                <w:sz w:val="20"/>
                <w:szCs w:val="20"/>
              </w:rPr>
              <w:t>e</w:t>
            </w:r>
            <w:r w:rsidRPr="00EA4F49">
              <w:rPr>
                <w:rFonts w:ascii="Times New Roman" w:eastAsia="Myriad Pro" w:hAnsi="Times New Roman" w:cs="Times New Roman"/>
                <w:w w:val="94"/>
                <w:sz w:val="20"/>
                <w:szCs w:val="20"/>
              </w:rPr>
              <w:t>cutate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2"/>
                <w:w w:val="94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pe</w:t>
            </w:r>
            <w:r w:rsidRPr="00EA4F49">
              <w:rPr>
                <w:rFonts w:ascii="Times New Roman" w:eastAsia="Myriad Pro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6"/>
                <w:sz w:val="20"/>
                <w:szCs w:val="20"/>
              </w:rPr>
              <w:t>d</w:t>
            </w:r>
            <w:r w:rsidRPr="00EA4F49">
              <w:rPr>
                <w:rFonts w:ascii="Times New Roman" w:eastAsia="Myriad Pro" w:hAnsi="Times New Roman" w:cs="Times New Roman"/>
                <w:spacing w:val="1"/>
                <w:w w:val="96"/>
                <w:sz w:val="20"/>
                <w:szCs w:val="20"/>
              </w:rPr>
              <w:t>o</w:t>
            </w:r>
            <w:r w:rsidRPr="00EA4F49">
              <w:rPr>
                <w:rFonts w:ascii="Times New Roman" w:eastAsia="Myriad Pro" w:hAnsi="Times New Roman" w:cs="Times New Roman"/>
                <w:w w:val="96"/>
                <w:sz w:val="20"/>
                <w:szCs w:val="20"/>
              </w:rPr>
              <w:t>meniul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0"/>
                <w:w w:val="96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public</w:t>
            </w:r>
            <w:r w:rsidRPr="00EA4F49">
              <w:rPr>
                <w:rFonts w:ascii="Times New Roman" w:eastAsia="Myriad Pro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la</w:t>
            </w:r>
            <w:r w:rsidRPr="00EA4F49">
              <w:rPr>
                <w:rFonts w:ascii="Times New Roman" w:eastAsia="Myriad Pro" w:hAnsi="Times New Roman" w:cs="Times New Roman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infras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t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r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u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ctura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tehnic</w:t>
            </w:r>
            <w:r w:rsidRPr="00EA4F49">
              <w:rPr>
                <w:rFonts w:ascii="Times New Roman" w:eastAsia="Myriad Pro" w:hAnsi="Times New Roman" w:cs="Times New Roman"/>
                <w:spacing w:val="3"/>
                <w:sz w:val="20"/>
                <w:szCs w:val="20"/>
              </w:rPr>
              <w:t>o</w:t>
            </w:r>
            <w:proofErr w:type="spellEnd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-</w:t>
            </w:r>
            <w:r w:rsidR="009F78F9">
              <w:rPr>
                <w:rFonts w:ascii="Times New Roman" w:eastAsia="Myriad Pro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edilitară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și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5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căile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de</w:t>
            </w:r>
            <w:r w:rsidRPr="00EA4F49">
              <w:rPr>
                <w:rFonts w:ascii="Times New Roman" w:eastAsia="Myriad Pro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acces</w:t>
            </w:r>
            <w:proofErr w:type="spellEnd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,</w:t>
            </w:r>
            <w:r w:rsidRPr="00EA4F49">
              <w:rPr>
                <w:rFonts w:ascii="Times New Roman" w:eastAsia="Myriad Pro" w:hAnsi="Times New Roman" w:cs="Times New Roman"/>
                <w:spacing w:val="8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dacă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2"/>
                <w:sz w:val="20"/>
                <w:szCs w:val="20"/>
              </w:rPr>
              <w:t>este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1"/>
                <w:w w:val="92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cazul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(1</w:t>
            </w:r>
            <w:r w:rsidRPr="00EA4F49">
              <w:rPr>
                <w:rFonts w:ascii="Times New Roman" w:eastAsia="Myriad Pro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ex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e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mplar</w:t>
            </w:r>
            <w:r w:rsidRPr="00EA4F49">
              <w:rPr>
                <w:rFonts w:ascii="Times New Roman" w:eastAsia="Myriad Pro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pacing w:val="2"/>
                <w:w w:val="93"/>
                <w:sz w:val="20"/>
                <w:szCs w:val="20"/>
              </w:rPr>
              <w:t>o</w:t>
            </w:r>
            <w:r w:rsidRPr="00EA4F49">
              <w:rPr>
                <w:rFonts w:ascii="Times New Roman" w:eastAsia="Myriad Pro" w:hAnsi="Times New Roman" w:cs="Times New Roman"/>
                <w:w w:val="104"/>
                <w:sz w:val="20"/>
                <w:szCs w:val="20"/>
              </w:rPr>
              <w:t>riginal)</w:t>
            </w:r>
          </w:p>
        </w:tc>
      </w:tr>
      <w:tr w:rsidR="00C43AF5" w:rsidRPr="00EA4F49" w14:paraId="7527230F" w14:textId="77777777" w:rsidTr="00015A4F">
        <w:trPr>
          <w:trHeight w:hRule="exact" w:val="215"/>
        </w:trPr>
        <w:tc>
          <w:tcPr>
            <w:tcW w:w="10905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1DDAFCF6" w14:textId="77777777" w:rsidR="00C43AF5" w:rsidRPr="00EA4F49" w:rsidRDefault="00C43AF5" w:rsidP="00A53362">
            <w:pPr>
              <w:spacing w:after="0" w:line="204" w:lineRule="exact"/>
              <w:ind w:left="99" w:right="-20"/>
              <w:rPr>
                <w:rFonts w:ascii="Times New Roman" w:eastAsia="Myriad Pro" w:hAnsi="Times New Roman" w:cs="Times New Roman"/>
                <w:sz w:val="20"/>
                <w:szCs w:val="20"/>
              </w:rPr>
            </w:pPr>
            <w:r w:rsidRPr="00EA4F49">
              <w:rPr>
                <w:rFonts w:ascii="Segoe UI Symbol" w:eastAsia="Arial Unicode MS" w:hAnsi="Segoe UI Symbol" w:cs="Segoe UI Symbol"/>
                <w:sz w:val="20"/>
                <w:szCs w:val="20"/>
              </w:rPr>
              <w:t>☐</w:t>
            </w:r>
            <w:r w:rsidRPr="00EA4F49">
              <w:rPr>
                <w:rFonts w:ascii="Times New Roman" w:eastAsia="Arial Unicode MS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n)</w:t>
            </w:r>
            <w:r w:rsidRPr="00EA4F49">
              <w:rPr>
                <w:rFonts w:ascii="Times New Roman" w:eastAsia="Myriad Pro" w:hAnsi="Times New Roman" w:cs="Times New Roman"/>
                <w:spacing w:val="9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5"/>
                <w:sz w:val="20"/>
                <w:szCs w:val="20"/>
              </w:rPr>
              <w:t>dovada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9"/>
                <w:w w:val="95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privind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luarea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în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8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5"/>
                <w:sz w:val="20"/>
                <w:szCs w:val="20"/>
              </w:rPr>
              <w:t>evide</w:t>
            </w:r>
            <w:r w:rsidRPr="00EA4F49">
              <w:rPr>
                <w:rFonts w:ascii="Times New Roman" w:eastAsia="Myriad Pro" w:hAnsi="Times New Roman" w:cs="Times New Roman"/>
                <w:spacing w:val="1"/>
                <w:w w:val="95"/>
                <w:sz w:val="20"/>
                <w:szCs w:val="20"/>
              </w:rPr>
              <w:t>n</w:t>
            </w:r>
            <w:r w:rsidRPr="00EA4F49">
              <w:rPr>
                <w:rFonts w:ascii="Times New Roman" w:eastAsia="Myriad Pro" w:hAnsi="Times New Roman" w:cs="Times New Roman"/>
                <w:w w:val="95"/>
                <w:sz w:val="20"/>
                <w:szCs w:val="20"/>
              </w:rPr>
              <w:t>ță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2"/>
                <w:w w:val="95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</w:t>
            </w:r>
            <w:r w:rsidRPr="00EA4F49">
              <w:rPr>
                <w:rFonts w:ascii="Times New Roman" w:eastAsia="Myriad Pro" w:hAnsi="Times New Roman" w:cs="Times New Roman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proiectului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de</w:t>
            </w:r>
            <w:r w:rsidRPr="00EA4F49">
              <w:rPr>
                <w:rFonts w:ascii="Times New Roman" w:eastAsia="Myriad Pro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către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Ordinul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</w:t>
            </w:r>
            <w:r w:rsidRPr="00EA4F49">
              <w:rPr>
                <w:rFonts w:ascii="Times New Roman" w:eastAsia="Myriad Pro" w:hAnsi="Times New Roman" w:cs="Times New Roman"/>
                <w:spacing w:val="-1"/>
                <w:sz w:val="20"/>
                <w:szCs w:val="20"/>
              </w:rPr>
              <w:t>r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hi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t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e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c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ților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din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Român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i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pacing w:val="-1"/>
                <w:w w:val="121"/>
                <w:sz w:val="20"/>
                <w:szCs w:val="20"/>
              </w:rPr>
              <w:t>(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102"/>
                <w:sz w:val="20"/>
                <w:szCs w:val="20"/>
              </w:rPr>
              <w:t>c</w:t>
            </w:r>
            <w:r w:rsidRPr="00EA4F49">
              <w:rPr>
                <w:rFonts w:ascii="Times New Roman" w:eastAsia="Myriad Pro" w:hAnsi="Times New Roman" w:cs="Times New Roman"/>
                <w:w w:val="99"/>
                <w:sz w:val="20"/>
                <w:szCs w:val="20"/>
              </w:rPr>
              <w:t>opie</w:t>
            </w:r>
            <w:proofErr w:type="spellEnd"/>
            <w:r w:rsidRPr="00EA4F49">
              <w:rPr>
                <w:rFonts w:ascii="Times New Roman" w:eastAsia="Myriad Pro" w:hAnsi="Times New Roman" w:cs="Times New Roman"/>
                <w:w w:val="99"/>
                <w:sz w:val="20"/>
                <w:szCs w:val="20"/>
              </w:rPr>
              <w:t>)</w:t>
            </w:r>
          </w:p>
        </w:tc>
      </w:tr>
      <w:tr w:rsidR="00C43AF5" w:rsidRPr="00EA4F49" w14:paraId="2FD1FF78" w14:textId="77777777" w:rsidTr="00015A4F">
        <w:trPr>
          <w:trHeight w:hRule="exact" w:val="217"/>
        </w:trPr>
        <w:tc>
          <w:tcPr>
            <w:tcW w:w="10905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7978F167" w14:textId="77777777" w:rsidR="00C43AF5" w:rsidRPr="00EA4F49" w:rsidRDefault="00C43AF5" w:rsidP="00A53362">
            <w:pPr>
              <w:spacing w:after="0" w:line="205" w:lineRule="exact"/>
              <w:ind w:left="99" w:right="-20"/>
              <w:rPr>
                <w:rFonts w:ascii="Times New Roman" w:eastAsia="Myriad Pro" w:hAnsi="Times New Roman" w:cs="Times New Roman"/>
                <w:sz w:val="20"/>
                <w:szCs w:val="20"/>
              </w:rPr>
            </w:pPr>
            <w:r w:rsidRPr="00EA4F49">
              <w:rPr>
                <w:rFonts w:ascii="Segoe UI Symbol" w:eastAsia="Arial Unicode MS" w:hAnsi="Segoe UI Symbol" w:cs="Segoe UI Symbol"/>
                <w:sz w:val="20"/>
                <w:szCs w:val="20"/>
              </w:rPr>
              <w:t>☐</w:t>
            </w:r>
            <w:r w:rsidRPr="00EA4F49">
              <w:rPr>
                <w:rFonts w:ascii="Times New Roman" w:eastAsia="Arial Unicode MS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o)</w:t>
            </w:r>
            <w:r w:rsidRPr="00EA4F49">
              <w:rPr>
                <w:rFonts w:ascii="Times New Roman" w:eastAsia="Myriad Pro" w:hAnsi="Times New Roman" w:cs="Times New Roman"/>
                <w:spacing w:val="11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devizul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general</w:t>
            </w:r>
            <w:r w:rsidRPr="00EA4F49">
              <w:rPr>
                <w:rFonts w:ascii="Times New Roman" w:eastAsia="Myriad Pro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al</w:t>
            </w:r>
            <w:r w:rsidRPr="00EA4F49">
              <w:rPr>
                <w:rFonts w:ascii="Times New Roman" w:eastAsia="Myriad Pro" w:hAnsi="Times New Roman" w:cs="Times New Roman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obiectivului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de</w:t>
            </w:r>
            <w:r w:rsidRPr="00EA4F49">
              <w:rPr>
                <w:rFonts w:ascii="Times New Roman" w:eastAsia="Myriad Pro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invest</w:t>
            </w:r>
            <w:r w:rsidRPr="00EA4F49">
              <w:rPr>
                <w:rFonts w:ascii="Times New Roman" w:eastAsia="Myriad Pro" w:hAnsi="Times New Roman" w:cs="Times New Roman"/>
                <w:spacing w:val="2"/>
                <w:sz w:val="20"/>
                <w:szCs w:val="20"/>
              </w:rPr>
              <w:t>i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ții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(1</w:t>
            </w:r>
            <w:r w:rsidRPr="00EA4F49">
              <w:rPr>
                <w:rFonts w:ascii="Times New Roman" w:eastAsia="Myriad Pro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ex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e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mplar</w:t>
            </w:r>
            <w:r w:rsidRPr="00EA4F49">
              <w:rPr>
                <w:rFonts w:ascii="Times New Roman" w:eastAsia="Myriad Pro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copie</w:t>
            </w:r>
            <w:proofErr w:type="spellEnd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)</w:t>
            </w:r>
          </w:p>
        </w:tc>
      </w:tr>
      <w:tr w:rsidR="00C43AF5" w:rsidRPr="00EA4F49" w14:paraId="5D4CE06E" w14:textId="77777777" w:rsidTr="00015A4F">
        <w:trPr>
          <w:trHeight w:hRule="exact" w:val="216"/>
        </w:trPr>
        <w:tc>
          <w:tcPr>
            <w:tcW w:w="10905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26426C99" w14:textId="77777777" w:rsidR="00C43AF5" w:rsidRPr="00EA4F49" w:rsidRDefault="00C43AF5" w:rsidP="00A53362">
            <w:pPr>
              <w:spacing w:after="0" w:line="205" w:lineRule="exact"/>
              <w:ind w:left="99" w:right="-20"/>
              <w:rPr>
                <w:rFonts w:ascii="Times New Roman" w:eastAsia="Myriad Pro" w:hAnsi="Times New Roman" w:cs="Times New Roman"/>
                <w:sz w:val="20"/>
                <w:szCs w:val="20"/>
              </w:rPr>
            </w:pPr>
            <w:r w:rsidRPr="00EA4F49">
              <w:rPr>
                <w:rFonts w:ascii="Segoe UI Symbol" w:eastAsia="Arial Unicode MS" w:hAnsi="Segoe UI Symbol" w:cs="Segoe UI Symbol"/>
                <w:sz w:val="20"/>
                <w:szCs w:val="20"/>
              </w:rPr>
              <w:t>☐</w:t>
            </w:r>
            <w:r w:rsidRPr="00EA4F49">
              <w:rPr>
                <w:rFonts w:ascii="Times New Roman" w:eastAsia="Arial Unicode MS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p)</w:t>
            </w:r>
            <w:r w:rsidRPr="00EA4F49">
              <w:rPr>
                <w:rFonts w:ascii="Times New Roman" w:eastAsia="Myriad Pro" w:hAnsi="Times New Roman" w:cs="Times New Roman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4"/>
                <w:sz w:val="20"/>
                <w:szCs w:val="20"/>
              </w:rPr>
              <w:t>documentele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9"/>
                <w:w w:val="94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de</w:t>
            </w:r>
            <w:r w:rsidRPr="00EA4F49">
              <w:rPr>
                <w:rFonts w:ascii="Times New Roman" w:eastAsia="Myriad Pro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pla</w:t>
            </w:r>
            <w:r w:rsidRPr="00EA4F49">
              <w:rPr>
                <w:rFonts w:ascii="Times New Roman" w:eastAsia="Myriad Pro" w:hAnsi="Times New Roman" w:cs="Times New Roman"/>
                <w:spacing w:val="2"/>
                <w:sz w:val="20"/>
                <w:szCs w:val="20"/>
              </w:rPr>
              <w:t>t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ă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</w:t>
            </w:r>
            <w:r w:rsidRPr="00EA4F49">
              <w:rPr>
                <w:rFonts w:ascii="Times New Roman" w:eastAsia="Myriad Pro" w:hAnsi="Times New Roman" w:cs="Times New Roman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taxelor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legale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în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8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5"/>
                <w:sz w:val="20"/>
                <w:szCs w:val="20"/>
              </w:rPr>
              <w:t>vederea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9"/>
                <w:w w:val="95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autorizării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w w:val="101"/>
                <w:sz w:val="20"/>
                <w:szCs w:val="20"/>
              </w:rPr>
              <w:t>(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101"/>
                <w:sz w:val="20"/>
                <w:szCs w:val="20"/>
              </w:rPr>
              <w:t>copie</w:t>
            </w:r>
            <w:proofErr w:type="spellEnd"/>
            <w:r w:rsidRPr="00EA4F49">
              <w:rPr>
                <w:rFonts w:ascii="Times New Roman" w:eastAsia="Myriad Pro" w:hAnsi="Times New Roman" w:cs="Times New Roman"/>
                <w:w w:val="101"/>
                <w:sz w:val="20"/>
                <w:szCs w:val="20"/>
              </w:rPr>
              <w:t>)</w:t>
            </w:r>
          </w:p>
        </w:tc>
      </w:tr>
      <w:tr w:rsidR="00C43AF5" w:rsidRPr="00EA4F49" w14:paraId="31285E05" w14:textId="77777777" w:rsidTr="009F78F9">
        <w:trPr>
          <w:trHeight w:hRule="exact" w:val="442"/>
        </w:trPr>
        <w:tc>
          <w:tcPr>
            <w:tcW w:w="10905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71F3CDBA" w14:textId="1A6FC84F" w:rsidR="00C43AF5" w:rsidRPr="00EA4F49" w:rsidRDefault="00C43AF5" w:rsidP="009F78F9">
            <w:pPr>
              <w:spacing w:after="0" w:line="207" w:lineRule="exact"/>
              <w:ind w:left="99" w:right="-20"/>
              <w:rPr>
                <w:rFonts w:ascii="Times New Roman" w:eastAsia="Myriad Pro" w:hAnsi="Times New Roman" w:cs="Times New Roman"/>
                <w:sz w:val="20"/>
                <w:szCs w:val="20"/>
              </w:rPr>
            </w:pPr>
            <w:r w:rsidRPr="00EA4F49">
              <w:rPr>
                <w:rFonts w:ascii="Segoe UI Symbol" w:eastAsia="Arial Unicode MS" w:hAnsi="Segoe UI Symbol" w:cs="Segoe UI Symbol"/>
                <w:sz w:val="20"/>
                <w:szCs w:val="20"/>
              </w:rPr>
              <w:t>☐</w:t>
            </w:r>
            <w:r w:rsidRPr="00EA4F49">
              <w:rPr>
                <w:rFonts w:ascii="Times New Roman" w:eastAsia="Arial Unicode MS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q)</w:t>
            </w:r>
            <w:r w:rsidRPr="00EA4F49">
              <w:rPr>
                <w:rFonts w:ascii="Times New Roman" w:eastAsia="Myriad Pro" w:hAnsi="Times New Roman" w:cs="Times New Roman"/>
                <w:spacing w:val="8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anexa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la</w:t>
            </w:r>
            <w:r w:rsidRPr="00EA4F49">
              <w:rPr>
                <w:rFonts w:ascii="Times New Roman" w:eastAsia="Myriad Pro" w:hAnsi="Times New Roman" w:cs="Times New Roman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c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ererea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4"/>
                <w:sz w:val="20"/>
                <w:szCs w:val="20"/>
              </w:rPr>
              <w:t>pentru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5"/>
                <w:w w:val="94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pacing w:val="1"/>
                <w:w w:val="94"/>
                <w:sz w:val="20"/>
                <w:szCs w:val="20"/>
              </w:rPr>
              <w:t>e</w:t>
            </w:r>
            <w:r w:rsidRPr="00EA4F49">
              <w:rPr>
                <w:rFonts w:ascii="Times New Roman" w:eastAsia="Myriad Pro" w:hAnsi="Times New Roman" w:cs="Times New Roman"/>
                <w:spacing w:val="-1"/>
                <w:w w:val="94"/>
                <w:sz w:val="20"/>
                <w:szCs w:val="20"/>
              </w:rPr>
              <w:t>m</w:t>
            </w:r>
            <w:r w:rsidRPr="00EA4F49">
              <w:rPr>
                <w:rFonts w:ascii="Times New Roman" w:eastAsia="Myriad Pro" w:hAnsi="Times New Roman" w:cs="Times New Roman"/>
                <w:w w:val="94"/>
                <w:sz w:val="20"/>
                <w:szCs w:val="20"/>
              </w:rPr>
              <w:t>it</w:t>
            </w:r>
            <w:r w:rsidRPr="00EA4F49">
              <w:rPr>
                <w:rFonts w:ascii="Times New Roman" w:eastAsia="Myriad Pro" w:hAnsi="Times New Roman" w:cs="Times New Roman"/>
                <w:spacing w:val="1"/>
                <w:w w:val="94"/>
                <w:sz w:val="20"/>
                <w:szCs w:val="20"/>
              </w:rPr>
              <w:t>e</w:t>
            </w:r>
            <w:r w:rsidRPr="00EA4F49">
              <w:rPr>
                <w:rFonts w:ascii="Times New Roman" w:eastAsia="Myriad Pro" w:hAnsi="Times New Roman" w:cs="Times New Roman"/>
                <w:w w:val="94"/>
                <w:sz w:val="20"/>
                <w:szCs w:val="20"/>
              </w:rPr>
              <w:t>rea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7"/>
                <w:w w:val="94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autoriz</w:t>
            </w:r>
            <w:r w:rsidRPr="00EA4F49">
              <w:rPr>
                <w:rFonts w:ascii="Times New Roman" w:eastAsia="Myriad Pro" w:hAnsi="Times New Roman" w:cs="Times New Roman"/>
                <w:spacing w:val="2"/>
                <w:sz w:val="20"/>
                <w:szCs w:val="20"/>
              </w:rPr>
              <w:t>a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ției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de</w:t>
            </w:r>
            <w:r w:rsidRPr="00EA4F49">
              <w:rPr>
                <w:rFonts w:ascii="Times New Roman" w:eastAsia="Myriad Pro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o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nstruire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w w:val="83"/>
                <w:sz w:val="20"/>
                <w:szCs w:val="20"/>
              </w:rPr>
              <w:t>/</w:t>
            </w:r>
            <w:r w:rsidRPr="00EA4F49">
              <w:rPr>
                <w:rFonts w:ascii="Times New Roman" w:eastAsia="Myriad Pro" w:hAnsi="Times New Roman" w:cs="Times New Roman"/>
                <w:spacing w:val="12"/>
                <w:w w:val="8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desfii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n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țare</w:t>
            </w:r>
            <w:proofErr w:type="spellEnd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,</w:t>
            </w:r>
            <w:r w:rsidRPr="00EA4F49">
              <w:rPr>
                <w:rFonts w:ascii="Times New Roman" w:eastAsia="Myriad Pro" w:hAnsi="Times New Roman" w:cs="Times New Roman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4"/>
                <w:sz w:val="20"/>
                <w:szCs w:val="20"/>
              </w:rPr>
              <w:t>c</w:t>
            </w:r>
            <w:r w:rsidRPr="00EA4F49">
              <w:rPr>
                <w:rFonts w:ascii="Times New Roman" w:eastAsia="Myriad Pro" w:hAnsi="Times New Roman" w:cs="Times New Roman"/>
                <w:spacing w:val="1"/>
                <w:w w:val="94"/>
                <w:sz w:val="20"/>
                <w:szCs w:val="20"/>
              </w:rPr>
              <w:t>o</w:t>
            </w:r>
            <w:r w:rsidRPr="00EA4F49">
              <w:rPr>
                <w:rFonts w:ascii="Times New Roman" w:eastAsia="Myriad Pro" w:hAnsi="Times New Roman" w:cs="Times New Roman"/>
                <w:w w:val="94"/>
                <w:sz w:val="20"/>
                <w:szCs w:val="20"/>
              </w:rPr>
              <w:t>mplet</w:t>
            </w:r>
            <w:r w:rsidRPr="00EA4F49">
              <w:rPr>
                <w:rFonts w:ascii="Times New Roman" w:eastAsia="Myriad Pro" w:hAnsi="Times New Roman" w:cs="Times New Roman"/>
                <w:spacing w:val="1"/>
                <w:w w:val="94"/>
                <w:sz w:val="20"/>
                <w:szCs w:val="20"/>
              </w:rPr>
              <w:t>a</w:t>
            </w:r>
            <w:r w:rsidRPr="00EA4F49">
              <w:rPr>
                <w:rFonts w:ascii="Times New Roman" w:eastAsia="Myriad Pro" w:hAnsi="Times New Roman" w:cs="Times New Roman"/>
                <w:w w:val="94"/>
                <w:sz w:val="20"/>
                <w:szCs w:val="20"/>
              </w:rPr>
              <w:t>tă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4"/>
                <w:w w:val="94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cu</w:t>
            </w:r>
            <w:r w:rsidRPr="00EA4F49">
              <w:rPr>
                <w:rFonts w:ascii="Times New Roman" w:eastAsia="Myriad Pro" w:hAnsi="Times New Roman" w:cs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3"/>
                <w:sz w:val="20"/>
                <w:szCs w:val="20"/>
              </w:rPr>
              <w:t>t</w:t>
            </w:r>
            <w:r w:rsidRPr="00EA4F49">
              <w:rPr>
                <w:rFonts w:ascii="Times New Roman" w:eastAsia="Myriad Pro" w:hAnsi="Times New Roman" w:cs="Times New Roman"/>
                <w:spacing w:val="2"/>
                <w:w w:val="93"/>
                <w:sz w:val="20"/>
                <w:szCs w:val="20"/>
              </w:rPr>
              <w:t>o</w:t>
            </w:r>
            <w:r w:rsidRPr="00EA4F49">
              <w:rPr>
                <w:rFonts w:ascii="Times New Roman" w:eastAsia="Myriad Pro" w:hAnsi="Times New Roman" w:cs="Times New Roman"/>
                <w:w w:val="93"/>
                <w:sz w:val="20"/>
                <w:szCs w:val="20"/>
              </w:rPr>
              <w:t>ate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3"/>
                <w:w w:val="9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3"/>
                <w:sz w:val="20"/>
                <w:szCs w:val="20"/>
              </w:rPr>
              <w:t>elementele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23"/>
                <w:w w:val="9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3"/>
                <w:sz w:val="20"/>
                <w:szCs w:val="20"/>
              </w:rPr>
              <w:t>ne</w:t>
            </w:r>
            <w:r w:rsidRPr="00EA4F49">
              <w:rPr>
                <w:rFonts w:ascii="Times New Roman" w:eastAsia="Myriad Pro" w:hAnsi="Times New Roman" w:cs="Times New Roman"/>
                <w:spacing w:val="1"/>
                <w:w w:val="93"/>
                <w:sz w:val="20"/>
                <w:szCs w:val="20"/>
              </w:rPr>
              <w:t>c</w:t>
            </w:r>
            <w:r w:rsidRPr="00EA4F49">
              <w:rPr>
                <w:rFonts w:ascii="Times New Roman" w:eastAsia="Myriad Pro" w:hAnsi="Times New Roman" w:cs="Times New Roman"/>
                <w:w w:val="93"/>
                <w:sz w:val="20"/>
                <w:szCs w:val="20"/>
              </w:rPr>
              <w:t>esare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24"/>
                <w:w w:val="93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descr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i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erii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14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luc</w:t>
            </w:r>
            <w:r w:rsidRPr="00EA4F49">
              <w:rPr>
                <w:rFonts w:ascii="Times New Roman" w:eastAsia="Myriad Pro" w:hAnsi="Times New Roman" w:cs="Times New Roman"/>
                <w:spacing w:val="1"/>
                <w:sz w:val="20"/>
                <w:szCs w:val="20"/>
              </w:rPr>
              <w:t>r</w:t>
            </w:r>
            <w:r w:rsidRPr="00EA4F49">
              <w:rPr>
                <w:rFonts w:ascii="Times New Roman" w:eastAsia="Myriad Pro" w:hAnsi="Times New Roman" w:cs="Times New Roman"/>
                <w:sz w:val="20"/>
                <w:szCs w:val="20"/>
              </w:rPr>
              <w:t>ărilor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EA4F49">
              <w:rPr>
                <w:rFonts w:ascii="Times New Roman" w:eastAsia="Myriad Pro" w:hAnsi="Times New Roman" w:cs="Times New Roman"/>
                <w:w w:val="107"/>
                <w:sz w:val="20"/>
                <w:szCs w:val="20"/>
              </w:rPr>
              <w:t>(2</w:t>
            </w:r>
            <w:r w:rsidR="009F78F9">
              <w:rPr>
                <w:rFonts w:ascii="Times New Roman" w:eastAsia="Myriad Pro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97"/>
                <w:sz w:val="20"/>
                <w:szCs w:val="20"/>
              </w:rPr>
              <w:t>exemplare</w:t>
            </w:r>
            <w:proofErr w:type="spellEnd"/>
            <w:r w:rsidRPr="00EA4F49">
              <w:rPr>
                <w:rFonts w:ascii="Times New Roman" w:eastAsia="Myriad Pro" w:hAnsi="Times New Roman" w:cs="Times New Roman"/>
                <w:spacing w:val="8"/>
                <w:w w:val="97"/>
                <w:sz w:val="20"/>
                <w:szCs w:val="20"/>
              </w:rPr>
              <w:t xml:space="preserve"> </w:t>
            </w:r>
            <w:proofErr w:type="spellStart"/>
            <w:r w:rsidRPr="00EA4F49">
              <w:rPr>
                <w:rFonts w:ascii="Times New Roman" w:eastAsia="Myriad Pro" w:hAnsi="Times New Roman" w:cs="Times New Roman"/>
                <w:w w:val="101"/>
                <w:sz w:val="20"/>
                <w:szCs w:val="20"/>
              </w:rPr>
              <w:t>originale</w:t>
            </w:r>
            <w:proofErr w:type="spellEnd"/>
            <w:r w:rsidRPr="00EA4F49">
              <w:rPr>
                <w:rFonts w:ascii="Times New Roman" w:eastAsia="Myriad Pro" w:hAnsi="Times New Roman" w:cs="Times New Roman"/>
                <w:w w:val="101"/>
                <w:sz w:val="20"/>
                <w:szCs w:val="20"/>
              </w:rPr>
              <w:t>)</w:t>
            </w:r>
          </w:p>
        </w:tc>
      </w:tr>
    </w:tbl>
    <w:p w14:paraId="74ABAC9F" w14:textId="77777777" w:rsidR="00C43AF5" w:rsidRDefault="00C43AF5" w:rsidP="00C43AF5">
      <w:pPr>
        <w:spacing w:before="6" w:after="0" w:line="120" w:lineRule="exact"/>
        <w:jc w:val="both"/>
        <w:rPr>
          <w:sz w:val="12"/>
          <w:szCs w:val="12"/>
        </w:rPr>
      </w:pPr>
    </w:p>
    <w:p w14:paraId="09D3EADE" w14:textId="21E5FE2C" w:rsidR="000039B8" w:rsidRPr="000039B8" w:rsidRDefault="00C43AF5" w:rsidP="00C43AF5">
      <w:pPr>
        <w:spacing w:after="0" w:line="224" w:lineRule="auto"/>
        <w:ind w:right="299"/>
        <w:jc w:val="both"/>
        <w:rPr>
          <w:rFonts w:ascii="Times New Roman" w:eastAsia="Myriad Pro" w:hAnsi="Times New Roman" w:cs="Times New Roman"/>
          <w:b/>
          <w:bCs/>
          <w:w w:val="107"/>
          <w:sz w:val="18"/>
          <w:szCs w:val="18"/>
        </w:rPr>
      </w:pPr>
      <w:proofErr w:type="spellStart"/>
      <w:proofErr w:type="gramStart"/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Declar</w:t>
      </w:r>
      <w:proofErr w:type="spellEnd"/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 xml:space="preserve"> </w:t>
      </w:r>
      <w:r w:rsidRPr="00DB2473">
        <w:rPr>
          <w:rFonts w:ascii="Times New Roman" w:eastAsia="Myriad Pro" w:hAnsi="Times New Roman" w:cs="Times New Roman"/>
          <w:b/>
          <w:bCs/>
          <w:spacing w:val="4"/>
          <w:sz w:val="18"/>
          <w:szCs w:val="18"/>
        </w:rPr>
        <w:t xml:space="preserve"> </w:t>
      </w:r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pe</w:t>
      </w:r>
      <w:proofErr w:type="gramEnd"/>
      <w:r w:rsidRPr="00DB2473">
        <w:rPr>
          <w:rFonts w:ascii="Times New Roman" w:eastAsia="Myriad Pro" w:hAnsi="Times New Roman" w:cs="Times New Roman"/>
          <w:b/>
          <w:bCs/>
          <w:spacing w:val="-7"/>
          <w:sz w:val="18"/>
          <w:szCs w:val="18"/>
        </w:rPr>
        <w:t xml:space="preserve"> </w:t>
      </w:r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propr</w:t>
      </w:r>
      <w:r w:rsidRPr="00DB2473">
        <w:rPr>
          <w:rFonts w:ascii="Times New Roman" w:eastAsia="Myriad Pro" w:hAnsi="Times New Roman" w:cs="Times New Roman"/>
          <w:b/>
          <w:bCs/>
          <w:spacing w:val="-2"/>
          <w:sz w:val="18"/>
          <w:szCs w:val="18"/>
        </w:rPr>
        <w:t>i</w:t>
      </w:r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a</w:t>
      </w:r>
      <w:r w:rsidRPr="00DB2473">
        <w:rPr>
          <w:rFonts w:ascii="Times New Roman" w:eastAsia="Myriad Pro" w:hAnsi="Times New Roman" w:cs="Times New Roman"/>
          <w:b/>
          <w:bCs/>
          <w:spacing w:val="22"/>
          <w:sz w:val="18"/>
          <w:szCs w:val="18"/>
        </w:rPr>
        <w:t xml:space="preserve"> </w:t>
      </w:r>
      <w:proofErr w:type="spellStart"/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răspunder</w:t>
      </w:r>
      <w:r w:rsidRPr="00DB2473">
        <w:rPr>
          <w:rFonts w:ascii="Times New Roman" w:eastAsia="Myriad Pro" w:hAnsi="Times New Roman" w:cs="Times New Roman"/>
          <w:b/>
          <w:bCs/>
          <w:spacing w:val="-1"/>
          <w:sz w:val="18"/>
          <w:szCs w:val="18"/>
        </w:rPr>
        <w:t>e</w:t>
      </w:r>
      <w:proofErr w:type="spellEnd"/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,</w:t>
      </w:r>
      <w:r w:rsidRPr="00DB2473">
        <w:rPr>
          <w:rFonts w:ascii="Times New Roman" w:eastAsia="Myriad Pro" w:hAnsi="Times New Roman" w:cs="Times New Roman"/>
          <w:b/>
          <w:bCs/>
          <w:spacing w:val="1"/>
          <w:sz w:val="18"/>
          <w:szCs w:val="18"/>
        </w:rPr>
        <w:t xml:space="preserve"> </w:t>
      </w:r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sub</w:t>
      </w:r>
      <w:r w:rsidRPr="00DB2473">
        <w:rPr>
          <w:rFonts w:ascii="Times New Roman" w:eastAsia="Myriad Pro" w:hAnsi="Times New Roman" w:cs="Times New Roman"/>
          <w:b/>
          <w:bCs/>
          <w:spacing w:val="-9"/>
          <w:sz w:val="18"/>
          <w:szCs w:val="18"/>
        </w:rPr>
        <w:t xml:space="preserve"> </w:t>
      </w:r>
      <w:proofErr w:type="spellStart"/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sancțiunea</w:t>
      </w:r>
      <w:proofErr w:type="spellEnd"/>
      <w:r w:rsidRPr="00DB2473">
        <w:rPr>
          <w:rFonts w:ascii="Times New Roman" w:eastAsia="Myriad Pro" w:hAnsi="Times New Roman" w:cs="Times New Roman"/>
          <w:b/>
          <w:bCs/>
          <w:spacing w:val="-8"/>
          <w:sz w:val="18"/>
          <w:szCs w:val="18"/>
        </w:rPr>
        <w:t xml:space="preserve"> </w:t>
      </w:r>
      <w:proofErr w:type="spellStart"/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Cod</w:t>
      </w:r>
      <w:r w:rsidRPr="00DB2473">
        <w:rPr>
          <w:rFonts w:ascii="Times New Roman" w:eastAsia="Myriad Pro" w:hAnsi="Times New Roman" w:cs="Times New Roman"/>
          <w:b/>
          <w:bCs/>
          <w:spacing w:val="-2"/>
          <w:sz w:val="18"/>
          <w:szCs w:val="18"/>
        </w:rPr>
        <w:t>u</w:t>
      </w:r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lui</w:t>
      </w:r>
      <w:proofErr w:type="spellEnd"/>
      <w:r w:rsidRPr="00DB2473">
        <w:rPr>
          <w:rFonts w:ascii="Times New Roman" w:eastAsia="Myriad Pro" w:hAnsi="Times New Roman" w:cs="Times New Roman"/>
          <w:b/>
          <w:bCs/>
          <w:spacing w:val="14"/>
          <w:sz w:val="18"/>
          <w:szCs w:val="18"/>
        </w:rPr>
        <w:t xml:space="preserve"> </w:t>
      </w:r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penal</w:t>
      </w:r>
      <w:r w:rsidRPr="00DB2473">
        <w:rPr>
          <w:rFonts w:ascii="Times New Roman" w:eastAsia="Myriad Pro" w:hAnsi="Times New Roman" w:cs="Times New Roman"/>
          <w:b/>
          <w:bCs/>
          <w:spacing w:val="-3"/>
          <w:sz w:val="18"/>
          <w:szCs w:val="18"/>
        </w:rPr>
        <w:t xml:space="preserve"> </w:t>
      </w:r>
      <w:proofErr w:type="spellStart"/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privind</w:t>
      </w:r>
      <w:proofErr w:type="spellEnd"/>
      <w:r w:rsidRPr="00DB2473">
        <w:rPr>
          <w:rFonts w:ascii="Times New Roman" w:eastAsia="Myriad Pro" w:hAnsi="Times New Roman" w:cs="Times New Roman"/>
          <w:b/>
          <w:bCs/>
          <w:spacing w:val="8"/>
          <w:sz w:val="18"/>
          <w:szCs w:val="18"/>
        </w:rPr>
        <w:t xml:space="preserve"> </w:t>
      </w:r>
      <w:proofErr w:type="spellStart"/>
      <w:r w:rsidRPr="00DB2473">
        <w:rPr>
          <w:rFonts w:ascii="Times New Roman" w:eastAsia="Myriad Pro" w:hAnsi="Times New Roman" w:cs="Times New Roman"/>
          <w:b/>
          <w:bCs/>
          <w:spacing w:val="-2"/>
          <w:sz w:val="18"/>
          <w:szCs w:val="18"/>
        </w:rPr>
        <w:t>i</w:t>
      </w:r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nfracțiunea</w:t>
      </w:r>
      <w:proofErr w:type="spellEnd"/>
      <w:r w:rsidRPr="00DB2473">
        <w:rPr>
          <w:rFonts w:ascii="Times New Roman" w:eastAsia="Myriad Pro" w:hAnsi="Times New Roman" w:cs="Times New Roman"/>
          <w:b/>
          <w:bCs/>
          <w:spacing w:val="17"/>
          <w:sz w:val="18"/>
          <w:szCs w:val="18"/>
        </w:rPr>
        <w:t xml:space="preserve"> </w:t>
      </w:r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de</w:t>
      </w:r>
      <w:r w:rsidRPr="00DB2473">
        <w:rPr>
          <w:rFonts w:ascii="Times New Roman" w:eastAsia="Myriad Pro" w:hAnsi="Times New Roman" w:cs="Times New Roman"/>
          <w:b/>
          <w:bCs/>
          <w:spacing w:val="-7"/>
          <w:sz w:val="18"/>
          <w:szCs w:val="18"/>
        </w:rPr>
        <w:t xml:space="preserve"> </w:t>
      </w:r>
      <w:proofErr w:type="spellStart"/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fa</w:t>
      </w:r>
      <w:r w:rsidRPr="00DB2473">
        <w:rPr>
          <w:rFonts w:ascii="Times New Roman" w:eastAsia="Myriad Pro" w:hAnsi="Times New Roman" w:cs="Times New Roman"/>
          <w:b/>
          <w:bCs/>
          <w:spacing w:val="-2"/>
          <w:sz w:val="18"/>
          <w:szCs w:val="18"/>
        </w:rPr>
        <w:t>l</w:t>
      </w:r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s</w:t>
      </w:r>
      <w:proofErr w:type="spellEnd"/>
      <w:r w:rsidRPr="00DB2473">
        <w:rPr>
          <w:rFonts w:ascii="Times New Roman" w:eastAsia="Myriad Pro" w:hAnsi="Times New Roman" w:cs="Times New Roman"/>
          <w:b/>
          <w:bCs/>
          <w:spacing w:val="22"/>
          <w:sz w:val="18"/>
          <w:szCs w:val="18"/>
        </w:rPr>
        <w:t xml:space="preserve"> </w:t>
      </w:r>
      <w:proofErr w:type="spellStart"/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în</w:t>
      </w:r>
      <w:proofErr w:type="spellEnd"/>
      <w:r w:rsidRPr="00DB2473">
        <w:rPr>
          <w:rFonts w:ascii="Times New Roman" w:eastAsia="Myriad Pro" w:hAnsi="Times New Roman" w:cs="Times New Roman"/>
          <w:b/>
          <w:bCs/>
          <w:spacing w:val="7"/>
          <w:sz w:val="18"/>
          <w:szCs w:val="18"/>
        </w:rPr>
        <w:t xml:space="preserve"> </w:t>
      </w:r>
      <w:proofErr w:type="spellStart"/>
      <w:proofErr w:type="gramStart"/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declarații</w:t>
      </w:r>
      <w:proofErr w:type="spellEnd"/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 xml:space="preserve">, </w:t>
      </w:r>
      <w:r w:rsidRPr="00DB2473">
        <w:rPr>
          <w:rFonts w:ascii="Times New Roman" w:eastAsia="Myriad Pro" w:hAnsi="Times New Roman" w:cs="Times New Roman"/>
          <w:b/>
          <w:bCs/>
          <w:spacing w:val="6"/>
          <w:sz w:val="18"/>
          <w:szCs w:val="18"/>
        </w:rPr>
        <w:t xml:space="preserve"> </w:t>
      </w:r>
      <w:proofErr w:type="spellStart"/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că</w:t>
      </w:r>
      <w:proofErr w:type="spellEnd"/>
      <w:proofErr w:type="gramEnd"/>
      <w:r w:rsidRPr="00DB2473">
        <w:rPr>
          <w:rFonts w:ascii="Times New Roman" w:eastAsia="Myriad Pro" w:hAnsi="Times New Roman" w:cs="Times New Roman"/>
          <w:b/>
          <w:bCs/>
          <w:spacing w:val="13"/>
          <w:sz w:val="18"/>
          <w:szCs w:val="18"/>
        </w:rPr>
        <w:t xml:space="preserve"> </w:t>
      </w:r>
      <w:proofErr w:type="spellStart"/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datele</w:t>
      </w:r>
      <w:proofErr w:type="spellEnd"/>
      <w:r w:rsidRPr="00DB2473">
        <w:rPr>
          <w:rFonts w:ascii="Times New Roman" w:eastAsia="Myriad Pro" w:hAnsi="Times New Roman" w:cs="Times New Roman"/>
          <w:b/>
          <w:bCs/>
          <w:spacing w:val="-10"/>
          <w:sz w:val="18"/>
          <w:szCs w:val="18"/>
        </w:rPr>
        <w:t xml:space="preserve"> </w:t>
      </w:r>
      <w:proofErr w:type="spellStart"/>
      <w:r w:rsidRPr="00DB2473">
        <w:rPr>
          <w:rFonts w:ascii="Times New Roman" w:eastAsia="Myriad Pro" w:hAnsi="Times New Roman" w:cs="Times New Roman"/>
          <w:b/>
          <w:bCs/>
          <w:w w:val="94"/>
          <w:sz w:val="18"/>
          <w:szCs w:val="18"/>
        </w:rPr>
        <w:t>menționate</w:t>
      </w:r>
      <w:proofErr w:type="spellEnd"/>
      <w:r w:rsidRPr="00DB2473">
        <w:rPr>
          <w:rFonts w:ascii="Times New Roman" w:eastAsia="Myriad Pro" w:hAnsi="Times New Roman" w:cs="Times New Roman"/>
          <w:b/>
          <w:bCs/>
          <w:spacing w:val="10"/>
          <w:w w:val="94"/>
          <w:sz w:val="18"/>
          <w:szCs w:val="18"/>
        </w:rPr>
        <w:t xml:space="preserve"> </w:t>
      </w:r>
      <w:proofErr w:type="spellStart"/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în</w:t>
      </w:r>
      <w:proofErr w:type="spellEnd"/>
      <w:r w:rsidRPr="00DB2473">
        <w:rPr>
          <w:rFonts w:ascii="Times New Roman" w:eastAsia="Myriad Pro" w:hAnsi="Times New Roman" w:cs="Times New Roman"/>
          <w:b/>
          <w:bCs/>
          <w:spacing w:val="8"/>
          <w:sz w:val="18"/>
          <w:szCs w:val="18"/>
        </w:rPr>
        <w:t xml:space="preserve"> </w:t>
      </w:r>
      <w:proofErr w:type="spellStart"/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prezenta</w:t>
      </w:r>
      <w:proofErr w:type="spellEnd"/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cerere</w:t>
      </w:r>
      <w:proofErr w:type="spellEnd"/>
      <w:r w:rsidRPr="00DB2473">
        <w:rPr>
          <w:rFonts w:ascii="Times New Roman" w:eastAsia="Myriad Pro" w:hAnsi="Times New Roman" w:cs="Times New Roman"/>
          <w:b/>
          <w:bCs/>
          <w:spacing w:val="12"/>
          <w:sz w:val="18"/>
          <w:szCs w:val="18"/>
        </w:rPr>
        <w:t xml:space="preserve"> </w:t>
      </w:r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sunt</w:t>
      </w:r>
      <w:r w:rsidRPr="00DB2473">
        <w:rPr>
          <w:rFonts w:ascii="Times New Roman" w:eastAsia="Myriad Pro" w:hAnsi="Times New Roman" w:cs="Times New Roman"/>
          <w:b/>
          <w:bCs/>
          <w:spacing w:val="-13"/>
          <w:sz w:val="18"/>
          <w:szCs w:val="18"/>
        </w:rPr>
        <w:t xml:space="preserve"> </w:t>
      </w:r>
      <w:proofErr w:type="spellStart"/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reale</w:t>
      </w:r>
      <w:proofErr w:type="spellEnd"/>
      <w:r w:rsidRPr="00DB2473">
        <w:rPr>
          <w:rFonts w:ascii="Times New Roman" w:eastAsia="Myriad Pro" w:hAnsi="Times New Roman" w:cs="Times New Roman"/>
          <w:b/>
          <w:bCs/>
          <w:spacing w:val="16"/>
          <w:sz w:val="18"/>
          <w:szCs w:val="18"/>
        </w:rPr>
        <w:t xml:space="preserve"> </w:t>
      </w:r>
      <w:proofErr w:type="spellStart"/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și</w:t>
      </w:r>
      <w:proofErr w:type="spellEnd"/>
      <w:r w:rsidRPr="00DB2473">
        <w:rPr>
          <w:rFonts w:ascii="Times New Roman" w:eastAsia="Myriad Pro" w:hAnsi="Times New Roman" w:cs="Times New Roman"/>
          <w:b/>
          <w:bCs/>
          <w:spacing w:val="16"/>
          <w:sz w:val="18"/>
          <w:szCs w:val="18"/>
        </w:rPr>
        <w:t xml:space="preserve"> </w:t>
      </w:r>
      <w:proofErr w:type="spellStart"/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exacte</w:t>
      </w:r>
      <w:proofErr w:type="spellEnd"/>
      <w:r w:rsidRPr="00DB2473">
        <w:rPr>
          <w:rFonts w:ascii="Times New Roman" w:eastAsia="Myriad Pro" w:hAnsi="Times New Roman" w:cs="Times New Roman"/>
          <w:b/>
          <w:bCs/>
          <w:spacing w:val="-10"/>
          <w:sz w:val="18"/>
          <w:szCs w:val="18"/>
        </w:rPr>
        <w:t xml:space="preserve"> </w:t>
      </w:r>
      <w:proofErr w:type="spellStart"/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și</w:t>
      </w:r>
      <w:proofErr w:type="spellEnd"/>
      <w:r w:rsidRPr="00DB2473">
        <w:rPr>
          <w:rFonts w:ascii="Times New Roman" w:eastAsia="Myriad Pro" w:hAnsi="Times New Roman" w:cs="Times New Roman"/>
          <w:b/>
          <w:bCs/>
          <w:spacing w:val="16"/>
          <w:sz w:val="18"/>
          <w:szCs w:val="18"/>
        </w:rPr>
        <w:t xml:space="preserve"> </w:t>
      </w:r>
      <w:proofErr w:type="spellStart"/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mă</w:t>
      </w:r>
      <w:proofErr w:type="spellEnd"/>
      <w:r w:rsidRPr="00DB2473">
        <w:rPr>
          <w:rFonts w:ascii="Times New Roman" w:eastAsia="Myriad Pro" w:hAnsi="Times New Roman" w:cs="Times New Roman"/>
          <w:b/>
          <w:bCs/>
          <w:spacing w:val="-5"/>
          <w:sz w:val="18"/>
          <w:szCs w:val="18"/>
        </w:rPr>
        <w:t xml:space="preserve"> </w:t>
      </w:r>
      <w:proofErr w:type="spellStart"/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a</w:t>
      </w:r>
      <w:r w:rsidRPr="00DB2473">
        <w:rPr>
          <w:rFonts w:ascii="Times New Roman" w:eastAsia="Myriad Pro" w:hAnsi="Times New Roman" w:cs="Times New Roman"/>
          <w:b/>
          <w:bCs/>
          <w:spacing w:val="-1"/>
          <w:sz w:val="18"/>
          <w:szCs w:val="18"/>
        </w:rPr>
        <w:t>n</w:t>
      </w:r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gajez</w:t>
      </w:r>
      <w:proofErr w:type="spellEnd"/>
      <w:r w:rsidRPr="00DB2473">
        <w:rPr>
          <w:rFonts w:ascii="Times New Roman" w:eastAsia="Myriad Pro" w:hAnsi="Times New Roman" w:cs="Times New Roman"/>
          <w:b/>
          <w:bCs/>
          <w:spacing w:val="-2"/>
          <w:sz w:val="18"/>
          <w:szCs w:val="18"/>
        </w:rPr>
        <w:t xml:space="preserve"> </w:t>
      </w:r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ca</w:t>
      </w:r>
      <w:r w:rsidRPr="00DB2473">
        <w:rPr>
          <w:rFonts w:ascii="Times New Roman" w:eastAsia="Myriad Pro" w:hAnsi="Times New Roman" w:cs="Times New Roman"/>
          <w:b/>
          <w:bCs/>
          <w:spacing w:val="13"/>
          <w:sz w:val="18"/>
          <w:szCs w:val="18"/>
        </w:rPr>
        <w:t xml:space="preserve"> </w:t>
      </w:r>
      <w:proofErr w:type="spellStart"/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execu</w:t>
      </w:r>
      <w:r w:rsidRPr="00DB2473">
        <w:rPr>
          <w:rFonts w:ascii="Times New Roman" w:eastAsia="Myriad Pro" w:hAnsi="Times New Roman" w:cs="Times New Roman"/>
          <w:b/>
          <w:bCs/>
          <w:spacing w:val="-2"/>
          <w:sz w:val="18"/>
          <w:szCs w:val="18"/>
        </w:rPr>
        <w:t>t</w:t>
      </w:r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a</w:t>
      </w:r>
      <w:r w:rsidRPr="00DB2473">
        <w:rPr>
          <w:rFonts w:ascii="Times New Roman" w:eastAsia="Myriad Pro" w:hAnsi="Times New Roman" w:cs="Times New Roman"/>
          <w:b/>
          <w:bCs/>
          <w:spacing w:val="-2"/>
          <w:sz w:val="18"/>
          <w:szCs w:val="18"/>
        </w:rPr>
        <w:t>r</w:t>
      </w:r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ea</w:t>
      </w:r>
      <w:proofErr w:type="spellEnd"/>
      <w:r w:rsidRPr="00DB2473">
        <w:rPr>
          <w:rFonts w:ascii="Times New Roman" w:eastAsia="Myriad Pro" w:hAnsi="Times New Roman" w:cs="Times New Roman"/>
          <w:b/>
          <w:bCs/>
          <w:spacing w:val="-5"/>
          <w:sz w:val="18"/>
          <w:szCs w:val="18"/>
        </w:rPr>
        <w:t xml:space="preserve"> </w:t>
      </w:r>
      <w:proofErr w:type="spellStart"/>
      <w:r w:rsidRPr="00DB2473">
        <w:rPr>
          <w:rFonts w:ascii="Times New Roman" w:eastAsia="Myriad Pro" w:hAnsi="Times New Roman" w:cs="Times New Roman"/>
          <w:b/>
          <w:bCs/>
          <w:w w:val="109"/>
          <w:sz w:val="18"/>
          <w:szCs w:val="18"/>
        </w:rPr>
        <w:t>lucrărilor</w:t>
      </w:r>
      <w:proofErr w:type="spellEnd"/>
      <w:r w:rsidRPr="00DB2473">
        <w:rPr>
          <w:rFonts w:ascii="Times New Roman" w:eastAsia="Myriad Pro" w:hAnsi="Times New Roman" w:cs="Times New Roman"/>
          <w:b/>
          <w:bCs/>
          <w:spacing w:val="4"/>
          <w:w w:val="109"/>
          <w:sz w:val="18"/>
          <w:szCs w:val="18"/>
        </w:rPr>
        <w:t xml:space="preserve"> </w:t>
      </w:r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de</w:t>
      </w:r>
      <w:r w:rsidRPr="00DB2473">
        <w:rPr>
          <w:rFonts w:ascii="Times New Roman" w:eastAsia="Myriad Pro" w:hAnsi="Times New Roman" w:cs="Times New Roman"/>
          <w:b/>
          <w:bCs/>
          <w:spacing w:val="-9"/>
          <w:sz w:val="18"/>
          <w:szCs w:val="18"/>
        </w:rPr>
        <w:t xml:space="preserve"> </w:t>
      </w:r>
      <w:proofErr w:type="spellStart"/>
      <w:r w:rsidRPr="00DB2473">
        <w:rPr>
          <w:rFonts w:ascii="Times New Roman" w:eastAsia="Myriad Pro" w:hAnsi="Times New Roman" w:cs="Times New Roman"/>
          <w:b/>
          <w:bCs/>
          <w:spacing w:val="-1"/>
          <w:sz w:val="18"/>
          <w:szCs w:val="18"/>
        </w:rPr>
        <w:t>c</w:t>
      </w:r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onstruire</w:t>
      </w:r>
      <w:proofErr w:type="spellEnd"/>
      <w:r w:rsidRPr="00DB2473">
        <w:rPr>
          <w:rFonts w:ascii="Times New Roman" w:eastAsia="Myriad Pro" w:hAnsi="Times New Roman" w:cs="Times New Roman"/>
          <w:b/>
          <w:bCs/>
          <w:spacing w:val="8"/>
          <w:sz w:val="18"/>
          <w:szCs w:val="18"/>
        </w:rPr>
        <w:t xml:space="preserve"> </w:t>
      </w:r>
      <w:proofErr w:type="spellStart"/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să</w:t>
      </w:r>
      <w:proofErr w:type="spellEnd"/>
      <w:r w:rsidRPr="00DB2473">
        <w:rPr>
          <w:rFonts w:ascii="Times New Roman" w:eastAsia="Myriad Pro" w:hAnsi="Times New Roman" w:cs="Times New Roman"/>
          <w:b/>
          <w:bCs/>
          <w:spacing w:val="13"/>
          <w:sz w:val="18"/>
          <w:szCs w:val="18"/>
        </w:rPr>
        <w:t xml:space="preserve"> </w:t>
      </w:r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 xml:space="preserve">se </w:t>
      </w:r>
      <w:proofErr w:type="spellStart"/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r</w:t>
      </w:r>
      <w:r w:rsidRPr="00DB2473">
        <w:rPr>
          <w:rFonts w:ascii="Times New Roman" w:eastAsia="Myriad Pro" w:hAnsi="Times New Roman" w:cs="Times New Roman"/>
          <w:b/>
          <w:bCs/>
          <w:spacing w:val="-1"/>
          <w:sz w:val="18"/>
          <w:szCs w:val="18"/>
        </w:rPr>
        <w:t>e</w:t>
      </w:r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alizeze</w:t>
      </w:r>
      <w:proofErr w:type="spellEnd"/>
      <w:r w:rsidRPr="00DB2473">
        <w:rPr>
          <w:rFonts w:ascii="Times New Roman" w:eastAsia="Myriad Pro" w:hAnsi="Times New Roman" w:cs="Times New Roman"/>
          <w:b/>
          <w:bCs/>
          <w:spacing w:val="11"/>
          <w:sz w:val="18"/>
          <w:szCs w:val="18"/>
        </w:rPr>
        <w:t xml:space="preserve"> </w:t>
      </w:r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cu</w:t>
      </w:r>
      <w:r w:rsidRPr="00DB2473">
        <w:rPr>
          <w:rFonts w:ascii="Times New Roman" w:eastAsia="Myriad Pro" w:hAnsi="Times New Roman" w:cs="Times New Roman"/>
          <w:b/>
          <w:bCs/>
          <w:spacing w:val="2"/>
          <w:sz w:val="18"/>
          <w:szCs w:val="18"/>
        </w:rPr>
        <w:t xml:space="preserve"> </w:t>
      </w:r>
      <w:proofErr w:type="spellStart"/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respec</w:t>
      </w:r>
      <w:r w:rsidRPr="00DB2473">
        <w:rPr>
          <w:rFonts w:ascii="Times New Roman" w:eastAsia="Myriad Pro" w:hAnsi="Times New Roman" w:cs="Times New Roman"/>
          <w:b/>
          <w:bCs/>
          <w:spacing w:val="-2"/>
          <w:sz w:val="18"/>
          <w:szCs w:val="18"/>
        </w:rPr>
        <w:t>t</w:t>
      </w:r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area</w:t>
      </w:r>
      <w:proofErr w:type="spellEnd"/>
      <w:r w:rsidRPr="00DB2473">
        <w:rPr>
          <w:rFonts w:ascii="Times New Roman" w:eastAsia="Myriad Pro" w:hAnsi="Times New Roman" w:cs="Times New Roman"/>
          <w:b/>
          <w:bCs/>
          <w:spacing w:val="7"/>
          <w:sz w:val="18"/>
          <w:szCs w:val="18"/>
        </w:rPr>
        <w:t xml:space="preserve"> </w:t>
      </w:r>
      <w:proofErr w:type="spellStart"/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autoriza</w:t>
      </w:r>
      <w:r w:rsidRPr="00DB2473">
        <w:rPr>
          <w:rFonts w:ascii="Times New Roman" w:eastAsia="Myriad Pro" w:hAnsi="Times New Roman" w:cs="Times New Roman"/>
          <w:b/>
          <w:bCs/>
          <w:spacing w:val="-2"/>
          <w:sz w:val="18"/>
          <w:szCs w:val="18"/>
        </w:rPr>
        <w:t>ț</w:t>
      </w:r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iei</w:t>
      </w:r>
      <w:proofErr w:type="spellEnd"/>
      <w:r w:rsidRPr="00DB2473">
        <w:rPr>
          <w:rFonts w:ascii="Times New Roman" w:eastAsia="Myriad Pro" w:hAnsi="Times New Roman" w:cs="Times New Roman"/>
          <w:b/>
          <w:bCs/>
          <w:spacing w:val="17"/>
          <w:sz w:val="18"/>
          <w:szCs w:val="18"/>
        </w:rPr>
        <w:t xml:space="preserve"> </w:t>
      </w:r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de</w:t>
      </w:r>
      <w:r w:rsidRPr="00DB2473">
        <w:rPr>
          <w:rFonts w:ascii="Times New Roman" w:eastAsia="Myriad Pro" w:hAnsi="Times New Roman" w:cs="Times New Roman"/>
          <w:b/>
          <w:bCs/>
          <w:spacing w:val="-7"/>
          <w:sz w:val="18"/>
          <w:szCs w:val="18"/>
        </w:rPr>
        <w:t xml:space="preserve"> </w:t>
      </w:r>
      <w:proofErr w:type="spellStart"/>
      <w:r w:rsidRPr="00DB2473">
        <w:rPr>
          <w:rFonts w:ascii="Times New Roman" w:eastAsia="Myriad Pro" w:hAnsi="Times New Roman" w:cs="Times New Roman"/>
          <w:b/>
          <w:bCs/>
          <w:w w:val="101"/>
          <w:sz w:val="18"/>
          <w:szCs w:val="18"/>
        </w:rPr>
        <w:t>construire</w:t>
      </w:r>
      <w:proofErr w:type="spellEnd"/>
      <w:r w:rsidRPr="00DB2473">
        <w:rPr>
          <w:rFonts w:ascii="Times New Roman" w:eastAsia="Myriad Pro" w:hAnsi="Times New Roman" w:cs="Times New Roman"/>
          <w:b/>
          <w:bCs/>
          <w:w w:val="101"/>
          <w:sz w:val="18"/>
          <w:szCs w:val="18"/>
        </w:rPr>
        <w:t xml:space="preserve">, </w:t>
      </w:r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a</w:t>
      </w:r>
      <w:r w:rsidRPr="00DB2473">
        <w:rPr>
          <w:rFonts w:ascii="Times New Roman" w:eastAsia="Myriad Pro" w:hAnsi="Times New Roman" w:cs="Times New Roman"/>
          <w:b/>
          <w:bCs/>
          <w:spacing w:val="13"/>
          <w:sz w:val="18"/>
          <w:szCs w:val="18"/>
        </w:rPr>
        <w:t xml:space="preserve"> </w:t>
      </w:r>
      <w:proofErr w:type="spellStart"/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proiectului</w:t>
      </w:r>
      <w:proofErr w:type="spellEnd"/>
      <w:r w:rsidRPr="00DB2473">
        <w:rPr>
          <w:rFonts w:ascii="Times New Roman" w:eastAsia="Myriad Pro" w:hAnsi="Times New Roman" w:cs="Times New Roman"/>
          <w:b/>
          <w:bCs/>
          <w:spacing w:val="8"/>
          <w:sz w:val="18"/>
          <w:szCs w:val="18"/>
        </w:rPr>
        <w:t xml:space="preserve"> </w:t>
      </w:r>
      <w:proofErr w:type="spellStart"/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afe</w:t>
      </w:r>
      <w:r w:rsidRPr="00DB2473">
        <w:rPr>
          <w:rFonts w:ascii="Times New Roman" w:eastAsia="Myriad Pro" w:hAnsi="Times New Roman" w:cs="Times New Roman"/>
          <w:b/>
          <w:bCs/>
          <w:spacing w:val="-1"/>
          <w:sz w:val="18"/>
          <w:szCs w:val="18"/>
        </w:rPr>
        <w:t>r</w:t>
      </w:r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ent</w:t>
      </w:r>
      <w:proofErr w:type="spellEnd"/>
      <w:r w:rsidRPr="00DB2473">
        <w:rPr>
          <w:rFonts w:ascii="Times New Roman" w:eastAsia="Myriad Pro" w:hAnsi="Times New Roman" w:cs="Times New Roman"/>
          <w:b/>
          <w:bCs/>
          <w:spacing w:val="-6"/>
          <w:sz w:val="18"/>
          <w:szCs w:val="18"/>
        </w:rPr>
        <w:t xml:space="preserve"> </w:t>
      </w:r>
      <w:proofErr w:type="spellStart"/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vizat</w:t>
      </w:r>
      <w:proofErr w:type="spellEnd"/>
      <w:r w:rsidRPr="00DB2473">
        <w:rPr>
          <w:rFonts w:ascii="Times New Roman" w:eastAsia="Myriad Pro" w:hAnsi="Times New Roman" w:cs="Times New Roman"/>
          <w:b/>
          <w:bCs/>
          <w:spacing w:val="5"/>
          <w:sz w:val="18"/>
          <w:szCs w:val="18"/>
        </w:rPr>
        <w:t xml:space="preserve"> </w:t>
      </w:r>
      <w:proofErr w:type="spellStart"/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spre</w:t>
      </w:r>
      <w:proofErr w:type="spellEnd"/>
      <w:r w:rsidRPr="00DB2473">
        <w:rPr>
          <w:rFonts w:ascii="Times New Roman" w:eastAsia="Myriad Pro" w:hAnsi="Times New Roman" w:cs="Times New Roman"/>
          <w:b/>
          <w:bCs/>
          <w:spacing w:val="5"/>
          <w:sz w:val="18"/>
          <w:szCs w:val="18"/>
        </w:rPr>
        <w:t xml:space="preserve"> </w:t>
      </w:r>
      <w:proofErr w:type="spellStart"/>
      <w:r w:rsidRPr="00DB2473">
        <w:rPr>
          <w:rFonts w:ascii="Times New Roman" w:eastAsia="Myriad Pro" w:hAnsi="Times New Roman" w:cs="Times New Roman"/>
          <w:b/>
          <w:bCs/>
          <w:w w:val="96"/>
          <w:sz w:val="18"/>
          <w:szCs w:val="18"/>
        </w:rPr>
        <w:t>ne</w:t>
      </w:r>
      <w:r w:rsidRPr="00DB2473">
        <w:rPr>
          <w:rFonts w:ascii="Times New Roman" w:eastAsia="Myriad Pro" w:hAnsi="Times New Roman" w:cs="Times New Roman"/>
          <w:b/>
          <w:bCs/>
          <w:spacing w:val="-2"/>
          <w:w w:val="96"/>
          <w:sz w:val="18"/>
          <w:szCs w:val="18"/>
        </w:rPr>
        <w:t>s</w:t>
      </w:r>
      <w:r w:rsidRPr="00DB2473">
        <w:rPr>
          <w:rFonts w:ascii="Times New Roman" w:eastAsia="Myriad Pro" w:hAnsi="Times New Roman" w:cs="Times New Roman"/>
          <w:b/>
          <w:bCs/>
          <w:w w:val="96"/>
          <w:sz w:val="18"/>
          <w:szCs w:val="18"/>
        </w:rPr>
        <w:t>chimbare</w:t>
      </w:r>
      <w:proofErr w:type="spellEnd"/>
      <w:r w:rsidRPr="00DB2473">
        <w:rPr>
          <w:rFonts w:ascii="Times New Roman" w:eastAsia="Myriad Pro" w:hAnsi="Times New Roman" w:cs="Times New Roman"/>
          <w:b/>
          <w:bCs/>
          <w:spacing w:val="16"/>
          <w:w w:val="96"/>
          <w:sz w:val="18"/>
          <w:szCs w:val="18"/>
        </w:rPr>
        <w:t xml:space="preserve"> </w:t>
      </w:r>
      <w:proofErr w:type="spellStart"/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și</w:t>
      </w:r>
      <w:proofErr w:type="spellEnd"/>
      <w:r w:rsidRPr="00DB2473">
        <w:rPr>
          <w:rFonts w:ascii="Times New Roman" w:eastAsia="Myriad Pro" w:hAnsi="Times New Roman" w:cs="Times New Roman"/>
          <w:b/>
          <w:bCs/>
          <w:spacing w:val="17"/>
          <w:sz w:val="18"/>
          <w:szCs w:val="18"/>
        </w:rPr>
        <w:t xml:space="preserve"> </w:t>
      </w:r>
      <w:proofErr w:type="spellStart"/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n</w:t>
      </w:r>
      <w:r w:rsidRPr="00DB2473">
        <w:rPr>
          <w:rFonts w:ascii="Times New Roman" w:eastAsia="Myriad Pro" w:hAnsi="Times New Roman" w:cs="Times New Roman"/>
          <w:b/>
          <w:bCs/>
          <w:spacing w:val="-1"/>
          <w:sz w:val="18"/>
          <w:szCs w:val="18"/>
        </w:rPr>
        <w:t>u</w:t>
      </w:r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m</w:t>
      </w:r>
      <w:r w:rsidRPr="00DB2473">
        <w:rPr>
          <w:rFonts w:ascii="Times New Roman" w:eastAsia="Myriad Pro" w:hAnsi="Times New Roman" w:cs="Times New Roman"/>
          <w:b/>
          <w:bCs/>
          <w:spacing w:val="-1"/>
          <w:sz w:val="18"/>
          <w:szCs w:val="18"/>
        </w:rPr>
        <w:t>a</w:t>
      </w:r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i</w:t>
      </w:r>
      <w:proofErr w:type="spellEnd"/>
      <w:r w:rsidRPr="00DB2473">
        <w:rPr>
          <w:rFonts w:ascii="Times New Roman" w:eastAsia="Myriad Pro" w:hAnsi="Times New Roman" w:cs="Times New Roman"/>
          <w:b/>
          <w:bCs/>
          <w:spacing w:val="-7"/>
          <w:sz w:val="18"/>
          <w:szCs w:val="18"/>
        </w:rPr>
        <w:t xml:space="preserve"> </w:t>
      </w:r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pe</w:t>
      </w:r>
      <w:r w:rsidRPr="00DB2473">
        <w:rPr>
          <w:rFonts w:ascii="Times New Roman" w:eastAsia="Myriad Pro" w:hAnsi="Times New Roman" w:cs="Times New Roman"/>
          <w:b/>
          <w:bCs/>
          <w:spacing w:val="-7"/>
          <w:sz w:val="18"/>
          <w:szCs w:val="18"/>
        </w:rPr>
        <w:t xml:space="preserve"> </w:t>
      </w:r>
      <w:proofErr w:type="spellStart"/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baza</w:t>
      </w:r>
      <w:proofErr w:type="spellEnd"/>
      <w:r w:rsidRPr="00DB2473">
        <w:rPr>
          <w:rFonts w:ascii="Times New Roman" w:eastAsia="Myriad Pro" w:hAnsi="Times New Roman" w:cs="Times New Roman"/>
          <w:b/>
          <w:bCs/>
          <w:spacing w:val="3"/>
          <w:sz w:val="18"/>
          <w:szCs w:val="18"/>
        </w:rPr>
        <w:t xml:space="preserve"> </w:t>
      </w:r>
      <w:proofErr w:type="spellStart"/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proiect</w:t>
      </w:r>
      <w:r w:rsidRPr="00DB2473">
        <w:rPr>
          <w:rFonts w:ascii="Times New Roman" w:eastAsia="Myriad Pro" w:hAnsi="Times New Roman" w:cs="Times New Roman"/>
          <w:b/>
          <w:bCs/>
          <w:spacing w:val="-1"/>
          <w:sz w:val="18"/>
          <w:szCs w:val="18"/>
        </w:rPr>
        <w:t>u</w:t>
      </w:r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lui</w:t>
      </w:r>
      <w:proofErr w:type="spellEnd"/>
      <w:r w:rsidRPr="00DB2473">
        <w:rPr>
          <w:rFonts w:ascii="Times New Roman" w:eastAsia="Myriad Pro" w:hAnsi="Times New Roman" w:cs="Times New Roman"/>
          <w:b/>
          <w:bCs/>
          <w:spacing w:val="7"/>
          <w:sz w:val="18"/>
          <w:szCs w:val="18"/>
        </w:rPr>
        <w:t xml:space="preserve"> </w:t>
      </w:r>
      <w:proofErr w:type="spellStart"/>
      <w:r w:rsidRPr="00DB2473">
        <w:rPr>
          <w:rFonts w:ascii="Times New Roman" w:eastAsia="Myriad Pro" w:hAnsi="Times New Roman" w:cs="Times New Roman"/>
          <w:b/>
          <w:bCs/>
          <w:spacing w:val="-2"/>
          <w:sz w:val="18"/>
          <w:szCs w:val="18"/>
        </w:rPr>
        <w:t>t</w:t>
      </w:r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ehnic</w:t>
      </w:r>
      <w:proofErr w:type="spellEnd"/>
      <w:r w:rsidRPr="00DB2473">
        <w:rPr>
          <w:rFonts w:ascii="Times New Roman" w:eastAsia="Myriad Pro" w:hAnsi="Times New Roman" w:cs="Times New Roman"/>
          <w:b/>
          <w:bCs/>
          <w:spacing w:val="-10"/>
          <w:sz w:val="18"/>
          <w:szCs w:val="18"/>
        </w:rPr>
        <w:t xml:space="preserve"> </w:t>
      </w:r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de</w:t>
      </w:r>
      <w:r w:rsidRPr="00DB2473">
        <w:rPr>
          <w:rFonts w:ascii="Times New Roman" w:eastAsia="Myriad Pro" w:hAnsi="Times New Roman" w:cs="Times New Roman"/>
          <w:b/>
          <w:bCs/>
          <w:spacing w:val="-7"/>
          <w:sz w:val="18"/>
          <w:szCs w:val="18"/>
        </w:rPr>
        <w:t xml:space="preserve"> </w:t>
      </w:r>
      <w:proofErr w:type="spellStart"/>
      <w:r w:rsidRPr="00DB2473">
        <w:rPr>
          <w:rFonts w:ascii="Times New Roman" w:eastAsia="Myriad Pro" w:hAnsi="Times New Roman" w:cs="Times New Roman"/>
          <w:b/>
          <w:bCs/>
          <w:spacing w:val="-1"/>
          <w:sz w:val="18"/>
          <w:szCs w:val="18"/>
        </w:rPr>
        <w:t>e</w:t>
      </w:r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xe</w:t>
      </w:r>
      <w:r w:rsidRPr="00DB2473">
        <w:rPr>
          <w:rFonts w:ascii="Times New Roman" w:eastAsia="Myriad Pro" w:hAnsi="Times New Roman" w:cs="Times New Roman"/>
          <w:b/>
          <w:bCs/>
          <w:spacing w:val="-1"/>
          <w:sz w:val="18"/>
          <w:szCs w:val="18"/>
        </w:rPr>
        <w:t>c</w:t>
      </w:r>
      <w:r w:rsidRPr="00DB2473">
        <w:rPr>
          <w:rFonts w:ascii="Times New Roman" w:eastAsia="Myriad Pro" w:hAnsi="Times New Roman" w:cs="Times New Roman"/>
          <w:b/>
          <w:bCs/>
          <w:spacing w:val="1"/>
          <w:sz w:val="18"/>
          <w:szCs w:val="18"/>
        </w:rPr>
        <w:t>u</w:t>
      </w:r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ție</w:t>
      </w:r>
      <w:proofErr w:type="spellEnd"/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,</w:t>
      </w:r>
      <w:r w:rsidRPr="00DB2473">
        <w:rPr>
          <w:rFonts w:ascii="Times New Roman" w:eastAsia="Myriad Pro" w:hAnsi="Times New Roman" w:cs="Times New Roman"/>
          <w:b/>
          <w:bCs/>
          <w:spacing w:val="-11"/>
          <w:sz w:val="18"/>
          <w:szCs w:val="18"/>
        </w:rPr>
        <w:t xml:space="preserve"> </w:t>
      </w:r>
      <w:proofErr w:type="spellStart"/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astfel</w:t>
      </w:r>
      <w:proofErr w:type="spellEnd"/>
      <w:r w:rsidRPr="00DB2473">
        <w:rPr>
          <w:rFonts w:ascii="Times New Roman" w:eastAsia="Myriad Pro" w:hAnsi="Times New Roman" w:cs="Times New Roman"/>
          <w:b/>
          <w:bCs/>
          <w:spacing w:val="8"/>
          <w:sz w:val="18"/>
          <w:szCs w:val="18"/>
        </w:rPr>
        <w:t xml:space="preserve"> </w:t>
      </w:r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cum</w:t>
      </w:r>
      <w:r w:rsidRPr="00DB2473">
        <w:rPr>
          <w:rFonts w:ascii="Times New Roman" w:eastAsia="Myriad Pro" w:hAnsi="Times New Roman" w:cs="Times New Roman"/>
          <w:b/>
          <w:bCs/>
          <w:spacing w:val="-13"/>
          <w:sz w:val="18"/>
          <w:szCs w:val="18"/>
        </w:rPr>
        <w:t xml:space="preserve"> </w:t>
      </w:r>
      <w:proofErr w:type="spellStart"/>
      <w:r w:rsidRPr="00DB2473">
        <w:rPr>
          <w:rFonts w:ascii="Times New Roman" w:eastAsia="Myriad Pro" w:hAnsi="Times New Roman" w:cs="Times New Roman"/>
          <w:b/>
          <w:bCs/>
          <w:w w:val="94"/>
          <w:sz w:val="18"/>
          <w:szCs w:val="18"/>
        </w:rPr>
        <w:t>p</w:t>
      </w:r>
      <w:r w:rsidRPr="00DB2473">
        <w:rPr>
          <w:rFonts w:ascii="Times New Roman" w:eastAsia="Myriad Pro" w:hAnsi="Times New Roman" w:cs="Times New Roman"/>
          <w:b/>
          <w:bCs/>
          <w:spacing w:val="-1"/>
          <w:w w:val="94"/>
          <w:sz w:val="18"/>
          <w:szCs w:val="18"/>
        </w:rPr>
        <w:t>r</w:t>
      </w:r>
      <w:r w:rsidRPr="00DB2473">
        <w:rPr>
          <w:rFonts w:ascii="Times New Roman" w:eastAsia="Myriad Pro" w:hAnsi="Times New Roman" w:cs="Times New Roman"/>
          <w:b/>
          <w:bCs/>
          <w:w w:val="94"/>
          <w:sz w:val="18"/>
          <w:szCs w:val="18"/>
        </w:rPr>
        <w:t>evede</w:t>
      </w:r>
      <w:proofErr w:type="spellEnd"/>
      <w:r w:rsidRPr="00DB2473">
        <w:rPr>
          <w:rFonts w:ascii="Times New Roman" w:eastAsia="Myriad Pro" w:hAnsi="Times New Roman" w:cs="Times New Roman"/>
          <w:b/>
          <w:bCs/>
          <w:spacing w:val="13"/>
          <w:w w:val="94"/>
          <w:sz w:val="18"/>
          <w:szCs w:val="18"/>
        </w:rPr>
        <w:t xml:space="preserve"> </w:t>
      </w:r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ar</w:t>
      </w:r>
      <w:r w:rsidRPr="00DB2473">
        <w:rPr>
          <w:rFonts w:ascii="Times New Roman" w:eastAsia="Myriad Pro" w:hAnsi="Times New Roman" w:cs="Times New Roman"/>
          <w:b/>
          <w:bCs/>
          <w:spacing w:val="-2"/>
          <w:sz w:val="18"/>
          <w:szCs w:val="18"/>
        </w:rPr>
        <w:t>t</w:t>
      </w:r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.</w:t>
      </w:r>
      <w:r w:rsidRPr="00DB2473">
        <w:rPr>
          <w:rFonts w:ascii="Times New Roman" w:eastAsia="Myriad Pro" w:hAnsi="Times New Roman" w:cs="Times New Roman"/>
          <w:b/>
          <w:bCs/>
          <w:spacing w:val="25"/>
          <w:sz w:val="18"/>
          <w:szCs w:val="18"/>
        </w:rPr>
        <w:t xml:space="preserve"> </w:t>
      </w:r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2</w:t>
      </w:r>
      <w:r w:rsidRPr="00DB2473">
        <w:rPr>
          <w:rFonts w:ascii="Times New Roman" w:eastAsia="Myriad Pro" w:hAnsi="Times New Roman" w:cs="Times New Roman"/>
          <w:b/>
          <w:bCs/>
          <w:spacing w:val="-1"/>
          <w:sz w:val="18"/>
          <w:szCs w:val="18"/>
        </w:rPr>
        <w:t>4</w:t>
      </w:r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6</w:t>
      </w:r>
      <w:r w:rsidRPr="00DB2473">
        <w:rPr>
          <w:rFonts w:ascii="Times New Roman" w:eastAsia="Myriad Pro" w:hAnsi="Times New Roman" w:cs="Times New Roman"/>
          <w:b/>
          <w:bCs/>
          <w:spacing w:val="8"/>
          <w:sz w:val="18"/>
          <w:szCs w:val="18"/>
        </w:rPr>
        <w:t xml:space="preserve"> </w:t>
      </w:r>
      <w:proofErr w:type="spellStart"/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al</w:t>
      </w:r>
      <w:r w:rsidRPr="00DB2473">
        <w:rPr>
          <w:rFonts w:ascii="Times New Roman" w:eastAsia="Myriad Pro" w:hAnsi="Times New Roman" w:cs="Times New Roman"/>
          <w:b/>
          <w:bCs/>
          <w:spacing w:val="-2"/>
          <w:sz w:val="18"/>
          <w:szCs w:val="18"/>
        </w:rPr>
        <w:t>i</w:t>
      </w:r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n</w:t>
      </w:r>
      <w:proofErr w:type="spellEnd"/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.</w:t>
      </w:r>
      <w:r w:rsidRPr="00DB2473">
        <w:rPr>
          <w:rFonts w:ascii="Times New Roman" w:eastAsia="Myriad Pro" w:hAnsi="Times New Roman" w:cs="Times New Roman"/>
          <w:b/>
          <w:bCs/>
          <w:spacing w:val="31"/>
          <w:sz w:val="18"/>
          <w:szCs w:val="18"/>
        </w:rPr>
        <w:t xml:space="preserve"> </w:t>
      </w:r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(3)</w:t>
      </w:r>
      <w:r w:rsidRPr="00DB2473">
        <w:rPr>
          <w:rFonts w:ascii="Times New Roman" w:eastAsia="Myriad Pro" w:hAnsi="Times New Roman" w:cs="Times New Roman"/>
          <w:b/>
          <w:bCs/>
          <w:spacing w:val="25"/>
          <w:sz w:val="18"/>
          <w:szCs w:val="18"/>
        </w:rPr>
        <w:t xml:space="preserve"> </w:t>
      </w:r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 xml:space="preserve">din </w:t>
      </w:r>
      <w:proofErr w:type="spellStart"/>
      <w:r w:rsidRPr="00DB2473">
        <w:rPr>
          <w:rFonts w:ascii="Times New Roman" w:eastAsia="Myriad Pro" w:hAnsi="Times New Roman" w:cs="Times New Roman"/>
          <w:b/>
          <w:bCs/>
          <w:sz w:val="18"/>
          <w:szCs w:val="18"/>
        </w:rPr>
        <w:t>Legea</w:t>
      </w:r>
      <w:proofErr w:type="spellEnd"/>
      <w:r w:rsidRPr="00DB2473">
        <w:rPr>
          <w:rFonts w:ascii="Times New Roman" w:eastAsia="Myriad Pro" w:hAnsi="Times New Roman" w:cs="Times New Roman"/>
          <w:b/>
          <w:bCs/>
          <w:spacing w:val="7"/>
          <w:sz w:val="18"/>
          <w:szCs w:val="18"/>
        </w:rPr>
        <w:t xml:space="preserve"> </w:t>
      </w:r>
      <w:r w:rsidRPr="00DB2473">
        <w:rPr>
          <w:rFonts w:ascii="Times New Roman" w:eastAsia="Myriad Pro" w:hAnsi="Times New Roman" w:cs="Times New Roman"/>
          <w:b/>
          <w:bCs/>
          <w:w w:val="104"/>
          <w:sz w:val="18"/>
          <w:szCs w:val="18"/>
        </w:rPr>
        <w:t>nr.1</w:t>
      </w:r>
      <w:r w:rsidRPr="00DB2473">
        <w:rPr>
          <w:rFonts w:ascii="Times New Roman" w:eastAsia="Myriad Pro" w:hAnsi="Times New Roman" w:cs="Times New Roman"/>
          <w:b/>
          <w:bCs/>
          <w:spacing w:val="-1"/>
          <w:w w:val="104"/>
          <w:sz w:val="18"/>
          <w:szCs w:val="18"/>
        </w:rPr>
        <w:t>6</w:t>
      </w:r>
      <w:r w:rsidRPr="00DB2473">
        <w:rPr>
          <w:rFonts w:ascii="Times New Roman" w:eastAsia="Myriad Pro" w:hAnsi="Times New Roman" w:cs="Times New Roman"/>
          <w:b/>
          <w:bCs/>
          <w:w w:val="98"/>
          <w:sz w:val="18"/>
          <w:szCs w:val="18"/>
        </w:rPr>
        <w:t>9/20</w:t>
      </w:r>
      <w:r w:rsidRPr="00DB2473">
        <w:rPr>
          <w:rFonts w:ascii="Times New Roman" w:eastAsia="Myriad Pro" w:hAnsi="Times New Roman" w:cs="Times New Roman"/>
          <w:b/>
          <w:bCs/>
          <w:spacing w:val="-1"/>
          <w:w w:val="98"/>
          <w:sz w:val="18"/>
          <w:szCs w:val="18"/>
        </w:rPr>
        <w:t>2</w:t>
      </w:r>
      <w:r w:rsidRPr="00DB2473">
        <w:rPr>
          <w:rFonts w:ascii="Times New Roman" w:eastAsia="Myriad Pro" w:hAnsi="Times New Roman" w:cs="Times New Roman"/>
          <w:b/>
          <w:bCs/>
          <w:w w:val="107"/>
          <w:sz w:val="18"/>
          <w:szCs w:val="18"/>
        </w:rPr>
        <w:t>6.</w:t>
      </w:r>
    </w:p>
    <w:p w14:paraId="19A7FF8E" w14:textId="77777777" w:rsidR="00C43AF5" w:rsidRDefault="00C43AF5" w:rsidP="00C43AF5">
      <w:pPr>
        <w:spacing w:before="2" w:after="0" w:line="120" w:lineRule="exact"/>
        <w:rPr>
          <w:rFonts w:ascii="Times New Roman" w:hAnsi="Times New Roman" w:cs="Times New Roman"/>
          <w:sz w:val="18"/>
          <w:szCs w:val="18"/>
        </w:rPr>
      </w:pPr>
    </w:p>
    <w:tbl>
      <w:tblPr>
        <w:tblW w:w="10763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2"/>
        <w:gridCol w:w="4674"/>
        <w:gridCol w:w="3837"/>
      </w:tblGrid>
      <w:tr w:rsidR="00C43AF5" w:rsidRPr="00DB2473" w14:paraId="4F4978D3" w14:textId="77777777" w:rsidTr="00015A4F">
        <w:trPr>
          <w:trHeight w:hRule="exact" w:val="211"/>
        </w:trPr>
        <w:tc>
          <w:tcPr>
            <w:tcW w:w="10763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</w:tcPr>
          <w:p w14:paraId="0E7F937A" w14:textId="77777777" w:rsidR="00C43AF5" w:rsidRPr="00DB2473" w:rsidRDefault="00C43AF5" w:rsidP="00A53362">
            <w:pPr>
              <w:spacing w:after="0" w:line="199" w:lineRule="exact"/>
              <w:ind w:left="138" w:right="-20"/>
              <w:rPr>
                <w:rFonts w:ascii="Times New Roman" w:eastAsia="Myriad Pro" w:hAnsi="Times New Roman" w:cs="Times New Roman"/>
                <w:sz w:val="18"/>
                <w:szCs w:val="18"/>
              </w:rPr>
            </w:pPr>
            <w:r w:rsidRPr="00DB2473">
              <w:rPr>
                <w:rFonts w:ascii="Times New Roman" w:eastAsia="Myriad Pro" w:hAnsi="Times New Roman" w:cs="Times New Roman"/>
                <w:sz w:val="18"/>
                <w:szCs w:val="18"/>
              </w:rPr>
              <w:t>10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sz w:val="18"/>
                <w:szCs w:val="18"/>
              </w:rPr>
              <w:t>.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spacing w:val="14"/>
                <w:sz w:val="18"/>
                <w:szCs w:val="18"/>
              </w:rPr>
              <w:t xml:space="preserve"> 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w w:val="125"/>
                <w:sz w:val="18"/>
                <w:szCs w:val="18"/>
              </w:rPr>
              <w:t>DATA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spacing w:val="-17"/>
                <w:w w:val="125"/>
                <w:sz w:val="18"/>
                <w:szCs w:val="18"/>
              </w:rPr>
              <w:t xml:space="preserve"> 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w w:val="125"/>
                <w:sz w:val="18"/>
                <w:szCs w:val="18"/>
              </w:rPr>
              <w:t>ȘI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spacing w:val="8"/>
                <w:w w:val="125"/>
                <w:sz w:val="18"/>
                <w:szCs w:val="18"/>
              </w:rPr>
              <w:t xml:space="preserve"> 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w w:val="125"/>
                <w:sz w:val="18"/>
                <w:szCs w:val="18"/>
              </w:rPr>
              <w:t>SEMNĂTURA</w:t>
            </w:r>
          </w:p>
        </w:tc>
      </w:tr>
      <w:tr w:rsidR="00C43AF5" w:rsidRPr="00DB2473" w14:paraId="5E3561BA" w14:textId="77777777" w:rsidTr="00015A4F">
        <w:trPr>
          <w:trHeight w:hRule="exact" w:val="504"/>
        </w:trPr>
        <w:tc>
          <w:tcPr>
            <w:tcW w:w="2252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50AD17C2" w14:textId="77777777" w:rsidR="00C43AF5" w:rsidRPr="00DB2473" w:rsidRDefault="00C43AF5" w:rsidP="00A53362">
            <w:pPr>
              <w:spacing w:before="2" w:after="0" w:line="240" w:lineRule="auto"/>
              <w:ind w:left="99" w:right="-20"/>
              <w:rPr>
                <w:rFonts w:ascii="Times New Roman" w:eastAsia="Myriad Pro" w:hAnsi="Times New Roman" w:cs="Times New Roman"/>
                <w:b/>
                <w:bCs/>
                <w:sz w:val="18"/>
                <w:szCs w:val="18"/>
              </w:rPr>
            </w:pP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w w:val="108"/>
                <w:sz w:val="18"/>
                <w:szCs w:val="18"/>
              </w:rPr>
              <w:t>Data</w:t>
            </w:r>
          </w:p>
        </w:tc>
        <w:tc>
          <w:tcPr>
            <w:tcW w:w="467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1B7556E7" w14:textId="77777777" w:rsidR="00C43AF5" w:rsidRPr="00DB2473" w:rsidRDefault="00C43AF5" w:rsidP="00A53362">
            <w:pPr>
              <w:spacing w:before="2" w:after="0" w:line="240" w:lineRule="auto"/>
              <w:ind w:left="99" w:right="-20"/>
              <w:rPr>
                <w:rFonts w:ascii="Times New Roman" w:eastAsia="Myriad Pro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w w:val="108"/>
                <w:sz w:val="18"/>
                <w:szCs w:val="18"/>
              </w:rPr>
              <w:t>So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spacing w:val="-1"/>
                <w:w w:val="108"/>
                <w:sz w:val="18"/>
                <w:szCs w:val="18"/>
              </w:rPr>
              <w:t>l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w w:val="113"/>
                <w:sz w:val="18"/>
                <w:szCs w:val="18"/>
              </w:rPr>
              <w:t>ic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spacing w:val="-1"/>
                <w:w w:val="113"/>
                <w:sz w:val="18"/>
                <w:szCs w:val="18"/>
              </w:rPr>
              <w:t>i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w w:val="106"/>
                <w:sz w:val="18"/>
                <w:szCs w:val="18"/>
              </w:rPr>
              <w:t>tantul</w:t>
            </w:r>
            <w:proofErr w:type="spellEnd"/>
          </w:p>
        </w:tc>
        <w:tc>
          <w:tcPr>
            <w:tcW w:w="3837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7F93A532" w14:textId="77777777" w:rsidR="00C43AF5" w:rsidRPr="00DB2473" w:rsidRDefault="00C43AF5" w:rsidP="00A53362">
            <w:pPr>
              <w:spacing w:before="2" w:after="0" w:line="240" w:lineRule="auto"/>
              <w:ind w:left="99" w:right="-20"/>
              <w:rPr>
                <w:rFonts w:ascii="Times New Roman" w:eastAsia="Myriad Pro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w w:val="104"/>
                <w:sz w:val="18"/>
                <w:szCs w:val="18"/>
              </w:rPr>
              <w:t>Semnă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spacing w:val="-1"/>
                <w:w w:val="104"/>
                <w:sz w:val="18"/>
                <w:szCs w:val="18"/>
              </w:rPr>
              <w:t>t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w w:val="118"/>
                <w:sz w:val="18"/>
                <w:szCs w:val="18"/>
              </w:rPr>
              <w:t>u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spacing w:val="-1"/>
                <w:w w:val="118"/>
                <w:sz w:val="18"/>
                <w:szCs w:val="18"/>
              </w:rPr>
              <w:t>r</w:t>
            </w:r>
            <w:r w:rsidRPr="00DB2473">
              <w:rPr>
                <w:rFonts w:ascii="Times New Roman" w:eastAsia="Myriad Pro" w:hAnsi="Times New Roman" w:cs="Times New Roman"/>
                <w:b/>
                <w:bCs/>
                <w:color w:val="0D5F78"/>
                <w:w w:val="107"/>
                <w:sz w:val="18"/>
                <w:szCs w:val="18"/>
              </w:rPr>
              <w:t>a</w:t>
            </w:r>
            <w:proofErr w:type="spellEnd"/>
          </w:p>
        </w:tc>
      </w:tr>
    </w:tbl>
    <w:p w14:paraId="16E954FF" w14:textId="7BAE2CE8" w:rsidR="006C782F" w:rsidRPr="009F78F9" w:rsidRDefault="00527FE2" w:rsidP="009F78F9">
      <w:pPr>
        <w:jc w:val="center"/>
        <w:rPr>
          <w:sz w:val="24"/>
          <w:szCs w:val="24"/>
        </w:rPr>
      </w:pPr>
      <w:r w:rsidRPr="008E6085">
        <w:rPr>
          <w:sz w:val="24"/>
          <w:szCs w:val="24"/>
        </w:rPr>
        <w:br w:type="page"/>
      </w:r>
      <w:r w:rsidRPr="008E6085">
        <w:rPr>
          <w:rFonts w:ascii="Times New Roman" w:hAnsi="Times New Roman"/>
          <w:b/>
          <w:sz w:val="28"/>
          <w:szCs w:val="24"/>
        </w:rPr>
        <w:lastRenderedPageBreak/>
        <w:t>ANEXA IMOBILE</w:t>
      </w:r>
      <w:r w:rsidRPr="008E6085">
        <w:rPr>
          <w:rFonts w:ascii="Times New Roman" w:hAnsi="Times New Roman"/>
          <w:b/>
          <w:sz w:val="28"/>
          <w:szCs w:val="24"/>
        </w:rPr>
        <w:br/>
      </w:r>
      <w:r w:rsidRPr="008E6085">
        <w:rPr>
          <w:rFonts w:ascii="Times New Roman" w:hAnsi="Times New Roman"/>
          <w:sz w:val="20"/>
          <w:szCs w:val="24"/>
        </w:rPr>
        <w:t xml:space="preserve">la </w:t>
      </w:r>
      <w:proofErr w:type="spellStart"/>
      <w:r w:rsidRPr="008E6085">
        <w:rPr>
          <w:rFonts w:ascii="Times New Roman" w:hAnsi="Times New Roman"/>
          <w:sz w:val="20"/>
          <w:szCs w:val="24"/>
        </w:rPr>
        <w:t>cererea</w:t>
      </w:r>
      <w:proofErr w:type="spellEnd"/>
      <w:r w:rsidRPr="008E6085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8E6085">
        <w:rPr>
          <w:rFonts w:ascii="Times New Roman" w:hAnsi="Times New Roman"/>
          <w:sz w:val="20"/>
          <w:szCs w:val="24"/>
        </w:rPr>
        <w:t>pentru</w:t>
      </w:r>
      <w:proofErr w:type="spellEnd"/>
      <w:r w:rsidRPr="008E6085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8E6085">
        <w:rPr>
          <w:rFonts w:ascii="Times New Roman" w:hAnsi="Times New Roman"/>
          <w:sz w:val="20"/>
          <w:szCs w:val="24"/>
        </w:rPr>
        <w:t>emiterea</w:t>
      </w:r>
      <w:proofErr w:type="spellEnd"/>
      <w:r w:rsidRPr="008E6085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8E6085">
        <w:rPr>
          <w:rFonts w:ascii="Times New Roman" w:hAnsi="Times New Roman"/>
          <w:sz w:val="20"/>
          <w:szCs w:val="24"/>
        </w:rPr>
        <w:t>autorizației</w:t>
      </w:r>
      <w:proofErr w:type="spellEnd"/>
      <w:r w:rsidRPr="008E6085">
        <w:rPr>
          <w:rFonts w:ascii="Times New Roman" w:hAnsi="Times New Roman"/>
          <w:sz w:val="20"/>
          <w:szCs w:val="24"/>
        </w:rPr>
        <w:t xml:space="preserve"> de </w:t>
      </w:r>
      <w:proofErr w:type="spellStart"/>
      <w:r w:rsidRPr="008E6085">
        <w:rPr>
          <w:rFonts w:ascii="Times New Roman" w:hAnsi="Times New Roman"/>
          <w:sz w:val="20"/>
          <w:szCs w:val="24"/>
        </w:rPr>
        <w:t>construire</w:t>
      </w:r>
      <w:proofErr w:type="spellEnd"/>
      <w:r w:rsidRPr="008E6085">
        <w:rPr>
          <w:rFonts w:ascii="Times New Roman" w:hAnsi="Times New Roman"/>
          <w:sz w:val="20"/>
          <w:szCs w:val="24"/>
        </w:rPr>
        <w:t xml:space="preserve"> / </w:t>
      </w:r>
      <w:proofErr w:type="spellStart"/>
      <w:r w:rsidRPr="008E6085">
        <w:rPr>
          <w:rFonts w:ascii="Times New Roman" w:hAnsi="Times New Roman"/>
          <w:sz w:val="20"/>
          <w:szCs w:val="24"/>
        </w:rPr>
        <w:t>desființare</w:t>
      </w:r>
      <w:proofErr w:type="spellEnd"/>
      <w:r w:rsidRPr="008E6085">
        <w:rPr>
          <w:rFonts w:ascii="Times New Roman" w:hAnsi="Times New Roman"/>
          <w:sz w:val="20"/>
          <w:szCs w:val="24"/>
        </w:rPr>
        <w:br/>
      </w:r>
      <w:r w:rsidRPr="008E6085">
        <w:rPr>
          <w:rFonts w:ascii="Times New Roman" w:hAnsi="Times New Roman"/>
          <w:i/>
          <w:sz w:val="18"/>
          <w:szCs w:val="24"/>
        </w:rPr>
        <w:t xml:space="preserve">se </w:t>
      </w:r>
      <w:proofErr w:type="spellStart"/>
      <w:r w:rsidRPr="008E6085">
        <w:rPr>
          <w:rFonts w:ascii="Times New Roman" w:hAnsi="Times New Roman"/>
          <w:i/>
          <w:sz w:val="18"/>
          <w:szCs w:val="24"/>
        </w:rPr>
        <w:t>completează</w:t>
      </w:r>
      <w:proofErr w:type="spellEnd"/>
      <w:r w:rsidRPr="008E6085">
        <w:rPr>
          <w:rFonts w:ascii="Times New Roman" w:hAnsi="Times New Roman"/>
          <w:i/>
          <w:sz w:val="18"/>
          <w:szCs w:val="24"/>
        </w:rPr>
        <w:t xml:space="preserve"> </w:t>
      </w:r>
      <w:proofErr w:type="spellStart"/>
      <w:r w:rsidRPr="008E6085">
        <w:rPr>
          <w:rFonts w:ascii="Times New Roman" w:hAnsi="Times New Roman"/>
          <w:i/>
          <w:sz w:val="18"/>
          <w:szCs w:val="24"/>
        </w:rPr>
        <w:t>numai</w:t>
      </w:r>
      <w:proofErr w:type="spellEnd"/>
      <w:r w:rsidRPr="008E6085">
        <w:rPr>
          <w:rFonts w:ascii="Times New Roman" w:hAnsi="Times New Roman"/>
          <w:i/>
          <w:sz w:val="18"/>
          <w:szCs w:val="24"/>
        </w:rPr>
        <w:t xml:space="preserve"> </w:t>
      </w:r>
      <w:proofErr w:type="spellStart"/>
      <w:r w:rsidRPr="008E6085">
        <w:rPr>
          <w:rFonts w:ascii="Times New Roman" w:hAnsi="Times New Roman"/>
          <w:i/>
          <w:sz w:val="18"/>
          <w:szCs w:val="24"/>
        </w:rPr>
        <w:t>atunci</w:t>
      </w:r>
      <w:proofErr w:type="spellEnd"/>
      <w:r w:rsidRPr="008E6085">
        <w:rPr>
          <w:rFonts w:ascii="Times New Roman" w:hAnsi="Times New Roman"/>
          <w:i/>
          <w:sz w:val="18"/>
          <w:szCs w:val="24"/>
        </w:rPr>
        <w:t xml:space="preserve"> </w:t>
      </w:r>
      <w:proofErr w:type="spellStart"/>
      <w:r w:rsidRPr="008E6085">
        <w:rPr>
          <w:rFonts w:ascii="Times New Roman" w:hAnsi="Times New Roman"/>
          <w:i/>
          <w:sz w:val="18"/>
          <w:szCs w:val="24"/>
        </w:rPr>
        <w:t>când</w:t>
      </w:r>
      <w:proofErr w:type="spellEnd"/>
      <w:r w:rsidRPr="008E6085">
        <w:rPr>
          <w:rFonts w:ascii="Times New Roman" w:hAnsi="Times New Roman"/>
          <w:i/>
          <w:sz w:val="18"/>
          <w:szCs w:val="24"/>
        </w:rPr>
        <w:t xml:space="preserve"> </w:t>
      </w:r>
      <w:proofErr w:type="spellStart"/>
      <w:r w:rsidRPr="008E6085">
        <w:rPr>
          <w:rFonts w:ascii="Times New Roman" w:hAnsi="Times New Roman"/>
          <w:i/>
          <w:sz w:val="18"/>
          <w:szCs w:val="24"/>
        </w:rPr>
        <w:t>cererea</w:t>
      </w:r>
      <w:proofErr w:type="spellEnd"/>
      <w:r w:rsidRPr="008E6085">
        <w:rPr>
          <w:rFonts w:ascii="Times New Roman" w:hAnsi="Times New Roman"/>
          <w:i/>
          <w:sz w:val="18"/>
          <w:szCs w:val="24"/>
        </w:rPr>
        <w:t xml:space="preserve"> se </w:t>
      </w:r>
      <w:proofErr w:type="spellStart"/>
      <w:r w:rsidRPr="008E6085">
        <w:rPr>
          <w:rFonts w:ascii="Times New Roman" w:hAnsi="Times New Roman"/>
          <w:i/>
          <w:sz w:val="18"/>
          <w:szCs w:val="24"/>
        </w:rPr>
        <w:t>referă</w:t>
      </w:r>
      <w:proofErr w:type="spellEnd"/>
      <w:r w:rsidRPr="008E6085">
        <w:rPr>
          <w:rFonts w:ascii="Times New Roman" w:hAnsi="Times New Roman"/>
          <w:i/>
          <w:sz w:val="18"/>
          <w:szCs w:val="24"/>
        </w:rPr>
        <w:t xml:space="preserve"> la </w:t>
      </w:r>
      <w:proofErr w:type="spellStart"/>
      <w:r w:rsidRPr="008E6085">
        <w:rPr>
          <w:rFonts w:ascii="Times New Roman" w:hAnsi="Times New Roman"/>
          <w:i/>
          <w:sz w:val="18"/>
          <w:szCs w:val="24"/>
        </w:rPr>
        <w:t>mai</w:t>
      </w:r>
      <w:proofErr w:type="spellEnd"/>
      <w:r w:rsidRPr="008E6085">
        <w:rPr>
          <w:rFonts w:ascii="Times New Roman" w:hAnsi="Times New Roman"/>
          <w:i/>
          <w:sz w:val="18"/>
          <w:szCs w:val="24"/>
        </w:rPr>
        <w:t xml:space="preserve"> </w:t>
      </w:r>
      <w:proofErr w:type="spellStart"/>
      <w:r w:rsidRPr="008E6085">
        <w:rPr>
          <w:rFonts w:ascii="Times New Roman" w:hAnsi="Times New Roman"/>
          <w:i/>
          <w:sz w:val="18"/>
          <w:szCs w:val="24"/>
        </w:rPr>
        <w:t>multe</w:t>
      </w:r>
      <w:proofErr w:type="spellEnd"/>
      <w:r w:rsidRPr="008E6085">
        <w:rPr>
          <w:rFonts w:ascii="Times New Roman" w:hAnsi="Times New Roman"/>
          <w:i/>
          <w:sz w:val="18"/>
          <w:szCs w:val="24"/>
        </w:rPr>
        <w:t xml:space="preserve"> </w:t>
      </w:r>
      <w:proofErr w:type="spellStart"/>
      <w:r w:rsidR="00F520A6">
        <w:rPr>
          <w:rFonts w:ascii="Times New Roman" w:hAnsi="Times New Roman"/>
          <w:i/>
          <w:sz w:val="18"/>
          <w:szCs w:val="24"/>
        </w:rPr>
        <w:t>imobile</w:t>
      </w:r>
      <w:proofErr w:type="spellEnd"/>
    </w:p>
    <w:p w14:paraId="0F49B2FE" w14:textId="77777777" w:rsidR="00F520A6" w:rsidRPr="008E6085" w:rsidRDefault="00F520A6">
      <w:pPr>
        <w:spacing w:after="0" w:line="240" w:lineRule="auto"/>
        <w:jc w:val="center"/>
        <w:rPr>
          <w:sz w:val="24"/>
          <w:szCs w:val="24"/>
        </w:rPr>
      </w:pPr>
    </w:p>
    <w:tbl>
      <w:tblPr>
        <w:tblW w:w="10807" w:type="dxa"/>
        <w:jc w:val="center"/>
        <w:tblLayout w:type="fixed"/>
        <w:tblLook w:val="04A0" w:firstRow="1" w:lastRow="0" w:firstColumn="1" w:lastColumn="0" w:noHBand="0" w:noVBand="1"/>
      </w:tblPr>
      <w:tblGrid>
        <w:gridCol w:w="3511"/>
        <w:gridCol w:w="912"/>
        <w:gridCol w:w="912"/>
        <w:gridCol w:w="912"/>
        <w:gridCol w:w="912"/>
        <w:gridCol w:w="1824"/>
        <w:gridCol w:w="1824"/>
      </w:tblGrid>
      <w:tr w:rsidR="006C782F" w:rsidRPr="00977618" w14:paraId="79C20657" w14:textId="77777777" w:rsidTr="00977618">
        <w:trPr>
          <w:jc w:val="center"/>
        </w:trPr>
        <w:tc>
          <w:tcPr>
            <w:tcW w:w="10807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8" w:type="dxa"/>
              <w:left w:w="35" w:type="dxa"/>
              <w:bottom w:w="8" w:type="dxa"/>
              <w:right w:w="35" w:type="dxa"/>
            </w:tcMar>
          </w:tcPr>
          <w:p w14:paraId="106E7D1A" w14:textId="77777777" w:rsidR="006C782F" w:rsidRPr="00977618" w:rsidRDefault="00527FE2">
            <w:pPr>
              <w:spacing w:before="10" w:after="1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sz w:val="18"/>
                <w:szCs w:val="18"/>
              </w:rPr>
              <w:t>11. IMOBILELE LA CARE SE REFERĂ CEREREA</w:t>
            </w:r>
          </w:p>
        </w:tc>
      </w:tr>
      <w:tr w:rsidR="006C782F" w:rsidRPr="00977618" w14:paraId="5F55E108" w14:textId="77777777" w:rsidTr="00977618">
        <w:trPr>
          <w:jc w:val="center"/>
        </w:trPr>
        <w:tc>
          <w:tcPr>
            <w:tcW w:w="35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237A24C7" w14:textId="77777777" w:rsidR="006C782F" w:rsidRPr="00977618" w:rsidRDefault="00527FE2">
            <w:pPr>
              <w:spacing w:after="1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>Imobil</w:t>
            </w:r>
            <w:proofErr w:type="spellEnd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 xml:space="preserve"> 2</w:t>
            </w:r>
            <w:r w:rsidRPr="00977618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Tip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imobil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br/>
              <w:t xml:space="preserve">☐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teren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   ☐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construcții</w:t>
            </w:r>
            <w:proofErr w:type="spellEnd"/>
          </w:p>
        </w:tc>
        <w:tc>
          <w:tcPr>
            <w:tcW w:w="364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1FE1B2CC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Număr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cadastral</w:t>
            </w:r>
          </w:p>
        </w:tc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3095010B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Carte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funciară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nr.</w:t>
            </w:r>
          </w:p>
        </w:tc>
      </w:tr>
      <w:tr w:rsidR="006C782F" w:rsidRPr="00977618" w14:paraId="0A39AFF2" w14:textId="77777777" w:rsidTr="00977618">
        <w:trPr>
          <w:jc w:val="center"/>
        </w:trPr>
        <w:tc>
          <w:tcPr>
            <w:tcW w:w="35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7CA6C82B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Județul</w:t>
            </w:r>
            <w:proofErr w:type="spellEnd"/>
          </w:p>
        </w:tc>
        <w:tc>
          <w:tcPr>
            <w:tcW w:w="364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255A18C7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Municipiul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/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orașul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/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comuna</w:t>
            </w:r>
            <w:proofErr w:type="spellEnd"/>
          </w:p>
        </w:tc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0C754737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Satul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/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sectorul</w:t>
            </w:r>
            <w:proofErr w:type="spellEnd"/>
          </w:p>
        </w:tc>
      </w:tr>
      <w:tr w:rsidR="006C782F" w:rsidRPr="00977618" w14:paraId="6510F123" w14:textId="77777777" w:rsidTr="00977618">
        <w:trPr>
          <w:jc w:val="center"/>
        </w:trPr>
        <w:tc>
          <w:tcPr>
            <w:tcW w:w="35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621F9BC5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Strada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71A7D1FE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Nr.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4E300006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Sc.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227DBEAC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Et.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4D0893D1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Ap.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5D1B8FC4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Cod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poștal</w:t>
            </w:r>
            <w:proofErr w:type="spellEnd"/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0567400D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Țara</w:t>
            </w:r>
            <w:proofErr w:type="spellEnd"/>
          </w:p>
        </w:tc>
      </w:tr>
      <w:tr w:rsidR="006C782F" w:rsidRPr="00977618" w14:paraId="4D4255F4" w14:textId="77777777" w:rsidTr="00977618">
        <w:trPr>
          <w:jc w:val="center"/>
        </w:trPr>
        <w:tc>
          <w:tcPr>
            <w:tcW w:w="10807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AFAFA"/>
            <w:tcMar>
              <w:top w:w="8" w:type="dxa"/>
              <w:left w:w="35" w:type="dxa"/>
              <w:bottom w:w="8" w:type="dxa"/>
              <w:right w:w="35" w:type="dxa"/>
            </w:tcMar>
          </w:tcPr>
          <w:p w14:paraId="13D6D222" w14:textId="77777777" w:rsidR="006C782F" w:rsidRDefault="006C782F">
            <w:pPr>
              <w:rPr>
                <w:sz w:val="18"/>
                <w:szCs w:val="18"/>
              </w:rPr>
            </w:pPr>
          </w:p>
          <w:p w14:paraId="55FFB151" w14:textId="77777777" w:rsidR="00F520A6" w:rsidRPr="00977618" w:rsidRDefault="00F520A6">
            <w:pPr>
              <w:rPr>
                <w:sz w:val="18"/>
                <w:szCs w:val="18"/>
              </w:rPr>
            </w:pPr>
          </w:p>
        </w:tc>
      </w:tr>
      <w:tr w:rsidR="006C782F" w:rsidRPr="00977618" w14:paraId="33D789C7" w14:textId="77777777" w:rsidTr="00977618">
        <w:trPr>
          <w:jc w:val="center"/>
        </w:trPr>
        <w:tc>
          <w:tcPr>
            <w:tcW w:w="35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04E85034" w14:textId="77777777" w:rsidR="006C782F" w:rsidRPr="00977618" w:rsidRDefault="00527FE2">
            <w:pPr>
              <w:spacing w:after="1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>Imobil</w:t>
            </w:r>
            <w:proofErr w:type="spellEnd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 xml:space="preserve"> 3</w:t>
            </w:r>
            <w:r w:rsidRPr="00977618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Tip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imobil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br/>
              <w:t xml:space="preserve">☐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teren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   ☐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construcții</w:t>
            </w:r>
            <w:proofErr w:type="spellEnd"/>
          </w:p>
        </w:tc>
        <w:tc>
          <w:tcPr>
            <w:tcW w:w="364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5F599735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Număr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cadastral</w:t>
            </w:r>
          </w:p>
        </w:tc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0B0AAE90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Carte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funciară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nr.</w:t>
            </w:r>
          </w:p>
        </w:tc>
      </w:tr>
      <w:tr w:rsidR="006C782F" w:rsidRPr="00977618" w14:paraId="59A7C185" w14:textId="77777777" w:rsidTr="00977618">
        <w:trPr>
          <w:jc w:val="center"/>
        </w:trPr>
        <w:tc>
          <w:tcPr>
            <w:tcW w:w="35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6ECD6B5C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Județul</w:t>
            </w:r>
            <w:proofErr w:type="spellEnd"/>
          </w:p>
        </w:tc>
        <w:tc>
          <w:tcPr>
            <w:tcW w:w="364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599CA0FB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Municipiul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/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orașul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/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comuna</w:t>
            </w:r>
            <w:proofErr w:type="spellEnd"/>
          </w:p>
        </w:tc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68D8A110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Satul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/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sectorul</w:t>
            </w:r>
            <w:proofErr w:type="spellEnd"/>
          </w:p>
        </w:tc>
      </w:tr>
      <w:tr w:rsidR="006C782F" w:rsidRPr="00977618" w14:paraId="565AAA4F" w14:textId="77777777" w:rsidTr="00977618">
        <w:trPr>
          <w:jc w:val="center"/>
        </w:trPr>
        <w:tc>
          <w:tcPr>
            <w:tcW w:w="35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13B7FBF0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Strada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1448D9E4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Nr.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49DBC00B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Sc.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0E633307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Et.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0EA93C88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Ap.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0D83EE99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Cod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poștal</w:t>
            </w:r>
            <w:proofErr w:type="spellEnd"/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1965181C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Țara</w:t>
            </w:r>
            <w:proofErr w:type="spellEnd"/>
          </w:p>
        </w:tc>
      </w:tr>
      <w:tr w:rsidR="006C782F" w:rsidRPr="00977618" w14:paraId="32B3C9BC" w14:textId="77777777" w:rsidTr="00977618">
        <w:trPr>
          <w:jc w:val="center"/>
        </w:trPr>
        <w:tc>
          <w:tcPr>
            <w:tcW w:w="10807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AFAFA"/>
            <w:tcMar>
              <w:top w:w="8" w:type="dxa"/>
              <w:left w:w="35" w:type="dxa"/>
              <w:bottom w:w="8" w:type="dxa"/>
              <w:right w:w="35" w:type="dxa"/>
            </w:tcMar>
          </w:tcPr>
          <w:p w14:paraId="735FAACF" w14:textId="77777777" w:rsidR="006C782F" w:rsidRDefault="006C782F">
            <w:pPr>
              <w:rPr>
                <w:sz w:val="18"/>
                <w:szCs w:val="18"/>
              </w:rPr>
            </w:pPr>
          </w:p>
          <w:p w14:paraId="6F44851E" w14:textId="77777777" w:rsidR="00F520A6" w:rsidRPr="00977618" w:rsidRDefault="00F520A6">
            <w:pPr>
              <w:rPr>
                <w:sz w:val="18"/>
                <w:szCs w:val="18"/>
              </w:rPr>
            </w:pPr>
          </w:p>
        </w:tc>
      </w:tr>
      <w:tr w:rsidR="006C782F" w:rsidRPr="00977618" w14:paraId="314CC7F7" w14:textId="77777777" w:rsidTr="00977618">
        <w:trPr>
          <w:jc w:val="center"/>
        </w:trPr>
        <w:tc>
          <w:tcPr>
            <w:tcW w:w="35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364EF243" w14:textId="77777777" w:rsidR="006C782F" w:rsidRPr="00977618" w:rsidRDefault="00527FE2">
            <w:pPr>
              <w:spacing w:after="1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>Imobil</w:t>
            </w:r>
            <w:proofErr w:type="spellEnd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 xml:space="preserve"> 4</w:t>
            </w:r>
            <w:r w:rsidRPr="00977618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Tip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imobil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br/>
              <w:t xml:space="preserve">☐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teren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   ☐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construcții</w:t>
            </w:r>
            <w:proofErr w:type="spellEnd"/>
          </w:p>
        </w:tc>
        <w:tc>
          <w:tcPr>
            <w:tcW w:w="364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0DB0BA54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Număr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cadastral</w:t>
            </w:r>
          </w:p>
        </w:tc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4FE8CEA7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Carte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funciară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nr.</w:t>
            </w:r>
          </w:p>
        </w:tc>
      </w:tr>
      <w:tr w:rsidR="006C782F" w:rsidRPr="00977618" w14:paraId="0707A1CF" w14:textId="77777777" w:rsidTr="00977618">
        <w:trPr>
          <w:jc w:val="center"/>
        </w:trPr>
        <w:tc>
          <w:tcPr>
            <w:tcW w:w="35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69A02CC3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Județul</w:t>
            </w:r>
            <w:proofErr w:type="spellEnd"/>
          </w:p>
        </w:tc>
        <w:tc>
          <w:tcPr>
            <w:tcW w:w="364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40E23378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Municipiul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/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orașul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/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comuna</w:t>
            </w:r>
            <w:proofErr w:type="spellEnd"/>
          </w:p>
        </w:tc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40DD5B62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Satul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/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sectorul</w:t>
            </w:r>
            <w:proofErr w:type="spellEnd"/>
          </w:p>
        </w:tc>
      </w:tr>
      <w:tr w:rsidR="006C782F" w:rsidRPr="00977618" w14:paraId="56163038" w14:textId="77777777" w:rsidTr="00977618">
        <w:trPr>
          <w:jc w:val="center"/>
        </w:trPr>
        <w:tc>
          <w:tcPr>
            <w:tcW w:w="35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4AD7488E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Strada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40075EEE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Nr.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75D1A726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Sc.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07066314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Et.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1B13BCED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Ap.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5F438E96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Cod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poștal</w:t>
            </w:r>
            <w:proofErr w:type="spellEnd"/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3DC1FD10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Țara</w:t>
            </w:r>
            <w:proofErr w:type="spellEnd"/>
          </w:p>
        </w:tc>
      </w:tr>
      <w:tr w:rsidR="006C782F" w:rsidRPr="00977618" w14:paraId="629E89F3" w14:textId="77777777" w:rsidTr="00977618">
        <w:trPr>
          <w:jc w:val="center"/>
        </w:trPr>
        <w:tc>
          <w:tcPr>
            <w:tcW w:w="10807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AFAFA"/>
            <w:tcMar>
              <w:top w:w="8" w:type="dxa"/>
              <w:left w:w="35" w:type="dxa"/>
              <w:bottom w:w="8" w:type="dxa"/>
              <w:right w:w="35" w:type="dxa"/>
            </w:tcMar>
          </w:tcPr>
          <w:p w14:paraId="0DCFFF1B" w14:textId="77777777" w:rsidR="006C782F" w:rsidRDefault="006C782F">
            <w:pPr>
              <w:rPr>
                <w:sz w:val="18"/>
                <w:szCs w:val="18"/>
              </w:rPr>
            </w:pPr>
          </w:p>
          <w:p w14:paraId="2C44B348" w14:textId="77777777" w:rsidR="00F520A6" w:rsidRPr="00977618" w:rsidRDefault="00F520A6">
            <w:pPr>
              <w:rPr>
                <w:sz w:val="18"/>
                <w:szCs w:val="18"/>
              </w:rPr>
            </w:pPr>
          </w:p>
        </w:tc>
      </w:tr>
      <w:tr w:rsidR="006C782F" w:rsidRPr="00977618" w14:paraId="56F78028" w14:textId="77777777" w:rsidTr="00977618">
        <w:trPr>
          <w:jc w:val="center"/>
        </w:trPr>
        <w:tc>
          <w:tcPr>
            <w:tcW w:w="35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771F2357" w14:textId="77777777" w:rsidR="006C782F" w:rsidRPr="00977618" w:rsidRDefault="00527FE2">
            <w:pPr>
              <w:spacing w:after="1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>Imobil</w:t>
            </w:r>
            <w:proofErr w:type="spellEnd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 xml:space="preserve"> 5</w:t>
            </w:r>
            <w:r w:rsidRPr="00977618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Tip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imobil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br/>
              <w:t xml:space="preserve">☐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teren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   ☐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construcții</w:t>
            </w:r>
            <w:proofErr w:type="spellEnd"/>
          </w:p>
        </w:tc>
        <w:tc>
          <w:tcPr>
            <w:tcW w:w="364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009BA84F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Număr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cadastral</w:t>
            </w:r>
          </w:p>
        </w:tc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6E94A128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Carte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funciară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nr.</w:t>
            </w:r>
          </w:p>
        </w:tc>
      </w:tr>
      <w:tr w:rsidR="006C782F" w:rsidRPr="00977618" w14:paraId="2BA898EC" w14:textId="77777777" w:rsidTr="00977618">
        <w:trPr>
          <w:jc w:val="center"/>
        </w:trPr>
        <w:tc>
          <w:tcPr>
            <w:tcW w:w="35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6FFC50E0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Județul</w:t>
            </w:r>
            <w:proofErr w:type="spellEnd"/>
          </w:p>
        </w:tc>
        <w:tc>
          <w:tcPr>
            <w:tcW w:w="364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3DB7931E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Municipiul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/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orașul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/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comuna</w:t>
            </w:r>
            <w:proofErr w:type="spellEnd"/>
          </w:p>
        </w:tc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4693B58C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Satul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/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sectorul</w:t>
            </w:r>
            <w:proofErr w:type="spellEnd"/>
          </w:p>
        </w:tc>
      </w:tr>
      <w:tr w:rsidR="006C782F" w:rsidRPr="00977618" w14:paraId="71358B61" w14:textId="77777777" w:rsidTr="00977618">
        <w:trPr>
          <w:jc w:val="center"/>
        </w:trPr>
        <w:tc>
          <w:tcPr>
            <w:tcW w:w="35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7DFF6022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Strada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491806B7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Nr.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39C678D1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Sc.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0E15B7B4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Et.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72353CB2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Ap.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7F665D5D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Cod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poștal</w:t>
            </w:r>
            <w:proofErr w:type="spellEnd"/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1518BDC9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Țara</w:t>
            </w:r>
            <w:proofErr w:type="spellEnd"/>
          </w:p>
        </w:tc>
      </w:tr>
      <w:tr w:rsidR="006C782F" w:rsidRPr="00977618" w14:paraId="260FF790" w14:textId="77777777" w:rsidTr="00977618">
        <w:trPr>
          <w:jc w:val="center"/>
        </w:trPr>
        <w:tc>
          <w:tcPr>
            <w:tcW w:w="10807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AFAFA"/>
            <w:tcMar>
              <w:top w:w="8" w:type="dxa"/>
              <w:left w:w="35" w:type="dxa"/>
              <w:bottom w:w="8" w:type="dxa"/>
              <w:right w:w="35" w:type="dxa"/>
            </w:tcMar>
          </w:tcPr>
          <w:p w14:paraId="13D48ACF" w14:textId="77777777" w:rsidR="006C782F" w:rsidRDefault="006C782F">
            <w:pPr>
              <w:rPr>
                <w:sz w:val="18"/>
                <w:szCs w:val="18"/>
              </w:rPr>
            </w:pPr>
          </w:p>
          <w:p w14:paraId="2E30ED65" w14:textId="77777777" w:rsidR="00F520A6" w:rsidRPr="00977618" w:rsidRDefault="00F520A6">
            <w:pPr>
              <w:rPr>
                <w:sz w:val="18"/>
                <w:szCs w:val="18"/>
              </w:rPr>
            </w:pPr>
          </w:p>
        </w:tc>
      </w:tr>
      <w:tr w:rsidR="006C782F" w:rsidRPr="00977618" w14:paraId="05CF1723" w14:textId="77777777" w:rsidTr="00977618">
        <w:trPr>
          <w:jc w:val="center"/>
        </w:trPr>
        <w:tc>
          <w:tcPr>
            <w:tcW w:w="35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4D9907CF" w14:textId="77777777" w:rsidR="006C782F" w:rsidRPr="00977618" w:rsidRDefault="00527FE2">
            <w:pPr>
              <w:spacing w:after="1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>Imobil</w:t>
            </w:r>
            <w:proofErr w:type="spellEnd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 xml:space="preserve"> 6</w:t>
            </w:r>
            <w:r w:rsidRPr="00977618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Tip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imobil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br/>
              <w:t xml:space="preserve">☐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teren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   ☐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construcții</w:t>
            </w:r>
            <w:proofErr w:type="spellEnd"/>
          </w:p>
        </w:tc>
        <w:tc>
          <w:tcPr>
            <w:tcW w:w="364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02CD6865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Număr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cadastral</w:t>
            </w:r>
          </w:p>
        </w:tc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1D2A9627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Carte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funciară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nr.</w:t>
            </w:r>
          </w:p>
        </w:tc>
      </w:tr>
      <w:tr w:rsidR="006C782F" w:rsidRPr="00977618" w14:paraId="47F82E13" w14:textId="77777777" w:rsidTr="00977618">
        <w:trPr>
          <w:jc w:val="center"/>
        </w:trPr>
        <w:tc>
          <w:tcPr>
            <w:tcW w:w="35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74B75056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Județul</w:t>
            </w:r>
            <w:proofErr w:type="spellEnd"/>
          </w:p>
        </w:tc>
        <w:tc>
          <w:tcPr>
            <w:tcW w:w="364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3791DD0B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Municipiul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/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orașul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/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comuna</w:t>
            </w:r>
            <w:proofErr w:type="spellEnd"/>
          </w:p>
        </w:tc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71D9B4C0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Satul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/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sectorul</w:t>
            </w:r>
            <w:proofErr w:type="spellEnd"/>
          </w:p>
        </w:tc>
      </w:tr>
      <w:tr w:rsidR="006C782F" w:rsidRPr="00977618" w14:paraId="086BBF9C" w14:textId="77777777" w:rsidTr="00977618">
        <w:trPr>
          <w:jc w:val="center"/>
        </w:trPr>
        <w:tc>
          <w:tcPr>
            <w:tcW w:w="35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170C605A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Strada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50D9212E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Nr.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34DABC4D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Sc.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4676A09A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Et.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4FFC0A7D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Ap.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132B2F63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Cod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poștal</w:t>
            </w:r>
            <w:proofErr w:type="spellEnd"/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7AC5917F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Țara</w:t>
            </w:r>
            <w:proofErr w:type="spellEnd"/>
          </w:p>
        </w:tc>
      </w:tr>
      <w:tr w:rsidR="006C782F" w:rsidRPr="00977618" w14:paraId="79DED433" w14:textId="77777777" w:rsidTr="00977618">
        <w:trPr>
          <w:jc w:val="center"/>
        </w:trPr>
        <w:tc>
          <w:tcPr>
            <w:tcW w:w="10807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AFAFA"/>
            <w:tcMar>
              <w:top w:w="8" w:type="dxa"/>
              <w:left w:w="35" w:type="dxa"/>
              <w:bottom w:w="8" w:type="dxa"/>
              <w:right w:w="35" w:type="dxa"/>
            </w:tcMar>
          </w:tcPr>
          <w:p w14:paraId="69D8A7FB" w14:textId="77777777" w:rsidR="006C782F" w:rsidRDefault="006C782F">
            <w:pPr>
              <w:rPr>
                <w:sz w:val="18"/>
                <w:szCs w:val="18"/>
              </w:rPr>
            </w:pPr>
          </w:p>
          <w:p w14:paraId="28A26A90" w14:textId="77777777" w:rsidR="00F520A6" w:rsidRPr="00977618" w:rsidRDefault="00F520A6">
            <w:pPr>
              <w:rPr>
                <w:sz w:val="18"/>
                <w:szCs w:val="18"/>
              </w:rPr>
            </w:pPr>
          </w:p>
        </w:tc>
      </w:tr>
      <w:tr w:rsidR="006C782F" w:rsidRPr="00977618" w14:paraId="58458CAA" w14:textId="77777777" w:rsidTr="00977618">
        <w:trPr>
          <w:jc w:val="center"/>
        </w:trPr>
        <w:tc>
          <w:tcPr>
            <w:tcW w:w="35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747FAA13" w14:textId="77777777" w:rsidR="006C782F" w:rsidRPr="00977618" w:rsidRDefault="00527FE2">
            <w:pPr>
              <w:spacing w:after="1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>Imobil</w:t>
            </w:r>
            <w:proofErr w:type="spellEnd"/>
            <w:r w:rsidRPr="00977618">
              <w:rPr>
                <w:rFonts w:ascii="Times New Roman" w:hAnsi="Times New Roman"/>
                <w:i/>
                <w:sz w:val="18"/>
                <w:szCs w:val="18"/>
              </w:rPr>
              <w:t xml:space="preserve"> 7</w:t>
            </w:r>
            <w:r w:rsidRPr="00977618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Tip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imobil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br/>
              <w:t xml:space="preserve">☐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teren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   ☐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construcții</w:t>
            </w:r>
            <w:proofErr w:type="spellEnd"/>
          </w:p>
        </w:tc>
        <w:tc>
          <w:tcPr>
            <w:tcW w:w="364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60AC9D5A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Număr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cadastral</w:t>
            </w:r>
          </w:p>
        </w:tc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591D68AD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Carte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funciară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nr.</w:t>
            </w:r>
          </w:p>
        </w:tc>
      </w:tr>
      <w:tr w:rsidR="006C782F" w:rsidRPr="00977618" w14:paraId="2895A52A" w14:textId="77777777" w:rsidTr="00977618">
        <w:trPr>
          <w:jc w:val="center"/>
        </w:trPr>
        <w:tc>
          <w:tcPr>
            <w:tcW w:w="35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7F322B19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Județul</w:t>
            </w:r>
            <w:proofErr w:type="spellEnd"/>
          </w:p>
        </w:tc>
        <w:tc>
          <w:tcPr>
            <w:tcW w:w="364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42AC5A03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Municipiul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/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orașul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/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comuna</w:t>
            </w:r>
            <w:proofErr w:type="spellEnd"/>
          </w:p>
        </w:tc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69060FB6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Satul</w:t>
            </w:r>
            <w:proofErr w:type="spellEnd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 /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sectorul</w:t>
            </w:r>
            <w:proofErr w:type="spellEnd"/>
          </w:p>
        </w:tc>
      </w:tr>
      <w:tr w:rsidR="006C782F" w:rsidRPr="00977618" w14:paraId="0A760962" w14:textId="77777777" w:rsidTr="00977618">
        <w:trPr>
          <w:jc w:val="center"/>
        </w:trPr>
        <w:tc>
          <w:tcPr>
            <w:tcW w:w="35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0FEE1341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Strada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3B6553AB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Nr.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3947A3A9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Sc.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0C5E4A63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Et.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18587017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Ap.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13D0D7B5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Cod </w:t>
            </w: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poștal</w:t>
            </w:r>
            <w:proofErr w:type="spellEnd"/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4DEFFAD1" w14:textId="77777777" w:rsidR="006C782F" w:rsidRPr="00977618" w:rsidRDefault="00527FE2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7761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Țara</w:t>
            </w:r>
            <w:proofErr w:type="spellEnd"/>
          </w:p>
        </w:tc>
      </w:tr>
      <w:tr w:rsidR="006C782F" w:rsidRPr="00977618" w14:paraId="16B09CD2" w14:textId="77777777" w:rsidTr="00977618">
        <w:trPr>
          <w:jc w:val="center"/>
        </w:trPr>
        <w:tc>
          <w:tcPr>
            <w:tcW w:w="10807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AFAFA"/>
            <w:tcMar>
              <w:top w:w="8" w:type="dxa"/>
              <w:left w:w="35" w:type="dxa"/>
              <w:bottom w:w="8" w:type="dxa"/>
              <w:right w:w="35" w:type="dxa"/>
            </w:tcMar>
          </w:tcPr>
          <w:p w14:paraId="269D565D" w14:textId="77777777" w:rsidR="006C782F" w:rsidRDefault="006C782F">
            <w:pPr>
              <w:rPr>
                <w:sz w:val="18"/>
                <w:szCs w:val="18"/>
              </w:rPr>
            </w:pPr>
          </w:p>
          <w:p w14:paraId="6D52A5D4" w14:textId="77777777" w:rsidR="00F520A6" w:rsidRPr="00977618" w:rsidRDefault="00F520A6">
            <w:pPr>
              <w:rPr>
                <w:sz w:val="18"/>
                <w:szCs w:val="18"/>
              </w:rPr>
            </w:pPr>
          </w:p>
        </w:tc>
      </w:tr>
    </w:tbl>
    <w:p w14:paraId="107CDFDC" w14:textId="4D9BDFF3" w:rsidR="006C782F" w:rsidRPr="008E6085" w:rsidRDefault="006C782F">
      <w:pPr>
        <w:rPr>
          <w:sz w:val="24"/>
          <w:szCs w:val="24"/>
        </w:rPr>
      </w:pPr>
    </w:p>
    <w:sectPr w:rsidR="006C782F" w:rsidRPr="008E6085" w:rsidSect="000039B8">
      <w:footerReference w:type="default" r:id="rId8"/>
      <w:headerReference w:type="first" r:id="rId9"/>
      <w:pgSz w:w="11906" w:h="16838" w:code="9"/>
      <w:pgMar w:top="251" w:right="648" w:bottom="504" w:left="648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1997B" w14:textId="77777777" w:rsidR="006C5FC2" w:rsidRDefault="006C5FC2">
      <w:pPr>
        <w:spacing w:after="0" w:line="240" w:lineRule="auto"/>
      </w:pPr>
      <w:r>
        <w:separator/>
      </w:r>
    </w:p>
  </w:endnote>
  <w:endnote w:type="continuationSeparator" w:id="0">
    <w:p w14:paraId="00037D10" w14:textId="77777777" w:rsidR="006C5FC2" w:rsidRDefault="006C5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yriad Pro">
    <w:altName w:val="Segoe UI"/>
    <w:charset w:val="00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38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0F0AE" w14:textId="77777777" w:rsidR="00685B22" w:rsidRDefault="00685B22" w:rsidP="00685B22">
    <w:pPr>
      <w:spacing w:after="0" w:line="240" w:lineRule="auto"/>
      <w:jc w:val="both"/>
      <w:rPr>
        <w:rFonts w:ascii="Times New Roman" w:hAnsi="Times New Roman" w:cs="Times New Roman"/>
        <w:b/>
        <w:bCs/>
        <w:sz w:val="14"/>
        <w:szCs w:val="14"/>
        <w:u w:val="single"/>
      </w:rPr>
    </w:pPr>
    <w:r>
      <w:rPr>
        <w:rFonts w:ascii="Times New Roman" w:hAnsi="Times New Roman" w:cs="Times New Roman"/>
        <w:b/>
        <w:bCs/>
        <w:sz w:val="14"/>
        <w:szCs w:val="14"/>
        <w:u w:val="single"/>
      </w:rPr>
      <w:t xml:space="preserve">NOTĂ DE INFORMARE PRIVIND PRELUCRAREA DATELOR CU CARACTER PERSONAL </w:t>
    </w:r>
  </w:p>
  <w:p w14:paraId="022E2E83" w14:textId="77777777" w:rsidR="00685B22" w:rsidRDefault="00685B22" w:rsidP="00685B22">
    <w:pPr>
      <w:spacing w:after="0" w:line="240" w:lineRule="auto"/>
      <w:jc w:val="both"/>
      <w:rPr>
        <w:rFonts w:ascii="Times New Roman" w:hAnsi="Times New Roman" w:cs="Times New Roman"/>
        <w:sz w:val="14"/>
        <w:szCs w:val="14"/>
      </w:rPr>
    </w:pPr>
    <w:proofErr w:type="spellStart"/>
    <w:r>
      <w:rPr>
        <w:rFonts w:ascii="Times New Roman" w:hAnsi="Times New Roman" w:cs="Times New Roman"/>
        <w:sz w:val="14"/>
        <w:szCs w:val="14"/>
      </w:rPr>
      <w:t>Primăria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Municipiului</w:t>
    </w:r>
    <w:proofErr w:type="spellEnd"/>
    <w:r>
      <w:rPr>
        <w:rFonts w:ascii="Times New Roman" w:hAnsi="Times New Roman" w:cs="Times New Roman"/>
        <w:sz w:val="14"/>
        <w:szCs w:val="14"/>
      </w:rPr>
      <w:t xml:space="preserve"> Arad </w:t>
    </w:r>
    <w:proofErr w:type="spellStart"/>
    <w:r>
      <w:rPr>
        <w:rFonts w:ascii="Times New Roman" w:hAnsi="Times New Roman" w:cs="Times New Roman"/>
        <w:sz w:val="14"/>
        <w:szCs w:val="14"/>
      </w:rPr>
      <w:t>vă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informează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prelucrează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prin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mijloace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manuale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automatizate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datele</w:t>
    </w:r>
    <w:proofErr w:type="spellEnd"/>
    <w:r>
      <w:rPr>
        <w:rFonts w:ascii="Times New Roman" w:hAnsi="Times New Roman" w:cs="Times New Roman"/>
        <w:sz w:val="14"/>
        <w:szCs w:val="14"/>
      </w:rPr>
      <w:t xml:space="preserve"> cu </w:t>
    </w:r>
    <w:proofErr w:type="spellStart"/>
    <w:r>
      <w:rPr>
        <w:rFonts w:ascii="Times New Roman" w:hAnsi="Times New Roman" w:cs="Times New Roman"/>
        <w:sz w:val="14"/>
        <w:szCs w:val="14"/>
      </w:rPr>
      <w:t>caracter</w:t>
    </w:r>
    <w:proofErr w:type="spellEnd"/>
    <w:r>
      <w:rPr>
        <w:rFonts w:ascii="Times New Roman" w:hAnsi="Times New Roman" w:cs="Times New Roman"/>
        <w:sz w:val="14"/>
        <w:szCs w:val="14"/>
      </w:rPr>
      <w:t xml:space="preserve"> personal </w:t>
    </w:r>
    <w:proofErr w:type="spellStart"/>
    <w:r>
      <w:rPr>
        <w:rFonts w:ascii="Times New Roman" w:hAnsi="Times New Roman" w:cs="Times New Roman"/>
        <w:sz w:val="14"/>
        <w:szCs w:val="14"/>
      </w:rPr>
      <w:t>furnizate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dumneavoastră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scopul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soluționării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cererii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depuse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al </w:t>
    </w:r>
    <w:proofErr w:type="spellStart"/>
    <w:r>
      <w:rPr>
        <w:rFonts w:ascii="Times New Roman" w:hAnsi="Times New Roman" w:cs="Times New Roman"/>
        <w:sz w:val="14"/>
        <w:szCs w:val="14"/>
      </w:rPr>
      <w:t>îndeplinirii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atribuțiilor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legale</w:t>
    </w:r>
    <w:proofErr w:type="spellEnd"/>
    <w:r>
      <w:rPr>
        <w:rFonts w:ascii="Times New Roman" w:hAnsi="Times New Roman" w:cs="Times New Roman"/>
        <w:sz w:val="14"/>
        <w:szCs w:val="14"/>
      </w:rPr>
      <w:t xml:space="preserve"> ale </w:t>
    </w:r>
    <w:proofErr w:type="spellStart"/>
    <w:r>
      <w:rPr>
        <w:rFonts w:ascii="Times New Roman" w:hAnsi="Times New Roman" w:cs="Times New Roman"/>
        <w:sz w:val="14"/>
        <w:szCs w:val="14"/>
      </w:rPr>
      <w:t>administrației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publice</w:t>
    </w:r>
    <w:proofErr w:type="spellEnd"/>
    <w:r>
      <w:rPr>
        <w:rFonts w:ascii="Times New Roman" w:hAnsi="Times New Roman" w:cs="Times New Roman"/>
        <w:sz w:val="14"/>
        <w:szCs w:val="14"/>
      </w:rPr>
      <w:t xml:space="preserve"> locale,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conformitate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cu </w:t>
    </w:r>
    <w:proofErr w:type="spellStart"/>
    <w:r>
      <w:rPr>
        <w:rFonts w:ascii="Times New Roman" w:hAnsi="Times New Roman" w:cs="Times New Roman"/>
        <w:sz w:val="14"/>
        <w:szCs w:val="14"/>
      </w:rPr>
      <w:t>Regulamentul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UE 679/2016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legislația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națională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vigoare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privind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protecția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securitatea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datelor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personale</w:t>
    </w:r>
    <w:proofErr w:type="spellEnd"/>
    <w:r>
      <w:rPr>
        <w:rFonts w:ascii="Times New Roman" w:hAnsi="Times New Roman" w:cs="Times New Roman"/>
        <w:sz w:val="14"/>
        <w:szCs w:val="14"/>
      </w:rPr>
      <w:t xml:space="preserve">. </w:t>
    </w:r>
    <w:proofErr w:type="spellStart"/>
    <w:r>
      <w:rPr>
        <w:rFonts w:ascii="Times New Roman" w:hAnsi="Times New Roman" w:cs="Times New Roman"/>
        <w:sz w:val="14"/>
        <w:szCs w:val="14"/>
      </w:rPr>
      <w:t>Datele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furnizate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pot fi </w:t>
    </w:r>
    <w:proofErr w:type="spellStart"/>
    <w:r>
      <w:rPr>
        <w:rFonts w:ascii="Times New Roman" w:hAnsi="Times New Roman" w:cs="Times New Roman"/>
        <w:sz w:val="14"/>
        <w:szCs w:val="14"/>
      </w:rPr>
      <w:t>dezvăluite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unor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terți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doar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baza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unui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temei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justificat</w:t>
    </w:r>
    <w:proofErr w:type="spellEnd"/>
    <w:r>
      <w:rPr>
        <w:rFonts w:ascii="Times New Roman" w:hAnsi="Times New Roman" w:cs="Times New Roman"/>
        <w:sz w:val="14"/>
        <w:szCs w:val="14"/>
      </w:rPr>
      <w:t xml:space="preserve">.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calitate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persoană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vizată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operațiunile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prelucrare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beneficiați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acces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rectificare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restricționarea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prelucrării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opoziție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portabilitatea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datelor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a </w:t>
    </w:r>
    <w:proofErr w:type="spellStart"/>
    <w:r>
      <w:rPr>
        <w:rFonts w:ascii="Times New Roman" w:hAnsi="Times New Roman" w:cs="Times New Roman"/>
        <w:sz w:val="14"/>
        <w:szCs w:val="14"/>
      </w:rPr>
      <w:t>nu</w:t>
    </w:r>
    <w:proofErr w:type="spellEnd"/>
    <w:r>
      <w:rPr>
        <w:rFonts w:ascii="Times New Roman" w:hAnsi="Times New Roman" w:cs="Times New Roman"/>
        <w:sz w:val="14"/>
        <w:szCs w:val="14"/>
      </w:rPr>
      <w:t xml:space="preserve"> fi </w:t>
    </w:r>
    <w:proofErr w:type="spellStart"/>
    <w:r>
      <w:rPr>
        <w:rFonts w:ascii="Times New Roman" w:hAnsi="Times New Roman" w:cs="Times New Roman"/>
        <w:sz w:val="14"/>
        <w:szCs w:val="14"/>
      </w:rPr>
      <w:t>supus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unei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decizii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individuale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automatizate</w:t>
    </w:r>
    <w:proofErr w:type="spellEnd"/>
    <w:r>
      <w:rPr>
        <w:rFonts w:ascii="Times New Roman" w:hAnsi="Times New Roman" w:cs="Times New Roman"/>
        <w:sz w:val="14"/>
        <w:szCs w:val="14"/>
      </w:rPr>
      <w:t xml:space="preserve">, precum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ștergerea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datelor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condițiile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prevăzute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Regulament</w:t>
    </w:r>
    <w:proofErr w:type="spellEnd"/>
    <w:r>
      <w:rPr>
        <w:rFonts w:ascii="Times New Roman" w:hAnsi="Times New Roman" w:cs="Times New Roman"/>
        <w:sz w:val="14"/>
        <w:szCs w:val="14"/>
      </w:rPr>
      <w:t xml:space="preserve">. </w:t>
    </w:r>
    <w:proofErr w:type="spellStart"/>
    <w:r>
      <w:rPr>
        <w:rFonts w:ascii="Times New Roman" w:hAnsi="Times New Roman" w:cs="Times New Roman"/>
        <w:sz w:val="14"/>
        <w:szCs w:val="14"/>
      </w:rPr>
      <w:t>Aceste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drepturile</w:t>
    </w:r>
    <w:proofErr w:type="spellEnd"/>
    <w:r>
      <w:rPr>
        <w:rFonts w:ascii="Times New Roman" w:hAnsi="Times New Roman" w:cs="Times New Roman"/>
        <w:sz w:val="14"/>
        <w:szCs w:val="14"/>
      </w:rPr>
      <w:t xml:space="preserve"> le </w:t>
    </w:r>
    <w:proofErr w:type="spellStart"/>
    <w:r>
      <w:rPr>
        <w:rFonts w:ascii="Times New Roman" w:hAnsi="Times New Roman" w:cs="Times New Roman"/>
        <w:sz w:val="14"/>
        <w:szCs w:val="14"/>
      </w:rPr>
      <w:t>puteți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exercita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oricând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baza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unei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cereri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scrise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semnate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datate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depuse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sediul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instituției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ori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prin</w:t>
    </w:r>
    <w:proofErr w:type="spellEnd"/>
    <w:r>
      <w:rPr>
        <w:rFonts w:ascii="Times New Roman" w:hAnsi="Times New Roman" w:cs="Times New Roman"/>
        <w:sz w:val="14"/>
        <w:szCs w:val="14"/>
      </w:rPr>
      <w:t xml:space="preserve"> email la </w:t>
    </w:r>
    <w:proofErr w:type="spellStart"/>
    <w:r>
      <w:rPr>
        <w:rFonts w:ascii="Times New Roman" w:hAnsi="Times New Roman" w:cs="Times New Roman"/>
        <w:sz w:val="14"/>
        <w:szCs w:val="14"/>
      </w:rPr>
      <w:t>adresa</w:t>
    </w:r>
    <w:proofErr w:type="spellEnd"/>
    <w:r>
      <w:rPr>
        <w:rFonts w:ascii="Times New Roman" w:hAnsi="Times New Roman" w:cs="Times New Roman"/>
        <w:sz w:val="14"/>
        <w:szCs w:val="14"/>
      </w:rPr>
      <w:t xml:space="preserve">: </w:t>
    </w:r>
    <w:r>
      <w:rPr>
        <w:rFonts w:ascii="Times New Roman" w:hAnsi="Times New Roman" w:cs="Times New Roman"/>
        <w:b/>
        <w:bCs/>
        <w:sz w:val="14"/>
        <w:szCs w:val="14"/>
      </w:rPr>
      <w:t>dpo@primariaarad.ro</w:t>
    </w:r>
    <w:r>
      <w:rPr>
        <w:rFonts w:ascii="Times New Roman" w:hAnsi="Times New Roman" w:cs="Times New Roman"/>
        <w:sz w:val="14"/>
        <w:szCs w:val="14"/>
      </w:rPr>
      <w:t xml:space="preserve">. </w:t>
    </w:r>
    <w:proofErr w:type="spellStart"/>
    <w:r>
      <w:rPr>
        <w:rFonts w:ascii="Times New Roman" w:hAnsi="Times New Roman" w:cs="Times New Roman"/>
        <w:sz w:val="14"/>
        <w:szCs w:val="14"/>
      </w:rPr>
      <w:t>Informații</w:t>
    </w:r>
    <w:proofErr w:type="spellEnd"/>
    <w:r>
      <w:rPr>
        <w:rFonts w:ascii="Times New Roman" w:hAnsi="Times New Roman" w:cs="Times New Roman"/>
        <w:sz w:val="14"/>
        <w:szCs w:val="14"/>
      </w:rPr>
      <w:t xml:space="preserve"> complete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detaliate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privind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prelucrarea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datelor</w:t>
    </w:r>
    <w:proofErr w:type="spellEnd"/>
    <w:r>
      <w:rPr>
        <w:rFonts w:ascii="Times New Roman" w:hAnsi="Times New Roman" w:cs="Times New Roman"/>
        <w:sz w:val="14"/>
        <w:szCs w:val="14"/>
      </w:rPr>
      <w:t xml:space="preserve"> cu </w:t>
    </w:r>
    <w:proofErr w:type="spellStart"/>
    <w:r>
      <w:rPr>
        <w:rFonts w:ascii="Times New Roman" w:hAnsi="Times New Roman" w:cs="Times New Roman"/>
        <w:sz w:val="14"/>
        <w:szCs w:val="14"/>
      </w:rPr>
      <w:t>caracter</w:t>
    </w:r>
    <w:proofErr w:type="spellEnd"/>
    <w:r>
      <w:rPr>
        <w:rFonts w:ascii="Times New Roman" w:hAnsi="Times New Roman" w:cs="Times New Roman"/>
        <w:sz w:val="14"/>
        <w:szCs w:val="14"/>
      </w:rPr>
      <w:t xml:space="preserve"> personal, </w:t>
    </w:r>
    <w:proofErr w:type="spellStart"/>
    <w:r>
      <w:rPr>
        <w:rFonts w:ascii="Times New Roman" w:hAnsi="Times New Roman" w:cs="Times New Roman"/>
        <w:sz w:val="14"/>
        <w:szCs w:val="14"/>
      </w:rPr>
      <w:t>puteți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afla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sediul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instituției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sau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accesând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pagina</w:t>
    </w:r>
    <w:proofErr w:type="spellEnd"/>
    <w:r>
      <w:rPr>
        <w:rFonts w:ascii="Times New Roman" w:hAnsi="Times New Roman" w:cs="Times New Roman"/>
        <w:sz w:val="14"/>
        <w:szCs w:val="14"/>
      </w:rPr>
      <w:t xml:space="preserve"> web </w:t>
    </w:r>
    <w:proofErr w:type="gramStart"/>
    <w:r>
      <w:rPr>
        <w:rFonts w:ascii="Times New Roman" w:hAnsi="Times New Roman" w:cs="Times New Roman"/>
        <w:sz w:val="14"/>
        <w:szCs w:val="14"/>
      </w:rPr>
      <w:t>a</w:t>
    </w:r>
    <w:proofErr w:type="gram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instituției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r>
      <w:rPr>
        <w:rFonts w:ascii="Times New Roman" w:hAnsi="Times New Roman" w:cs="Times New Roman"/>
        <w:b/>
        <w:bCs/>
        <w:sz w:val="14"/>
        <w:szCs w:val="14"/>
      </w:rPr>
      <w:t>www.primariaarad.ro</w:t>
    </w:r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secțiunea</w:t>
    </w:r>
    <w:proofErr w:type="spellEnd"/>
    <w:r>
      <w:rPr>
        <w:rFonts w:ascii="Times New Roman" w:hAnsi="Times New Roman" w:cs="Times New Roman"/>
        <w:sz w:val="14"/>
        <w:szCs w:val="14"/>
      </w:rPr>
      <w:t xml:space="preserve"> „</w:t>
    </w:r>
    <w:proofErr w:type="spellStart"/>
    <w:r>
      <w:rPr>
        <w:rFonts w:ascii="Times New Roman" w:hAnsi="Times New Roman" w:cs="Times New Roman"/>
        <w:sz w:val="14"/>
        <w:szCs w:val="14"/>
      </w:rPr>
      <w:t>Prelucrare</w:t>
    </w:r>
    <w:proofErr w:type="spellEnd"/>
    <w:r>
      <w:rPr>
        <w:rFonts w:ascii="Times New Roman" w:hAnsi="Times New Roman" w:cs="Times New Roman"/>
        <w:sz w:val="14"/>
        <w:szCs w:val="14"/>
      </w:rPr>
      <w:t xml:space="preserve"> date”</w:t>
    </w:r>
  </w:p>
  <w:p w14:paraId="63DEAC7B" w14:textId="39D7CFD2" w:rsidR="006C782F" w:rsidRDefault="006C782F">
    <w:pPr>
      <w:pStyle w:val="Subsol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419A6" w14:textId="77777777" w:rsidR="006C5FC2" w:rsidRDefault="006C5FC2">
      <w:pPr>
        <w:spacing w:after="0" w:line="240" w:lineRule="auto"/>
      </w:pPr>
      <w:r>
        <w:separator/>
      </w:r>
    </w:p>
  </w:footnote>
  <w:footnote w:type="continuationSeparator" w:id="0">
    <w:p w14:paraId="56225F6E" w14:textId="77777777" w:rsidR="006C5FC2" w:rsidRDefault="006C5F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10"/>
      <w:tblW w:w="0" w:type="auto"/>
      <w:tblInd w:w="-1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1E0" w:firstRow="1" w:lastRow="1" w:firstColumn="1" w:lastColumn="1" w:noHBand="0" w:noVBand="0"/>
    </w:tblPr>
    <w:tblGrid>
      <w:gridCol w:w="1985"/>
      <w:gridCol w:w="4394"/>
      <w:gridCol w:w="2261"/>
      <w:gridCol w:w="1891"/>
    </w:tblGrid>
    <w:tr w:rsidR="00BE0BD3" w14:paraId="56F679FE" w14:textId="77777777" w:rsidTr="00BE0BD3">
      <w:trPr>
        <w:trHeight w:val="277"/>
      </w:trPr>
      <w:tc>
        <w:tcPr>
          <w:tcW w:w="1985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559C44F6" w14:textId="0FD1782C" w:rsidR="00BE0BD3" w:rsidRDefault="00BE0BD3" w:rsidP="00BE0BD3">
          <w:pPr>
            <w:pStyle w:val="TableParagraph"/>
            <w:spacing w:before="0"/>
            <w:ind w:left="0"/>
            <w:rPr>
              <w:b/>
              <w:sz w:val="1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394FC35" wp14:editId="53D7908E">
                <wp:simplePos x="0" y="0"/>
                <wp:positionH relativeFrom="column">
                  <wp:posOffset>17780</wp:posOffset>
                </wp:positionH>
                <wp:positionV relativeFrom="paragraph">
                  <wp:posOffset>200025</wp:posOffset>
                </wp:positionV>
                <wp:extent cx="1150620" cy="1133475"/>
                <wp:effectExtent l="0" t="0" r="0" b="9525"/>
                <wp:wrapTopAndBottom/>
                <wp:docPr id="212886003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0620" cy="11334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670E64AF" w14:textId="77777777" w:rsidR="00BE0BD3" w:rsidRDefault="00BE0BD3" w:rsidP="00BE0BD3">
          <w:pPr>
            <w:pStyle w:val="TableParagraph"/>
            <w:spacing w:before="0"/>
            <w:ind w:left="0"/>
            <w:rPr>
              <w:b/>
              <w:sz w:val="18"/>
              <w:szCs w:val="28"/>
            </w:rPr>
          </w:pPr>
        </w:p>
        <w:p w14:paraId="2E398D2E" w14:textId="77777777" w:rsidR="00BE0BD3" w:rsidRDefault="00BE0BD3" w:rsidP="00BE0BD3">
          <w:pPr>
            <w:pStyle w:val="TableParagraph"/>
            <w:spacing w:before="0"/>
            <w:ind w:left="410"/>
            <w:rPr>
              <w:i/>
              <w:sz w:val="18"/>
              <w:szCs w:val="28"/>
            </w:rPr>
          </w:pPr>
        </w:p>
      </w:tc>
      <w:tc>
        <w:tcPr>
          <w:tcW w:w="8546" w:type="dxa"/>
          <w:gridSpan w:val="3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70E9DDFF" w14:textId="77777777" w:rsidR="00BE0BD3" w:rsidRDefault="00BE0BD3" w:rsidP="00BE0BD3">
          <w:pPr>
            <w:pStyle w:val="TableParagraph"/>
            <w:rPr>
              <w:b/>
              <w:color w:val="0D5F78"/>
              <w:spacing w:val="-2"/>
              <w:w w:val="105"/>
              <w:sz w:val="18"/>
              <w:szCs w:val="28"/>
            </w:rPr>
          </w:pPr>
          <w:r>
            <w:rPr>
              <w:b/>
              <w:color w:val="0D5F78"/>
              <w:spacing w:val="-2"/>
              <w:w w:val="105"/>
              <w:sz w:val="18"/>
              <w:szCs w:val="28"/>
            </w:rPr>
            <w:t>Județul ARAD</w:t>
          </w:r>
        </w:p>
      </w:tc>
    </w:tr>
    <w:tr w:rsidR="00BE0BD3" w14:paraId="7C18ACDF" w14:textId="77777777" w:rsidTr="00BE0BD3">
      <w:trPr>
        <w:trHeight w:val="303"/>
      </w:trPr>
      <w:tc>
        <w:tcPr>
          <w:tcW w:w="1985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48B2F6F0" w14:textId="77777777" w:rsidR="00BE0BD3" w:rsidRDefault="00BE0BD3" w:rsidP="00BE0BD3">
          <w:pPr>
            <w:rPr>
              <w:rFonts w:ascii="Times New Roman" w:eastAsia="Times New Roman" w:hAnsi="Times New Roman" w:cs="Times New Roman"/>
              <w:i/>
              <w:sz w:val="18"/>
              <w:szCs w:val="28"/>
              <w:lang w:val="ro-RO"/>
            </w:rPr>
          </w:pPr>
        </w:p>
      </w:tc>
      <w:tc>
        <w:tcPr>
          <w:tcW w:w="8546" w:type="dxa"/>
          <w:gridSpan w:val="3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14B84416" w14:textId="77777777" w:rsidR="00BE0BD3" w:rsidRDefault="00BE0BD3" w:rsidP="00BE0BD3">
          <w:pPr>
            <w:pStyle w:val="TableParagraph"/>
            <w:rPr>
              <w:b/>
              <w:sz w:val="18"/>
              <w:szCs w:val="28"/>
            </w:rPr>
          </w:pPr>
          <w:r>
            <w:rPr>
              <w:b/>
              <w:color w:val="0D5F78"/>
              <w:spacing w:val="-2"/>
              <w:sz w:val="18"/>
              <w:szCs w:val="28"/>
            </w:rPr>
            <w:t>PRIMĂRIA MUNICIPIULUI ARAD</w:t>
          </w:r>
        </w:p>
      </w:tc>
    </w:tr>
    <w:tr w:rsidR="00BE0BD3" w14:paraId="60F6E6F9" w14:textId="77777777" w:rsidTr="00685B22">
      <w:trPr>
        <w:trHeight w:val="402"/>
      </w:trPr>
      <w:tc>
        <w:tcPr>
          <w:tcW w:w="1985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59ACDFA5" w14:textId="77777777" w:rsidR="00BE0BD3" w:rsidRDefault="00BE0BD3" w:rsidP="00BE0BD3">
          <w:pPr>
            <w:rPr>
              <w:rFonts w:ascii="Times New Roman" w:eastAsia="Times New Roman" w:hAnsi="Times New Roman" w:cs="Times New Roman"/>
              <w:i/>
              <w:sz w:val="18"/>
              <w:szCs w:val="28"/>
              <w:lang w:val="ro-RO"/>
            </w:rPr>
          </w:pPr>
        </w:p>
      </w:tc>
      <w:tc>
        <w:tcPr>
          <w:tcW w:w="439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580CA7DD" w14:textId="77777777" w:rsidR="00BE0BD3" w:rsidRDefault="00BE0BD3" w:rsidP="00BE0BD3">
          <w:pPr>
            <w:pStyle w:val="TableParagraph"/>
            <w:rPr>
              <w:b/>
              <w:color w:val="0D5F78"/>
              <w:spacing w:val="-2"/>
              <w:w w:val="105"/>
              <w:sz w:val="18"/>
              <w:szCs w:val="28"/>
            </w:rPr>
          </w:pPr>
          <w:r>
            <w:rPr>
              <w:b/>
              <w:color w:val="0D5F78"/>
              <w:w w:val="105"/>
              <w:sz w:val="18"/>
              <w:szCs w:val="28"/>
            </w:rPr>
            <w:t>Cod</w:t>
          </w:r>
          <w:r>
            <w:rPr>
              <w:b/>
              <w:color w:val="0D5F78"/>
              <w:spacing w:val="-10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w w:val="105"/>
              <w:sz w:val="18"/>
              <w:szCs w:val="28"/>
            </w:rPr>
            <w:t>de</w:t>
          </w:r>
          <w:r>
            <w:rPr>
              <w:b/>
              <w:color w:val="0D5F78"/>
              <w:spacing w:val="-9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w w:val="105"/>
              <w:sz w:val="18"/>
              <w:szCs w:val="28"/>
            </w:rPr>
            <w:t>identificare</w:t>
          </w:r>
          <w:r>
            <w:rPr>
              <w:b/>
              <w:color w:val="0D5F78"/>
              <w:spacing w:val="-9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w w:val="105"/>
              <w:sz w:val="18"/>
              <w:szCs w:val="28"/>
            </w:rPr>
            <w:t>fiscală</w:t>
          </w:r>
          <w:r>
            <w:rPr>
              <w:b/>
              <w:color w:val="0D5F78"/>
              <w:spacing w:val="-9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spacing w:val="-2"/>
              <w:w w:val="105"/>
              <w:sz w:val="18"/>
              <w:szCs w:val="28"/>
            </w:rPr>
            <w:t>(CIF)</w:t>
          </w:r>
        </w:p>
      </w:tc>
      <w:tc>
        <w:tcPr>
          <w:tcW w:w="4152" w:type="dxa"/>
          <w:gridSpan w:val="2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7890AAD7" w14:textId="77777777" w:rsidR="00BE0BD3" w:rsidRDefault="00BE0BD3" w:rsidP="00BE0BD3">
          <w:pPr>
            <w:pStyle w:val="TableParagraph"/>
            <w:spacing w:before="6"/>
            <w:ind w:left="103"/>
            <w:rPr>
              <w:i/>
              <w:color w:val="797979"/>
              <w:w w:val="105"/>
              <w:sz w:val="18"/>
              <w:szCs w:val="28"/>
            </w:rPr>
          </w:pPr>
          <w:r>
            <w:rPr>
              <w:b/>
              <w:color w:val="0D5F78"/>
              <w:spacing w:val="-2"/>
              <w:w w:val="105"/>
              <w:sz w:val="18"/>
              <w:szCs w:val="28"/>
            </w:rPr>
            <w:t>3519925</w:t>
          </w:r>
        </w:p>
      </w:tc>
    </w:tr>
    <w:tr w:rsidR="00BE0BD3" w14:paraId="2C85E116" w14:textId="77777777" w:rsidTr="00685B22">
      <w:trPr>
        <w:trHeight w:val="885"/>
      </w:trPr>
      <w:tc>
        <w:tcPr>
          <w:tcW w:w="1985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7B07DBCF" w14:textId="77777777" w:rsidR="00BE0BD3" w:rsidRDefault="00BE0BD3" w:rsidP="00BE0BD3">
          <w:pPr>
            <w:rPr>
              <w:rFonts w:ascii="Times New Roman" w:eastAsia="Times New Roman" w:hAnsi="Times New Roman" w:cs="Times New Roman"/>
              <w:i/>
              <w:sz w:val="18"/>
              <w:szCs w:val="28"/>
              <w:lang w:val="ro-RO"/>
            </w:rPr>
          </w:pPr>
        </w:p>
      </w:tc>
      <w:tc>
        <w:tcPr>
          <w:tcW w:w="439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77888FFA" w14:textId="77777777" w:rsidR="00BE0BD3" w:rsidRDefault="00BE0BD3" w:rsidP="00BE0BD3">
          <w:pPr>
            <w:pStyle w:val="TableParagraph"/>
            <w:spacing w:before="6"/>
            <w:ind w:left="103"/>
            <w:rPr>
              <w:b/>
              <w:bCs/>
              <w:i/>
              <w:color w:val="1F497D" w:themeColor="text2"/>
              <w:w w:val="105"/>
              <w:sz w:val="18"/>
              <w:szCs w:val="28"/>
            </w:rPr>
          </w:pPr>
          <w:r>
            <w:rPr>
              <w:b/>
              <w:bCs/>
              <w:i/>
              <w:color w:val="1F497D" w:themeColor="text2"/>
              <w:w w:val="105"/>
              <w:sz w:val="18"/>
              <w:szCs w:val="28"/>
            </w:rPr>
            <w:t>ARAD, BULEVARDUL REVOLUTIEI NR. 75</w:t>
          </w:r>
        </w:p>
        <w:p w14:paraId="4D086CB8" w14:textId="77777777" w:rsidR="00BE0BD3" w:rsidRDefault="00BE0BD3" w:rsidP="00BE0BD3">
          <w:pPr>
            <w:pStyle w:val="TableParagraph"/>
            <w:spacing w:before="6"/>
            <w:ind w:left="103"/>
            <w:rPr>
              <w:b/>
              <w:bCs/>
              <w:i/>
              <w:color w:val="1F497D" w:themeColor="text2"/>
              <w:w w:val="105"/>
              <w:sz w:val="18"/>
              <w:szCs w:val="28"/>
            </w:rPr>
          </w:pPr>
          <w:r>
            <w:rPr>
              <w:b/>
              <w:bCs/>
              <w:i/>
              <w:color w:val="1F497D" w:themeColor="text2"/>
              <w:w w:val="105"/>
              <w:sz w:val="18"/>
              <w:szCs w:val="28"/>
            </w:rPr>
            <w:t xml:space="preserve">Tel +40 257281850 Email  </w:t>
          </w:r>
          <w:hyperlink r:id="rId2" w:history="1">
            <w:r>
              <w:rPr>
                <w:rStyle w:val="Hyperlink"/>
                <w:rFonts w:eastAsiaTheme="majorEastAsia"/>
                <w:b/>
                <w:bCs/>
                <w:i/>
                <w:color w:val="1F497D" w:themeColor="text2"/>
                <w:w w:val="105"/>
                <w:sz w:val="18"/>
                <w:szCs w:val="28"/>
              </w:rPr>
              <w:t>pma@primariaarad.ro</w:t>
            </w:r>
          </w:hyperlink>
        </w:p>
        <w:p w14:paraId="573FB545" w14:textId="77777777" w:rsidR="00BE0BD3" w:rsidRDefault="00BE0BD3" w:rsidP="00BE0BD3">
          <w:pPr>
            <w:pStyle w:val="TableParagraph"/>
            <w:rPr>
              <w:b/>
              <w:sz w:val="18"/>
              <w:szCs w:val="28"/>
            </w:rPr>
          </w:pPr>
          <w:hyperlink r:id="rId3" w:history="1">
            <w:r>
              <w:rPr>
                <w:rStyle w:val="Hyperlink"/>
                <w:rFonts w:eastAsiaTheme="majorEastAsia"/>
                <w:b/>
                <w:bCs/>
                <w:i/>
                <w:color w:val="1F497D" w:themeColor="text2"/>
                <w:w w:val="105"/>
                <w:sz w:val="18"/>
                <w:szCs w:val="28"/>
              </w:rPr>
              <w:t>www.primariaarad.ro</w:t>
            </w:r>
          </w:hyperlink>
        </w:p>
      </w:tc>
      <w:tc>
        <w:tcPr>
          <w:tcW w:w="2261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4219FD85" w14:textId="77777777" w:rsidR="00BE0BD3" w:rsidRDefault="00BE0BD3" w:rsidP="00BE0BD3">
          <w:pPr>
            <w:pStyle w:val="TableParagraph"/>
            <w:rPr>
              <w:b/>
              <w:sz w:val="18"/>
              <w:szCs w:val="28"/>
            </w:rPr>
          </w:pPr>
          <w:r>
            <w:rPr>
              <w:b/>
              <w:color w:val="0D5F78"/>
              <w:w w:val="105"/>
              <w:sz w:val="18"/>
              <w:szCs w:val="28"/>
            </w:rPr>
            <w:t>Număr</w:t>
          </w:r>
          <w:r>
            <w:rPr>
              <w:b/>
              <w:color w:val="0D5F78"/>
              <w:spacing w:val="-7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w w:val="105"/>
              <w:sz w:val="18"/>
              <w:szCs w:val="28"/>
            </w:rPr>
            <w:t>de</w:t>
          </w:r>
          <w:r>
            <w:rPr>
              <w:b/>
              <w:color w:val="0D5F78"/>
              <w:spacing w:val="-7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spacing w:val="-2"/>
              <w:w w:val="105"/>
              <w:sz w:val="18"/>
              <w:szCs w:val="28"/>
            </w:rPr>
            <w:t>înregistrare</w:t>
          </w:r>
        </w:p>
      </w:tc>
      <w:tc>
        <w:tcPr>
          <w:tcW w:w="1891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7A1FAEE8" w14:textId="77777777" w:rsidR="00BE0BD3" w:rsidRDefault="00BE0BD3" w:rsidP="00BE0BD3">
          <w:pPr>
            <w:pStyle w:val="TableParagraph"/>
            <w:rPr>
              <w:b/>
              <w:sz w:val="18"/>
              <w:szCs w:val="28"/>
            </w:rPr>
          </w:pPr>
          <w:r>
            <w:rPr>
              <w:b/>
              <w:color w:val="0D5F78"/>
              <w:spacing w:val="-4"/>
              <w:w w:val="105"/>
              <w:sz w:val="18"/>
              <w:szCs w:val="28"/>
            </w:rPr>
            <w:t>Data</w:t>
          </w:r>
        </w:p>
      </w:tc>
    </w:tr>
  </w:tbl>
  <w:p w14:paraId="2547C5F0" w14:textId="77777777" w:rsidR="003A6B1F" w:rsidRPr="003A6B1F" w:rsidRDefault="003A6B1F" w:rsidP="003A6B1F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85083789">
    <w:abstractNumId w:val="8"/>
  </w:num>
  <w:num w:numId="2" w16cid:durableId="1217283027">
    <w:abstractNumId w:val="6"/>
  </w:num>
  <w:num w:numId="3" w16cid:durableId="484391773">
    <w:abstractNumId w:val="5"/>
  </w:num>
  <w:num w:numId="4" w16cid:durableId="329137123">
    <w:abstractNumId w:val="4"/>
  </w:num>
  <w:num w:numId="5" w16cid:durableId="2051299653">
    <w:abstractNumId w:val="7"/>
  </w:num>
  <w:num w:numId="6" w16cid:durableId="972297197">
    <w:abstractNumId w:val="3"/>
  </w:num>
  <w:num w:numId="7" w16cid:durableId="1428384972">
    <w:abstractNumId w:val="2"/>
  </w:num>
  <w:num w:numId="8" w16cid:durableId="966398259">
    <w:abstractNumId w:val="1"/>
  </w:num>
  <w:num w:numId="9" w16cid:durableId="942540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9B8"/>
    <w:rsid w:val="00015A4F"/>
    <w:rsid w:val="00034616"/>
    <w:rsid w:val="0006063C"/>
    <w:rsid w:val="00062CD5"/>
    <w:rsid w:val="000B2B82"/>
    <w:rsid w:val="000C29A5"/>
    <w:rsid w:val="001158E2"/>
    <w:rsid w:val="0015074B"/>
    <w:rsid w:val="00200FFD"/>
    <w:rsid w:val="00203D67"/>
    <w:rsid w:val="002107A6"/>
    <w:rsid w:val="0029639D"/>
    <w:rsid w:val="00326F90"/>
    <w:rsid w:val="00331D56"/>
    <w:rsid w:val="00387CA9"/>
    <w:rsid w:val="003A6B1F"/>
    <w:rsid w:val="003B610F"/>
    <w:rsid w:val="003C159E"/>
    <w:rsid w:val="003D319B"/>
    <w:rsid w:val="0042685E"/>
    <w:rsid w:val="004C1BC5"/>
    <w:rsid w:val="00527FE2"/>
    <w:rsid w:val="006127C3"/>
    <w:rsid w:val="00685B22"/>
    <w:rsid w:val="006C5FC2"/>
    <w:rsid w:val="006C7691"/>
    <w:rsid w:val="006C782F"/>
    <w:rsid w:val="006D04BA"/>
    <w:rsid w:val="006D388D"/>
    <w:rsid w:val="007E2E89"/>
    <w:rsid w:val="007F68D4"/>
    <w:rsid w:val="00817F52"/>
    <w:rsid w:val="00835A3A"/>
    <w:rsid w:val="008D0026"/>
    <w:rsid w:val="008D6055"/>
    <w:rsid w:val="008E6085"/>
    <w:rsid w:val="0094310A"/>
    <w:rsid w:val="00977618"/>
    <w:rsid w:val="009A0731"/>
    <w:rsid w:val="009B1FC9"/>
    <w:rsid w:val="009F78F9"/>
    <w:rsid w:val="00A2166A"/>
    <w:rsid w:val="00A53124"/>
    <w:rsid w:val="00AA1D8D"/>
    <w:rsid w:val="00AD5C66"/>
    <w:rsid w:val="00B47730"/>
    <w:rsid w:val="00B67A71"/>
    <w:rsid w:val="00BE0BD3"/>
    <w:rsid w:val="00BE4199"/>
    <w:rsid w:val="00BF280A"/>
    <w:rsid w:val="00C43AF5"/>
    <w:rsid w:val="00CB0664"/>
    <w:rsid w:val="00CF7E1D"/>
    <w:rsid w:val="00D62EF4"/>
    <w:rsid w:val="00DA14B5"/>
    <w:rsid w:val="00EA4F49"/>
    <w:rsid w:val="00EF4018"/>
    <w:rsid w:val="00F520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303163"/>
  <w14:defaultImageDpi w14:val="300"/>
  <w15:docId w15:val="{9F890164-E9C5-4B03-AA50-23E3591BE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Fontdeparagrafimplicit"/>
    <w:uiPriority w:val="99"/>
    <w:semiHidden/>
    <w:unhideWhenUsed/>
    <w:rsid w:val="003A6B1F"/>
    <w:rPr>
      <w:color w:val="0000FF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3A6B1F"/>
    <w:pPr>
      <w:widowControl w:val="0"/>
      <w:autoSpaceDE w:val="0"/>
      <w:autoSpaceDN w:val="0"/>
      <w:spacing w:before="5" w:after="0" w:line="240" w:lineRule="auto"/>
      <w:ind w:left="104"/>
    </w:pPr>
    <w:rPr>
      <w:rFonts w:ascii="Times New Roman" w:eastAsia="Times New Roman" w:hAnsi="Times New Roman" w:cs="Times New Roman"/>
      <w:lang w:val="ro-RO"/>
    </w:rPr>
  </w:style>
  <w:style w:type="table" w:customStyle="1" w:styleId="TableNormal1">
    <w:name w:val="Table Normal1"/>
    <w:uiPriority w:val="2"/>
    <w:semiHidden/>
    <w:qFormat/>
    <w:rsid w:val="003A6B1F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uiPriority w:val="2"/>
    <w:semiHidden/>
    <w:qFormat/>
    <w:rsid w:val="00BE0BD3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imariaarad.ro" TargetMode="External"/><Relationship Id="rId2" Type="http://schemas.openxmlformats.org/officeDocument/2006/relationships/hyperlink" Target="mailto:pma@primariaarad.ro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dinu denisia</cp:lastModifiedBy>
  <cp:revision>2</cp:revision>
  <cp:lastPrinted>2026-09-03T06:58:00Z</cp:lastPrinted>
  <dcterms:created xsi:type="dcterms:W3CDTF">2026-09-03T07:22:00Z</dcterms:created>
  <dcterms:modified xsi:type="dcterms:W3CDTF">2026-09-03T07:22:00Z</dcterms:modified>
  <cp:category/>
</cp:coreProperties>
</file>